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F74E24" w14:textId="798FA034" w:rsidR="00642475" w:rsidRPr="00611C1A" w:rsidRDefault="00642475" w:rsidP="00305324">
      <w:pPr>
        <w:rPr>
          <w:rFonts w:ascii="Bell MT" w:hAnsi="Bell MT"/>
          <w:color w:val="000080"/>
          <w:spacing w:val="24"/>
          <w:szCs w:val="40"/>
        </w:rPr>
      </w:pPr>
      <w:r>
        <w:rPr>
          <w:rFonts w:ascii="Bell MT" w:hAnsi="Bell MT"/>
          <w:noProof/>
          <w:color w:val="000080"/>
          <w:spacing w:val="24"/>
          <w:sz w:val="44"/>
          <w:szCs w:val="40"/>
        </w:rPr>
        <w:drawing>
          <wp:anchor distT="0" distB="0" distL="114300" distR="114300" simplePos="0" relativeHeight="251658240" behindDoc="1" locked="0" layoutInCell="1" allowOverlap="1" wp14:anchorId="34BE01EC" wp14:editId="18D9E0BE">
            <wp:simplePos x="0" y="0"/>
            <wp:positionH relativeFrom="column">
              <wp:posOffset>-76200</wp:posOffset>
            </wp:positionH>
            <wp:positionV relativeFrom="paragraph">
              <wp:posOffset>-251007</wp:posOffset>
            </wp:positionV>
            <wp:extent cx="845973" cy="1322832"/>
            <wp:effectExtent l="0" t="0" r="0" b="0"/>
            <wp:wrapNone/>
            <wp:docPr id="5" name="Picture 5" descr="A blue and white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ue and white cross&#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45973" cy="1322832"/>
                    </a:xfrm>
                    <a:prstGeom prst="rect">
                      <a:avLst/>
                    </a:prstGeom>
                  </pic:spPr>
                </pic:pic>
              </a:graphicData>
            </a:graphic>
            <wp14:sizeRelH relativeFrom="margin">
              <wp14:pctWidth>0</wp14:pctWidth>
            </wp14:sizeRelH>
            <wp14:sizeRelV relativeFrom="margin">
              <wp14:pctHeight>0</wp14:pctHeight>
            </wp14:sizeRelV>
          </wp:anchor>
        </w:drawing>
      </w:r>
      <w:r w:rsidRPr="00611C1A">
        <w:rPr>
          <w:rFonts w:ascii="Bell MT" w:hAnsi="Bell MT"/>
          <w:color w:val="000080"/>
          <w:spacing w:val="24"/>
          <w:sz w:val="44"/>
          <w:szCs w:val="40"/>
        </w:rPr>
        <w:t>Congregation of the Sisters of Mercy</w:t>
      </w:r>
    </w:p>
    <w:p w14:paraId="737D9B5C" w14:textId="1D130CE3" w:rsidR="00642475" w:rsidRPr="005346F4" w:rsidRDefault="00642475" w:rsidP="00642475">
      <w:pPr>
        <w:pStyle w:val="Title"/>
        <w:ind w:left="1340" w:firstLine="80"/>
        <w:rPr>
          <w:rFonts w:ascii="Bell MT" w:hAnsi="Bell MT"/>
          <w:color w:val="000080"/>
          <w:spacing w:val="24"/>
          <w:sz w:val="32"/>
          <w:szCs w:val="32"/>
          <w:lang w:val="es-PE"/>
        </w:rPr>
      </w:pPr>
      <w:r w:rsidRPr="005346F4">
        <w:rPr>
          <w:rFonts w:ascii="Bell MT" w:hAnsi="Bell MT"/>
          <w:color w:val="000080"/>
          <w:spacing w:val="24"/>
          <w:sz w:val="32"/>
          <w:szCs w:val="32"/>
          <w:lang w:val="es-PE"/>
        </w:rPr>
        <w:t>Congregación de la</w:t>
      </w:r>
      <w:r>
        <w:rPr>
          <w:rFonts w:ascii="Bell MT" w:hAnsi="Bell MT"/>
          <w:color w:val="000080"/>
          <w:spacing w:val="24"/>
          <w:sz w:val="32"/>
          <w:szCs w:val="32"/>
          <w:lang w:val="es-PE"/>
        </w:rPr>
        <w:t>s</w:t>
      </w:r>
      <w:r w:rsidRPr="005346F4">
        <w:rPr>
          <w:rFonts w:ascii="Bell MT" w:hAnsi="Bell MT"/>
          <w:color w:val="000080"/>
          <w:spacing w:val="24"/>
          <w:sz w:val="32"/>
          <w:szCs w:val="32"/>
          <w:lang w:val="es-PE"/>
        </w:rPr>
        <w:t xml:space="preserve"> Hermanas de la Misericordia</w:t>
      </w:r>
    </w:p>
    <w:p w14:paraId="68674CB9" w14:textId="77777777" w:rsidR="00642475" w:rsidRDefault="00642475" w:rsidP="007A4F3F">
      <w:pPr>
        <w:pStyle w:val="Title"/>
      </w:pPr>
    </w:p>
    <w:p w14:paraId="104B3206" w14:textId="7308EBEE" w:rsidR="007A4F3F" w:rsidRDefault="00293EB9" w:rsidP="007A4F3F">
      <w:pPr>
        <w:pStyle w:val="Title"/>
      </w:pPr>
      <w:r>
        <w:t xml:space="preserve">Chief </w:t>
      </w:r>
      <w:r w:rsidR="003B645E">
        <w:t>O</w:t>
      </w:r>
      <w:r w:rsidR="007A4F3F">
        <w:t>perations</w:t>
      </w:r>
      <w:r>
        <w:t xml:space="preserve"> Officer</w:t>
      </w:r>
      <w:r w:rsidR="007A4F3F">
        <w:t xml:space="preserve"> </w:t>
      </w:r>
    </w:p>
    <w:p w14:paraId="33D687E2" w14:textId="19C493A1" w:rsidR="00973797" w:rsidRDefault="0007043E" w:rsidP="0007043E">
      <w:pPr>
        <w:rPr>
          <w:rStyle w:val="normaltextrun"/>
          <w:rFonts w:asciiTheme="minorHAnsi" w:hAnsiTheme="minorHAnsi" w:cs="Calibri"/>
          <w:b/>
          <w:bCs/>
          <w:color w:val="4F81BD"/>
          <w:lang w:val="en-US" w:eastAsia="en-GB"/>
        </w:rPr>
      </w:pPr>
      <w:r w:rsidRPr="00C44459">
        <w:rPr>
          <w:rStyle w:val="normaltextrun"/>
          <w:rFonts w:asciiTheme="minorHAnsi" w:hAnsiTheme="minorHAnsi" w:cs="Calibri"/>
          <w:b/>
          <w:bCs/>
          <w:color w:val="4F81BD"/>
          <w:lang w:val="en-US" w:eastAsia="en-GB"/>
        </w:rPr>
        <w:t>Congregation of the Sisters of Mercy</w:t>
      </w:r>
    </w:p>
    <w:p w14:paraId="3C5CAB1F" w14:textId="77777777" w:rsidR="00C44459" w:rsidRPr="00C44459" w:rsidRDefault="00C44459" w:rsidP="0007043E">
      <w:pPr>
        <w:rPr>
          <w:rStyle w:val="normaltextrun"/>
          <w:rFonts w:asciiTheme="minorHAnsi" w:hAnsiTheme="minorHAnsi" w:cs="Calibri"/>
          <w:b/>
          <w:bCs/>
          <w:color w:val="4F81BD"/>
          <w:lang w:val="en-US" w:eastAsia="en-GB"/>
        </w:rPr>
      </w:pPr>
    </w:p>
    <w:p w14:paraId="6DDA3012" w14:textId="77777777" w:rsidR="00C44459" w:rsidRPr="00293EB9" w:rsidRDefault="00C44459" w:rsidP="00C44459">
      <w:pPr>
        <w:pStyle w:val="paragraph"/>
        <w:spacing w:before="0" w:beforeAutospacing="0" w:after="0" w:afterAutospacing="0"/>
        <w:textAlignment w:val="baseline"/>
        <w:rPr>
          <w:rFonts w:asciiTheme="minorHAnsi" w:hAnsiTheme="minorHAnsi" w:cs="Segoe UI"/>
        </w:rPr>
      </w:pPr>
      <w:r w:rsidRPr="00293EB9">
        <w:rPr>
          <w:rStyle w:val="normaltextrun"/>
          <w:rFonts w:asciiTheme="minorHAnsi" w:hAnsiTheme="minorHAnsi" w:cs="Calibri"/>
          <w:b/>
          <w:bCs/>
          <w:color w:val="4F81BD"/>
          <w:lang w:val="en-US"/>
        </w:rPr>
        <w:t>About Us</w:t>
      </w:r>
      <w:r w:rsidRPr="00293EB9">
        <w:rPr>
          <w:rStyle w:val="eop"/>
          <w:rFonts w:asciiTheme="minorHAnsi" w:hAnsiTheme="minorHAnsi" w:cs="Calibri"/>
          <w:color w:val="4F81BD"/>
        </w:rPr>
        <w:t> </w:t>
      </w:r>
    </w:p>
    <w:p w14:paraId="63CABA7F" w14:textId="77777777" w:rsidR="004B708F" w:rsidRDefault="00C44459" w:rsidP="00D749BC">
      <w:pPr>
        <w:rPr>
          <w:rStyle w:val="normaltextrun"/>
          <w:rFonts w:asciiTheme="minorHAnsi" w:hAnsiTheme="minorHAnsi" w:cs="Segoe UI"/>
        </w:rPr>
      </w:pPr>
      <w:r w:rsidRPr="00293EB9">
        <w:rPr>
          <w:rStyle w:val="normaltextrun"/>
          <w:rFonts w:asciiTheme="minorHAnsi" w:hAnsiTheme="minorHAnsi" w:cs="Segoe UI"/>
        </w:rPr>
        <w:t xml:space="preserve">The Congregation of the Sisters of Mercy is an International Religious Congregation established in </w:t>
      </w:r>
      <w:r w:rsidR="001B0F55" w:rsidRPr="00293EB9">
        <w:rPr>
          <w:rStyle w:val="normaltextrun"/>
          <w:rFonts w:asciiTheme="minorHAnsi" w:hAnsiTheme="minorHAnsi" w:cs="Segoe UI"/>
        </w:rPr>
        <w:t>1831</w:t>
      </w:r>
      <w:r w:rsidR="001B0F55">
        <w:rPr>
          <w:rStyle w:val="normaltextrun"/>
          <w:rFonts w:asciiTheme="minorHAnsi" w:hAnsiTheme="minorHAnsi" w:cs="Segoe UI"/>
        </w:rPr>
        <w:t>;</w:t>
      </w:r>
      <w:r w:rsidR="00D749BC">
        <w:rPr>
          <w:rStyle w:val="normaltextrun"/>
          <w:rFonts w:asciiTheme="minorHAnsi" w:hAnsiTheme="minorHAnsi" w:cs="Segoe UI"/>
        </w:rPr>
        <w:t xml:space="preserve"> </w:t>
      </w:r>
      <w:r w:rsidR="001B0F55">
        <w:rPr>
          <w:rStyle w:val="normaltextrun"/>
          <w:rFonts w:asciiTheme="minorHAnsi" w:hAnsiTheme="minorHAnsi" w:cs="Segoe UI"/>
        </w:rPr>
        <w:t>there are</w:t>
      </w:r>
      <w:r w:rsidR="00D749BC">
        <w:rPr>
          <w:rStyle w:val="normaltextrun"/>
          <w:rFonts w:asciiTheme="minorHAnsi" w:hAnsiTheme="minorHAnsi" w:cs="Segoe UI"/>
        </w:rPr>
        <w:t xml:space="preserve"> currently 1250 </w:t>
      </w:r>
      <w:r w:rsidR="001B0F55">
        <w:rPr>
          <w:rStyle w:val="normaltextrun"/>
          <w:rFonts w:asciiTheme="minorHAnsi" w:hAnsiTheme="minorHAnsi" w:cs="Segoe UI"/>
        </w:rPr>
        <w:t>sisters</w:t>
      </w:r>
      <w:r w:rsidR="00D749BC">
        <w:rPr>
          <w:rStyle w:val="normaltextrun"/>
          <w:rFonts w:asciiTheme="minorHAnsi" w:hAnsiTheme="minorHAnsi" w:cs="Segoe UI"/>
        </w:rPr>
        <w:t xml:space="preserve"> </w:t>
      </w:r>
      <w:r w:rsidR="001B0F55">
        <w:rPr>
          <w:rStyle w:val="normaltextrun"/>
          <w:rFonts w:asciiTheme="minorHAnsi" w:hAnsiTheme="minorHAnsi" w:cs="Segoe UI"/>
        </w:rPr>
        <w:t xml:space="preserve">ministering </w:t>
      </w:r>
      <w:r w:rsidR="00D749BC">
        <w:rPr>
          <w:rStyle w:val="normaltextrun"/>
          <w:rFonts w:asciiTheme="minorHAnsi" w:hAnsiTheme="minorHAnsi" w:cs="Segoe UI"/>
        </w:rPr>
        <w:t xml:space="preserve">in </w:t>
      </w:r>
      <w:r w:rsidR="00305324">
        <w:rPr>
          <w:rStyle w:val="normaltextrun"/>
          <w:rFonts w:asciiTheme="minorHAnsi" w:hAnsiTheme="minorHAnsi" w:cs="Segoe UI"/>
        </w:rPr>
        <w:t>the Congregation</w:t>
      </w:r>
      <w:r w:rsidR="001B0F55">
        <w:rPr>
          <w:rStyle w:val="normaltextrun"/>
          <w:rFonts w:asciiTheme="minorHAnsi" w:hAnsiTheme="minorHAnsi" w:cs="Segoe UI"/>
        </w:rPr>
        <w:t>.</w:t>
      </w:r>
      <w:r w:rsidRPr="00293EB9">
        <w:rPr>
          <w:rStyle w:val="normaltextrun"/>
          <w:rFonts w:asciiTheme="minorHAnsi" w:hAnsiTheme="minorHAnsi" w:cs="Segoe UI"/>
        </w:rPr>
        <w:t xml:space="preserve"> </w:t>
      </w:r>
      <w:r>
        <w:rPr>
          <w:rStyle w:val="normaltextrun"/>
          <w:rFonts w:asciiTheme="minorHAnsi" w:hAnsiTheme="minorHAnsi" w:cs="Segoe UI"/>
        </w:rPr>
        <w:t xml:space="preserve"> </w:t>
      </w:r>
    </w:p>
    <w:p w14:paraId="00733171" w14:textId="76D851E5" w:rsidR="00D749BC" w:rsidRDefault="00D749BC" w:rsidP="00D749BC">
      <w:r>
        <w:t xml:space="preserve">The Congregation is a registered charity in Ireland, governed by the Congregation Leadership Team, who are the Trustees.    </w:t>
      </w:r>
    </w:p>
    <w:p w14:paraId="4382B58F" w14:textId="14E7180F" w:rsidR="00D749BC" w:rsidRDefault="00C44459" w:rsidP="00C44459">
      <w:r>
        <w:rPr>
          <w:rStyle w:val="normaltextrun"/>
          <w:rFonts w:asciiTheme="minorHAnsi" w:hAnsiTheme="minorHAnsi" w:cs="Segoe UI"/>
        </w:rPr>
        <w:t xml:space="preserve">In the past year the Congregation has undertaken significant restructuring resulting in the establishment of </w:t>
      </w:r>
      <w:r w:rsidR="001B0F55">
        <w:rPr>
          <w:rStyle w:val="normaltextrun"/>
          <w:rFonts w:asciiTheme="minorHAnsi" w:hAnsiTheme="minorHAnsi" w:cs="Segoe UI"/>
        </w:rPr>
        <w:t xml:space="preserve">six </w:t>
      </w:r>
      <w:r>
        <w:rPr>
          <w:rStyle w:val="normaltextrun"/>
          <w:rFonts w:asciiTheme="minorHAnsi" w:hAnsiTheme="minorHAnsi" w:cs="Segoe UI"/>
        </w:rPr>
        <w:t>interrelated units, called Branches</w:t>
      </w:r>
      <w:r w:rsidR="00D749BC">
        <w:rPr>
          <w:rStyle w:val="normaltextrun"/>
          <w:rFonts w:asciiTheme="minorHAnsi" w:hAnsiTheme="minorHAnsi" w:cs="Segoe UI"/>
        </w:rPr>
        <w:t>,</w:t>
      </w:r>
      <w:r>
        <w:rPr>
          <w:rStyle w:val="normaltextrun"/>
          <w:rFonts w:asciiTheme="minorHAnsi" w:hAnsiTheme="minorHAnsi" w:cs="Segoe UI"/>
        </w:rPr>
        <w:t xml:space="preserve"> </w:t>
      </w:r>
      <w:r>
        <w:t xml:space="preserve">in </w:t>
      </w:r>
      <w:r w:rsidR="001B0F55">
        <w:t xml:space="preserve">the </w:t>
      </w:r>
      <w:r>
        <w:t>Republic of Ireland, Northern Ireland, Kenya and South Africa</w:t>
      </w:r>
      <w:r w:rsidR="00D749BC">
        <w:t>,</w:t>
      </w:r>
      <w:r>
        <w:t xml:space="preserve"> and 3 smaller communities in the United States, Brazil and Peru.</w:t>
      </w:r>
    </w:p>
    <w:p w14:paraId="0B2023B3" w14:textId="4EAF626C" w:rsidR="001B0F55" w:rsidRDefault="00D749BC" w:rsidP="00C44459">
      <w:r>
        <w:t xml:space="preserve">To support this new structure the Congregation wishes to create a common approach to all administrative processes within the Island of Ireland in the first instance and then encompassing the whole Congregation.  This Common Administrative Service (CAS) will operate across six </w:t>
      </w:r>
      <w:r w:rsidR="00E77B9B">
        <w:t>functions</w:t>
      </w:r>
      <w:r>
        <w:t xml:space="preserve"> of the </w:t>
      </w:r>
      <w:r w:rsidR="001B0F55">
        <w:t xml:space="preserve">administrative </w:t>
      </w:r>
      <w:r>
        <w:t xml:space="preserve">life of the </w:t>
      </w:r>
      <w:proofErr w:type="gramStart"/>
      <w:r>
        <w:t>Congregation;</w:t>
      </w:r>
      <w:proofErr w:type="gramEnd"/>
      <w:r>
        <w:t xml:space="preserve"> Finance, Property, HR, Safeguarding, Archiving and Care</w:t>
      </w:r>
      <w:r w:rsidR="001B0F55">
        <w:t xml:space="preserve">.  </w:t>
      </w:r>
    </w:p>
    <w:p w14:paraId="1727FDCB" w14:textId="4928EB12" w:rsidR="00D749BC" w:rsidRDefault="001B0F55" w:rsidP="00C44459">
      <w:r>
        <w:t>The Congregation Leadership Team (CLT) is seeking a Chief Operating Officer (COO) to lead</w:t>
      </w:r>
      <w:r w:rsidR="00D749BC">
        <w:t xml:space="preserve"> </w:t>
      </w:r>
      <w:r>
        <w:t xml:space="preserve">CAS, </w:t>
      </w:r>
      <w:r w:rsidRPr="00B93916">
        <w:t>a dynamic leader with a strong focus</w:t>
      </w:r>
      <w:r>
        <w:t xml:space="preserve"> on operational efficiency, people management, collaborative engagement</w:t>
      </w:r>
      <w:r w:rsidR="004B708F">
        <w:t>, innovation</w:t>
      </w:r>
      <w:r>
        <w:t xml:space="preserve"> and strategic direction.  This person will report to the CLT.</w:t>
      </w:r>
    </w:p>
    <w:p w14:paraId="39C1F9D8" w14:textId="77777777" w:rsidR="00C44459" w:rsidRDefault="00C44459" w:rsidP="00C44459"/>
    <w:p w14:paraId="66730D76" w14:textId="12FA1106" w:rsidR="00C44459" w:rsidRPr="00293EB9" w:rsidRDefault="00C44459" w:rsidP="00C44459">
      <w:pPr>
        <w:rPr>
          <w:rFonts w:asciiTheme="minorHAnsi" w:hAnsiTheme="minorHAnsi" w:cs="Segoe UI"/>
        </w:rPr>
      </w:pPr>
      <w:r>
        <w:rPr>
          <w:rStyle w:val="normaltextrun"/>
          <w:rFonts w:asciiTheme="minorHAnsi" w:hAnsiTheme="minorHAnsi" w:cs="Segoe UI"/>
        </w:rPr>
        <w:t xml:space="preserve">Please visit our website at </w:t>
      </w:r>
      <w:hyperlink r:id="rId12" w:history="1">
        <w:r w:rsidRPr="00DA3A5C">
          <w:rPr>
            <w:rStyle w:val="Hyperlink"/>
            <w:rFonts w:asciiTheme="minorHAnsi" w:hAnsiTheme="minorHAnsi" w:cs="Segoe UI"/>
          </w:rPr>
          <w:t>www.sistersofmercy.ie</w:t>
        </w:r>
      </w:hyperlink>
      <w:r>
        <w:rPr>
          <w:rStyle w:val="normaltextrun"/>
          <w:rFonts w:asciiTheme="minorHAnsi" w:hAnsiTheme="minorHAnsi" w:cs="Segoe UI"/>
        </w:rPr>
        <w:t xml:space="preserve"> for more information. </w:t>
      </w:r>
    </w:p>
    <w:p w14:paraId="6C4DCEBF" w14:textId="77777777" w:rsidR="007A4F3F" w:rsidRDefault="007A4F3F" w:rsidP="007A4F3F">
      <w:pPr>
        <w:pStyle w:val="Heading2"/>
      </w:pPr>
      <w:r>
        <w:t>Contract Type:</w:t>
      </w:r>
    </w:p>
    <w:p w14:paraId="000162C9" w14:textId="77777777" w:rsidR="007A4F3F" w:rsidRDefault="007A4F3F" w:rsidP="007A4F3F">
      <w:r>
        <w:t>Permanent, Full-Time</w:t>
      </w:r>
    </w:p>
    <w:p w14:paraId="503773FD" w14:textId="77777777" w:rsidR="007A4F3F" w:rsidRDefault="007A4F3F" w:rsidP="007A4F3F">
      <w:pPr>
        <w:pStyle w:val="Heading2"/>
      </w:pPr>
      <w:r>
        <w:t>Location:</w:t>
      </w:r>
    </w:p>
    <w:p w14:paraId="7A6988E0" w14:textId="145630F5" w:rsidR="007A4F3F" w:rsidRDefault="007A4F3F" w:rsidP="007A4F3F">
      <w:r>
        <w:t>Congregation Leadership Team Offices, Clondalkin</w:t>
      </w:r>
    </w:p>
    <w:p w14:paraId="584F9684" w14:textId="6A09D6C2" w:rsidR="007A4F3F" w:rsidRDefault="007A4F3F" w:rsidP="007A4F3F">
      <w:pPr>
        <w:pStyle w:val="Heading2"/>
      </w:pPr>
      <w:r>
        <w:t>Role Summary:</w:t>
      </w:r>
    </w:p>
    <w:p w14:paraId="0D535E2E" w14:textId="748F38C4" w:rsidR="0047198E" w:rsidRDefault="007A4F3F" w:rsidP="00930A3A">
      <w:pPr>
        <w:pStyle w:val="ListBullet"/>
      </w:pPr>
      <w:r w:rsidRPr="007E4D23">
        <w:t>T</w:t>
      </w:r>
      <w:r w:rsidR="00C139A2">
        <w:t xml:space="preserve">he Chief </w:t>
      </w:r>
      <w:r w:rsidR="00DF6142">
        <w:t>O</w:t>
      </w:r>
      <w:r w:rsidR="002E1BAD" w:rsidRPr="007E4D23">
        <w:t>perations</w:t>
      </w:r>
      <w:r w:rsidR="00C139A2">
        <w:t xml:space="preserve"> Officer</w:t>
      </w:r>
      <w:r w:rsidR="001B0F55">
        <w:t xml:space="preserve"> (COO)</w:t>
      </w:r>
      <w:r w:rsidRPr="007E4D23">
        <w:t xml:space="preserve"> </w:t>
      </w:r>
      <w:r w:rsidR="0047198E">
        <w:t xml:space="preserve">will </w:t>
      </w:r>
      <w:r w:rsidR="00973797">
        <w:t xml:space="preserve">be responsible for all executive and administrative duties delegated by the CLT </w:t>
      </w:r>
      <w:r w:rsidR="008A6A01" w:rsidRPr="007E4D23">
        <w:t xml:space="preserve"> </w:t>
      </w:r>
    </w:p>
    <w:p w14:paraId="446B974E" w14:textId="375373D1" w:rsidR="005A296E" w:rsidRDefault="0047198E" w:rsidP="0047198E">
      <w:pPr>
        <w:pStyle w:val="ListBullet"/>
        <w:numPr>
          <w:ilvl w:val="0"/>
          <w:numId w:val="25"/>
        </w:numPr>
      </w:pPr>
      <w:r>
        <w:t>The C</w:t>
      </w:r>
      <w:r w:rsidR="00E77B9B">
        <w:t>OO</w:t>
      </w:r>
      <w:r>
        <w:t xml:space="preserve"> </w:t>
      </w:r>
      <w:r w:rsidR="00930A3A">
        <w:t xml:space="preserve">will act as the </w:t>
      </w:r>
      <w:r>
        <w:t>h</w:t>
      </w:r>
      <w:r w:rsidR="00930A3A">
        <w:t xml:space="preserve">ead of the </w:t>
      </w:r>
      <w:r>
        <w:t>C</w:t>
      </w:r>
      <w:r w:rsidR="005436D2">
        <w:t xml:space="preserve">ommon </w:t>
      </w:r>
      <w:r>
        <w:t>A</w:t>
      </w:r>
      <w:r w:rsidR="005436D2">
        <w:t xml:space="preserve">dministrative </w:t>
      </w:r>
      <w:r>
        <w:t>Service</w:t>
      </w:r>
      <w:r w:rsidR="005436D2">
        <w:t xml:space="preserve"> (</w:t>
      </w:r>
      <w:r w:rsidR="00930A3A">
        <w:t>CAS</w:t>
      </w:r>
      <w:r w:rsidR="005436D2">
        <w:t>)</w:t>
      </w:r>
      <w:r w:rsidR="00930A3A">
        <w:t xml:space="preserve"> division </w:t>
      </w:r>
    </w:p>
    <w:p w14:paraId="4FCE8506" w14:textId="64B20EFE" w:rsidR="005A296E" w:rsidRDefault="00B93916" w:rsidP="008262B9">
      <w:pPr>
        <w:pStyle w:val="ListBullet"/>
        <w:numPr>
          <w:ilvl w:val="0"/>
          <w:numId w:val="25"/>
        </w:numPr>
      </w:pPr>
      <w:r>
        <w:lastRenderedPageBreak/>
        <w:t xml:space="preserve">The </w:t>
      </w:r>
      <w:r w:rsidR="00C139A2">
        <w:t>C</w:t>
      </w:r>
      <w:r w:rsidR="00E77B9B">
        <w:t>OO</w:t>
      </w:r>
      <w:r w:rsidR="00C139A2" w:rsidRPr="007E4D23">
        <w:t xml:space="preserve"> </w:t>
      </w:r>
      <w:r>
        <w:t xml:space="preserve">will need to </w:t>
      </w:r>
      <w:r w:rsidRPr="00B93916">
        <w:t>ensu</w:t>
      </w:r>
      <w:r>
        <w:t>re there</w:t>
      </w:r>
      <w:r w:rsidR="005A296E">
        <w:t xml:space="preserve"> is seamless coordination, exceptional service delivery and operation</w:t>
      </w:r>
      <w:r w:rsidR="005104E3">
        <w:t>al</w:t>
      </w:r>
      <w:r w:rsidR="005A296E">
        <w:t xml:space="preserve"> excellence</w:t>
      </w:r>
      <w:r w:rsidR="00C64E40">
        <w:t xml:space="preserve"> across the </w:t>
      </w:r>
      <w:r w:rsidR="001B0F55">
        <w:t>six</w:t>
      </w:r>
      <w:r w:rsidR="00E77B9B">
        <w:t xml:space="preserve"> </w:t>
      </w:r>
      <w:r w:rsidR="00DE0FBB">
        <w:t xml:space="preserve">functions </w:t>
      </w:r>
      <w:r w:rsidR="00842E52">
        <w:t xml:space="preserve">within the CAS structure. </w:t>
      </w:r>
    </w:p>
    <w:p w14:paraId="08070B02" w14:textId="730E2513" w:rsidR="0047198E" w:rsidRPr="005A296E" w:rsidRDefault="0047198E" w:rsidP="008262B9">
      <w:pPr>
        <w:pStyle w:val="ListBullet"/>
        <w:numPr>
          <w:ilvl w:val="0"/>
          <w:numId w:val="25"/>
        </w:numPr>
      </w:pPr>
      <w:r>
        <w:t>The C</w:t>
      </w:r>
      <w:r w:rsidR="00E77B9B">
        <w:t>OO</w:t>
      </w:r>
      <w:r>
        <w:t xml:space="preserve"> will oversee the work and management of </w:t>
      </w:r>
      <w:r w:rsidR="00DE0FBB">
        <w:t xml:space="preserve">the </w:t>
      </w:r>
      <w:r w:rsidR="001B0F55">
        <w:t xml:space="preserve">Branch Administrative </w:t>
      </w:r>
      <w:r w:rsidR="00973797">
        <w:t xml:space="preserve">Staffs as </w:t>
      </w:r>
      <w:r w:rsidR="00E77B9B">
        <w:t>CAS</w:t>
      </w:r>
      <w:r w:rsidR="00973797">
        <w:t xml:space="preserve"> </w:t>
      </w:r>
      <w:r w:rsidR="00E77B9B">
        <w:t xml:space="preserve">becomes established.  </w:t>
      </w:r>
      <w:r w:rsidR="00973797">
        <w:t xml:space="preserve">  </w:t>
      </w:r>
    </w:p>
    <w:p w14:paraId="0EF32B06" w14:textId="3DD2A20A" w:rsidR="006B0BED" w:rsidRDefault="007A4F3F" w:rsidP="006B0BED">
      <w:pPr>
        <w:pStyle w:val="Heading2"/>
      </w:pPr>
      <w:r>
        <w:t>Key Responsibilities</w:t>
      </w:r>
      <w:r w:rsidR="0002413C">
        <w:t>:</w:t>
      </w:r>
    </w:p>
    <w:p w14:paraId="1A258676" w14:textId="3586DBF3" w:rsidR="006B0BED" w:rsidRDefault="006B0BED" w:rsidP="007B31BA">
      <w:pPr>
        <w:pStyle w:val="Heading3"/>
        <w:numPr>
          <w:ilvl w:val="0"/>
          <w:numId w:val="21"/>
        </w:numPr>
        <w:spacing w:before="0"/>
      </w:pPr>
      <w:r>
        <w:t>CAS</w:t>
      </w:r>
      <w:r w:rsidR="0047198E">
        <w:t xml:space="preserve"> (Common Administrative Service)</w:t>
      </w:r>
      <w:r>
        <w:t>:</w:t>
      </w:r>
    </w:p>
    <w:p w14:paraId="5163AA42" w14:textId="1F01E8C1" w:rsidR="00EF004D" w:rsidRDefault="00EF004D" w:rsidP="00EF004D">
      <w:pPr>
        <w:pStyle w:val="ListBullet"/>
      </w:pPr>
      <w:r>
        <w:t xml:space="preserve">The </w:t>
      </w:r>
      <w:r w:rsidR="00E77B9B">
        <w:t>COO</w:t>
      </w:r>
      <w:r w:rsidRPr="007E4D23">
        <w:t xml:space="preserve"> </w:t>
      </w:r>
      <w:r>
        <w:t xml:space="preserve">will be responsible for overseeing the </w:t>
      </w:r>
      <w:r w:rsidRPr="00E77B9B">
        <w:t>successful setup of</w:t>
      </w:r>
      <w:r w:rsidR="00E77B9B" w:rsidRPr="00E77B9B">
        <w:t xml:space="preserve">, and ongoing management of </w:t>
      </w:r>
      <w:r w:rsidRPr="00E77B9B">
        <w:t>CAS</w:t>
      </w:r>
      <w:r>
        <w:t xml:space="preserve"> by ensuring the following </w:t>
      </w:r>
    </w:p>
    <w:p w14:paraId="577B1FE9" w14:textId="5F682D31" w:rsidR="00937337" w:rsidRDefault="00937337" w:rsidP="00937337">
      <w:pPr>
        <w:pStyle w:val="ListBullet"/>
        <w:numPr>
          <w:ilvl w:val="0"/>
          <w:numId w:val="27"/>
        </w:numPr>
      </w:pPr>
      <w:r>
        <w:t>Establish</w:t>
      </w:r>
      <w:r w:rsidRPr="005104E3">
        <w:t xml:space="preserve"> </w:t>
      </w:r>
      <w:r>
        <w:t xml:space="preserve">CAS as </w:t>
      </w:r>
      <w:r w:rsidRPr="005104E3">
        <w:t xml:space="preserve">a cohesive and efficient administrative </w:t>
      </w:r>
      <w:r>
        <w:t>structure</w:t>
      </w:r>
      <w:r w:rsidRPr="005104E3">
        <w:t xml:space="preserve"> across </w:t>
      </w:r>
      <w:r>
        <w:t xml:space="preserve">the Congregation. </w:t>
      </w:r>
    </w:p>
    <w:p w14:paraId="6353EE42" w14:textId="52C74114" w:rsidR="00EF004D" w:rsidRDefault="00B27A2E" w:rsidP="00EF004D">
      <w:pPr>
        <w:pStyle w:val="ListBullet"/>
        <w:numPr>
          <w:ilvl w:val="0"/>
          <w:numId w:val="27"/>
        </w:numPr>
      </w:pPr>
      <w:r>
        <w:t>C</w:t>
      </w:r>
      <w:r w:rsidR="00EF004D">
        <w:t>ollabora</w:t>
      </w:r>
      <w:r w:rsidR="00762FBF">
        <w:t>te</w:t>
      </w:r>
      <w:r w:rsidR="00EF004D">
        <w:t xml:space="preserve"> and engage with CLT and </w:t>
      </w:r>
      <w:r w:rsidR="00E77B9B">
        <w:t xml:space="preserve">Branch </w:t>
      </w:r>
      <w:r>
        <w:t>L</w:t>
      </w:r>
      <w:r w:rsidR="00EF004D">
        <w:t xml:space="preserve">eadership </w:t>
      </w:r>
      <w:r>
        <w:t>T</w:t>
      </w:r>
      <w:r w:rsidR="00EF004D">
        <w:t>eams at intermediate level</w:t>
      </w:r>
      <w:r w:rsidR="00B738DC">
        <w:t>s</w:t>
      </w:r>
      <w:r w:rsidR="00EF004D">
        <w:t xml:space="preserve"> of governance</w:t>
      </w:r>
    </w:p>
    <w:p w14:paraId="5C5739B6" w14:textId="77777777" w:rsidR="00EF004D" w:rsidRDefault="00EF004D" w:rsidP="00EF004D">
      <w:pPr>
        <w:pStyle w:val="ListBullet"/>
        <w:numPr>
          <w:ilvl w:val="0"/>
          <w:numId w:val="27"/>
        </w:numPr>
      </w:pPr>
      <w:r>
        <w:t xml:space="preserve">Act as the governance lead for CAS, ensuring best practice, establishing reporting structures and taking actions as necessary. </w:t>
      </w:r>
    </w:p>
    <w:p w14:paraId="3725F39F" w14:textId="6404DDED" w:rsidR="00551E8A" w:rsidRPr="003E3B8A" w:rsidRDefault="00551E8A" w:rsidP="00551E8A">
      <w:pPr>
        <w:pStyle w:val="ListBullet"/>
        <w:numPr>
          <w:ilvl w:val="0"/>
          <w:numId w:val="27"/>
        </w:numPr>
      </w:pPr>
      <w:r>
        <w:t>Overse</w:t>
      </w:r>
      <w:r w:rsidR="008C2AC0">
        <w:t>e</w:t>
      </w:r>
      <w:r>
        <w:t xml:space="preserve"> the negotiation of contracts</w:t>
      </w:r>
      <w:r w:rsidRPr="00445553">
        <w:t xml:space="preserve"> with</w:t>
      </w:r>
      <w:r>
        <w:t xml:space="preserve"> the</w:t>
      </w:r>
      <w:r w:rsidRPr="00445553">
        <w:t xml:space="preserve"> </w:t>
      </w:r>
      <w:r>
        <w:t xml:space="preserve">key </w:t>
      </w:r>
      <w:r w:rsidRPr="00445553">
        <w:t xml:space="preserve">external </w:t>
      </w:r>
      <w:r>
        <w:t xml:space="preserve">vendors in each of the functions ensuring value for money, quality of delivery and good practice.  </w:t>
      </w:r>
    </w:p>
    <w:p w14:paraId="2465EA22" w14:textId="0F73F34C" w:rsidR="00B27A2E" w:rsidRDefault="00B27A2E" w:rsidP="00B27A2E">
      <w:pPr>
        <w:pStyle w:val="ListBullet"/>
        <w:numPr>
          <w:ilvl w:val="0"/>
          <w:numId w:val="27"/>
        </w:numPr>
      </w:pPr>
      <w:r>
        <w:t>Review and standardis</w:t>
      </w:r>
      <w:r w:rsidR="008C2AC0">
        <w:t>e</w:t>
      </w:r>
      <w:r>
        <w:t xml:space="preserve"> all processes across the </w:t>
      </w:r>
      <w:r w:rsidR="00E77B9B">
        <w:t xml:space="preserve">six </w:t>
      </w:r>
      <w:r>
        <w:t>functions within the CAS structure</w:t>
      </w:r>
      <w:r w:rsidR="00E77B9B">
        <w:t xml:space="preserve"> (</w:t>
      </w:r>
      <w:r>
        <w:t>finance, property, HR, safeguarding, archiving and care</w:t>
      </w:r>
      <w:r w:rsidR="00E77B9B">
        <w:t>)</w:t>
      </w:r>
      <w:r>
        <w:t>.</w:t>
      </w:r>
    </w:p>
    <w:p w14:paraId="47D013A5" w14:textId="187C2464" w:rsidR="00B27A2E" w:rsidRDefault="00B27A2E" w:rsidP="00B27A2E">
      <w:pPr>
        <w:pStyle w:val="ListBullet"/>
        <w:numPr>
          <w:ilvl w:val="0"/>
          <w:numId w:val="27"/>
        </w:numPr>
      </w:pPr>
      <w:r>
        <w:t>Ensur</w:t>
      </w:r>
      <w:r w:rsidR="008C2AC0">
        <w:t>e</w:t>
      </w:r>
      <w:r>
        <w:t xml:space="preserve"> long-term sustainability, continuous improvement and adaptability to change. </w:t>
      </w:r>
    </w:p>
    <w:p w14:paraId="17069F09" w14:textId="6C41841D" w:rsidR="00E65500" w:rsidRDefault="00E65500" w:rsidP="008262B9">
      <w:pPr>
        <w:pStyle w:val="ListBullet"/>
        <w:numPr>
          <w:ilvl w:val="0"/>
          <w:numId w:val="33"/>
        </w:numPr>
      </w:pPr>
      <w:r w:rsidRPr="00C53D8D">
        <w:t>Ensur</w:t>
      </w:r>
      <w:r w:rsidR="008C2AC0">
        <w:t>e</w:t>
      </w:r>
      <w:r w:rsidRPr="00C53D8D">
        <w:t xml:space="preserve"> robust dignity at work policies are implemented, regularly reviewed, and clearly communicated to all staff, with consistent procedures for reporting and addressing concerns.</w:t>
      </w:r>
    </w:p>
    <w:p w14:paraId="26BCDB6C" w14:textId="10D64B1C" w:rsidR="004F2AED" w:rsidRDefault="008B2E66" w:rsidP="004F2AED">
      <w:pPr>
        <w:pStyle w:val="ListBullet"/>
        <w:numPr>
          <w:ilvl w:val="0"/>
          <w:numId w:val="35"/>
        </w:numPr>
      </w:pPr>
      <w:r w:rsidRPr="00927BC1">
        <w:t>Lead regular team meetings</w:t>
      </w:r>
      <w:r>
        <w:t xml:space="preserve"> within the various functions of the CAS structure</w:t>
      </w:r>
      <w:r w:rsidRPr="00927BC1">
        <w:t xml:space="preserve"> </w:t>
      </w:r>
      <w:r>
        <w:t xml:space="preserve">to </w:t>
      </w:r>
      <w:r w:rsidRPr="00927BC1">
        <w:t>review progress, celebrate successes, and address any concerns.</w:t>
      </w:r>
      <w:r w:rsidR="004F2AED" w:rsidRPr="004F2AED">
        <w:t xml:space="preserve"> </w:t>
      </w:r>
    </w:p>
    <w:p w14:paraId="130CFE79" w14:textId="2E913505" w:rsidR="006B0BED" w:rsidRPr="00927BC1" w:rsidRDefault="006B0BED" w:rsidP="008262B9">
      <w:pPr>
        <w:pStyle w:val="ListBullet"/>
        <w:numPr>
          <w:ilvl w:val="0"/>
          <w:numId w:val="33"/>
        </w:numPr>
      </w:pPr>
      <w:r w:rsidRPr="00927BC1">
        <w:t xml:space="preserve">Stay abreast </w:t>
      </w:r>
      <w:r>
        <w:t>of</w:t>
      </w:r>
      <w:r w:rsidRPr="00927BC1">
        <w:t xml:space="preserve"> best practices to ensure the CAS team remains innovative and effective.</w:t>
      </w:r>
    </w:p>
    <w:p w14:paraId="141AE980" w14:textId="77777777" w:rsidR="006B0BED" w:rsidRDefault="006B0BED" w:rsidP="006B0BED"/>
    <w:p w14:paraId="6788C1D4" w14:textId="340E769E" w:rsidR="007A4F3F" w:rsidRPr="00231EDF" w:rsidRDefault="00B90428" w:rsidP="0086390F">
      <w:pPr>
        <w:pStyle w:val="Heading3"/>
        <w:numPr>
          <w:ilvl w:val="0"/>
          <w:numId w:val="21"/>
        </w:numPr>
      </w:pPr>
      <w:r w:rsidRPr="00231EDF">
        <w:t xml:space="preserve">Strategic </w:t>
      </w:r>
      <w:r w:rsidR="003346D5" w:rsidRPr="00231EDF">
        <w:t>Direction</w:t>
      </w:r>
      <w:r w:rsidR="0002413C" w:rsidRPr="00231EDF">
        <w:t>:</w:t>
      </w:r>
      <w:r w:rsidRPr="00231EDF">
        <w:t xml:space="preserve"> </w:t>
      </w:r>
    </w:p>
    <w:p w14:paraId="4D879B1D" w14:textId="6E91A2FC" w:rsidR="00E65500" w:rsidRDefault="00E65500" w:rsidP="000877EA">
      <w:pPr>
        <w:pStyle w:val="ListBullet"/>
      </w:pPr>
      <w:r>
        <w:t>The C</w:t>
      </w:r>
      <w:r w:rsidR="00E77B9B">
        <w:t>OO</w:t>
      </w:r>
      <w:r>
        <w:t xml:space="preserve"> will engage with the strategic direction of the Congregation/Charities by </w:t>
      </w:r>
    </w:p>
    <w:p w14:paraId="73FD2F9D" w14:textId="078EEF27" w:rsidR="00213F6B" w:rsidRDefault="008913E2" w:rsidP="008262B9">
      <w:pPr>
        <w:pStyle w:val="ListBullet"/>
        <w:numPr>
          <w:ilvl w:val="0"/>
          <w:numId w:val="35"/>
        </w:numPr>
      </w:pPr>
      <w:r>
        <w:t>Ensur</w:t>
      </w:r>
      <w:r w:rsidR="00E65500">
        <w:t>ing</w:t>
      </w:r>
      <w:r>
        <w:t xml:space="preserve"> o</w:t>
      </w:r>
      <w:r w:rsidR="00213F6B">
        <w:t xml:space="preserve">ngoing collaboration with CLT </w:t>
      </w:r>
      <w:r w:rsidR="00E65500">
        <w:t xml:space="preserve">and the vision of the Congregation as expressed in the Constitutions so that CAS can embody this vision.  </w:t>
      </w:r>
    </w:p>
    <w:p w14:paraId="41E53800" w14:textId="372EAB7C" w:rsidR="007D47B1" w:rsidRDefault="007D47B1" w:rsidP="007D47B1">
      <w:pPr>
        <w:pStyle w:val="ListBullet"/>
        <w:numPr>
          <w:ilvl w:val="0"/>
          <w:numId w:val="35"/>
        </w:numPr>
      </w:pPr>
      <w:r>
        <w:t>Strategic planning of the workforce and roles across the current Congregation administration services</w:t>
      </w:r>
      <w:r w:rsidR="00E10E03">
        <w:t>.</w:t>
      </w:r>
    </w:p>
    <w:p w14:paraId="1D810E1A" w14:textId="5CB820CF" w:rsidR="00B90428" w:rsidRPr="00B90428" w:rsidRDefault="008262B9" w:rsidP="008262B9">
      <w:pPr>
        <w:pStyle w:val="ListBullet"/>
        <w:numPr>
          <w:ilvl w:val="0"/>
          <w:numId w:val="35"/>
        </w:numPr>
      </w:pPr>
      <w:r>
        <w:t>D</w:t>
      </w:r>
      <w:r w:rsidR="00B90428" w:rsidRPr="00B90428">
        <w:t>evelop</w:t>
      </w:r>
      <w:r>
        <w:t>ing</w:t>
      </w:r>
      <w:r w:rsidR="00A52E32">
        <w:t xml:space="preserve"> and improv</w:t>
      </w:r>
      <w:r>
        <w:t>ing</w:t>
      </w:r>
      <w:r w:rsidR="00A52E32">
        <w:t xml:space="preserve"> systems and processes</w:t>
      </w:r>
      <w:r w:rsidR="00B90428" w:rsidRPr="00B90428">
        <w:t xml:space="preserve"> by tracking progress, sharing new and useful information</w:t>
      </w:r>
      <w:r w:rsidR="00A52E32">
        <w:t xml:space="preserve"> and </w:t>
      </w:r>
      <w:r w:rsidR="00B90428" w:rsidRPr="00B90428">
        <w:t xml:space="preserve">arranging trainings </w:t>
      </w:r>
      <w:r w:rsidR="00A52E32">
        <w:t xml:space="preserve">where necessary. </w:t>
      </w:r>
    </w:p>
    <w:p w14:paraId="4D748B60" w14:textId="72ECCDF0" w:rsidR="008F1A12" w:rsidRDefault="00A34512" w:rsidP="008262B9">
      <w:pPr>
        <w:pStyle w:val="ListBullet"/>
        <w:numPr>
          <w:ilvl w:val="0"/>
          <w:numId w:val="35"/>
        </w:numPr>
      </w:pPr>
      <w:r>
        <w:t>Report</w:t>
      </w:r>
      <w:r w:rsidR="008262B9">
        <w:t>ing</w:t>
      </w:r>
      <w:r>
        <w:t xml:space="preserve"> to CLT</w:t>
      </w:r>
      <w:r w:rsidR="009B1E8D">
        <w:t xml:space="preserve"> as Trustees of the Charity</w:t>
      </w:r>
      <w:r>
        <w:t xml:space="preserve"> </w:t>
      </w:r>
      <w:r w:rsidR="00646C6A">
        <w:t xml:space="preserve">to demonstrate compliance with Charity legislation and internal governance structures, ensuring that any </w:t>
      </w:r>
      <w:r w:rsidR="00106A28">
        <w:t xml:space="preserve">corrective or preventative actions are taken where necessary. </w:t>
      </w:r>
    </w:p>
    <w:p w14:paraId="179753D0" w14:textId="77777777" w:rsidR="00927BC1" w:rsidRPr="005104E3" w:rsidRDefault="00927BC1" w:rsidP="00927BC1">
      <w:pPr>
        <w:pStyle w:val="ListBullet"/>
      </w:pPr>
    </w:p>
    <w:p w14:paraId="681E8A4A" w14:textId="77777777" w:rsidR="00B4720C" w:rsidRDefault="00B4720C" w:rsidP="00B4720C">
      <w:pPr>
        <w:pStyle w:val="Heading3"/>
        <w:numPr>
          <w:ilvl w:val="0"/>
          <w:numId w:val="21"/>
        </w:numPr>
        <w:spacing w:before="0"/>
      </w:pPr>
      <w:r>
        <w:lastRenderedPageBreak/>
        <w:t xml:space="preserve">People </w:t>
      </w:r>
      <w:r w:rsidRPr="00410BF0">
        <w:t>Management:</w:t>
      </w:r>
    </w:p>
    <w:p w14:paraId="0F4305EF" w14:textId="04EFF375" w:rsidR="000467AF" w:rsidRPr="00C53D8D" w:rsidRDefault="000467AF" w:rsidP="007B687D">
      <w:pPr>
        <w:pStyle w:val="ListBullet"/>
        <w:ind w:left="360"/>
      </w:pPr>
      <w:r>
        <w:t>The COO will w</w:t>
      </w:r>
      <w:r w:rsidRPr="00C53D8D">
        <w:t>ork in collaboration with the Congregation’s external HR provider ensuring people policies and procedures</w:t>
      </w:r>
      <w:r w:rsidR="00801184" w:rsidRPr="00801184">
        <w:t xml:space="preserve"> </w:t>
      </w:r>
      <w:r w:rsidR="00801184" w:rsidRPr="00C53D8D">
        <w:t>reflect the values and ethos of the Congregation</w:t>
      </w:r>
      <w:r w:rsidR="00801184">
        <w:t>,</w:t>
      </w:r>
      <w:r w:rsidRPr="00C53D8D">
        <w:t xml:space="preserve"> comply with current legislation and adhere to best practice. </w:t>
      </w:r>
    </w:p>
    <w:p w14:paraId="0D4DC971" w14:textId="77777777" w:rsidR="000467AF" w:rsidRDefault="000467AF" w:rsidP="000467AF"/>
    <w:p w14:paraId="397C7908" w14:textId="73904E6F" w:rsidR="00EE37DC" w:rsidRPr="000467AF" w:rsidRDefault="00EE37DC" w:rsidP="00EE37DC">
      <w:pPr>
        <w:ind w:left="360"/>
      </w:pPr>
      <w:r>
        <w:t>The COO will:</w:t>
      </w:r>
    </w:p>
    <w:p w14:paraId="76AC19B0" w14:textId="77777777" w:rsidR="00B4720C" w:rsidRPr="00C53D8D" w:rsidRDefault="00B4720C" w:rsidP="008220B1">
      <w:pPr>
        <w:pStyle w:val="ListBullet"/>
        <w:numPr>
          <w:ilvl w:val="0"/>
          <w:numId w:val="36"/>
        </w:numPr>
      </w:pPr>
      <w:r w:rsidRPr="00C53D8D">
        <w:t xml:space="preserve">Manage and lead all </w:t>
      </w:r>
      <w:r>
        <w:t>CAS team members</w:t>
      </w:r>
      <w:r w:rsidRPr="00C53D8D">
        <w:t xml:space="preserve">. </w:t>
      </w:r>
    </w:p>
    <w:p w14:paraId="436268DA" w14:textId="77777777" w:rsidR="00B4720C" w:rsidRPr="00C53D8D" w:rsidRDefault="00B4720C" w:rsidP="008220B1">
      <w:pPr>
        <w:pStyle w:val="ListBullet"/>
        <w:numPr>
          <w:ilvl w:val="0"/>
          <w:numId w:val="36"/>
        </w:numPr>
      </w:pPr>
      <w:r>
        <w:t xml:space="preserve">Ensure adequate </w:t>
      </w:r>
      <w:r w:rsidRPr="00C53D8D">
        <w:t xml:space="preserve">performance management of all </w:t>
      </w:r>
      <w:r>
        <w:t>CAS team members with</w:t>
      </w:r>
      <w:r w:rsidRPr="00C53D8D">
        <w:t xml:space="preserve"> regular communication, feedback and the management of any underperformance </w:t>
      </w:r>
      <w:proofErr w:type="gramStart"/>
      <w:r w:rsidRPr="00C53D8D">
        <w:t>if and when</w:t>
      </w:r>
      <w:proofErr w:type="gramEnd"/>
      <w:r w:rsidRPr="00C53D8D">
        <w:t xml:space="preserve"> required. </w:t>
      </w:r>
    </w:p>
    <w:p w14:paraId="315D4D09" w14:textId="498EF636" w:rsidR="00B4720C" w:rsidRPr="00C53D8D" w:rsidRDefault="007B687D" w:rsidP="008220B1">
      <w:pPr>
        <w:pStyle w:val="ListBullet"/>
        <w:numPr>
          <w:ilvl w:val="0"/>
          <w:numId w:val="36"/>
        </w:numPr>
      </w:pPr>
      <w:r>
        <w:t xml:space="preserve">Ensure that the </w:t>
      </w:r>
      <w:r w:rsidR="00B4720C" w:rsidRPr="00C53D8D">
        <w:t xml:space="preserve">annual appraisals for all </w:t>
      </w:r>
      <w:r w:rsidR="00B4720C">
        <w:t>CAS team members</w:t>
      </w:r>
      <w:r w:rsidR="00F54849">
        <w:t xml:space="preserve"> takes place. </w:t>
      </w:r>
    </w:p>
    <w:p w14:paraId="636123F1" w14:textId="77777777" w:rsidR="00B4720C" w:rsidRPr="00C53D8D" w:rsidRDefault="00B4720C" w:rsidP="008220B1">
      <w:pPr>
        <w:pStyle w:val="ListBullet"/>
        <w:numPr>
          <w:ilvl w:val="0"/>
          <w:numId w:val="36"/>
        </w:numPr>
      </w:pPr>
      <w:r w:rsidRPr="00C53D8D">
        <w:t xml:space="preserve">Act as a mentor for all </w:t>
      </w:r>
      <w:r>
        <w:t>CAS team members.</w:t>
      </w:r>
    </w:p>
    <w:p w14:paraId="20ACADF1" w14:textId="64269EA5" w:rsidR="00B4720C" w:rsidRPr="00C53D8D" w:rsidRDefault="00B4720C" w:rsidP="008220B1">
      <w:pPr>
        <w:pStyle w:val="ListBullet"/>
        <w:numPr>
          <w:ilvl w:val="0"/>
          <w:numId w:val="36"/>
        </w:numPr>
      </w:pPr>
      <w:r w:rsidRPr="00C53D8D">
        <w:t xml:space="preserve">Conduct training needs analysis for the team ensuring that relevant training is provided as and when required, and within budgetary constraints. </w:t>
      </w:r>
    </w:p>
    <w:p w14:paraId="3A6CE256" w14:textId="77777777" w:rsidR="00B4720C" w:rsidRPr="00C53D8D" w:rsidRDefault="00B4720C" w:rsidP="008220B1">
      <w:pPr>
        <w:pStyle w:val="ListBullet"/>
        <w:numPr>
          <w:ilvl w:val="0"/>
          <w:numId w:val="36"/>
        </w:numPr>
      </w:pPr>
      <w:r w:rsidRPr="00C53D8D">
        <w:t>Monitor absence trends through accurate data tracking and reporting, address concerns early, and support wellbeing initiatives.</w:t>
      </w:r>
    </w:p>
    <w:p w14:paraId="7E33DE1F" w14:textId="1000FEBA" w:rsidR="00B4720C" w:rsidRPr="00C53D8D" w:rsidRDefault="00B4720C" w:rsidP="008220B1">
      <w:pPr>
        <w:pStyle w:val="ListBullet"/>
        <w:numPr>
          <w:ilvl w:val="0"/>
          <w:numId w:val="36"/>
        </w:numPr>
      </w:pPr>
      <w:r w:rsidRPr="00C53D8D">
        <w:t>Ensure that all disciplinary and grievance procedures are fair, transparent, and legally compliant</w:t>
      </w:r>
      <w:r w:rsidR="002A2C56">
        <w:t>.</w:t>
      </w:r>
    </w:p>
    <w:p w14:paraId="1D18BF2E" w14:textId="77777777" w:rsidR="00043E89" w:rsidRPr="00043E89" w:rsidRDefault="00043E89" w:rsidP="00043E89"/>
    <w:p w14:paraId="14C519C7" w14:textId="443C168F" w:rsidR="007A4F3F" w:rsidRDefault="00801184" w:rsidP="007A4F3F">
      <w:pPr>
        <w:pStyle w:val="Heading2"/>
      </w:pPr>
      <w:r>
        <w:t xml:space="preserve">Salary &amp; </w:t>
      </w:r>
      <w:r w:rsidR="007A4F3F">
        <w:t>Working Conditions</w:t>
      </w:r>
      <w:r w:rsidR="0002413C">
        <w:t>:</w:t>
      </w:r>
    </w:p>
    <w:p w14:paraId="2B144ADF" w14:textId="28927A40" w:rsidR="00801184" w:rsidRPr="00192BBD" w:rsidRDefault="00801184" w:rsidP="00801184">
      <w:pPr>
        <w:pStyle w:val="ListParagraph"/>
        <w:numPr>
          <w:ilvl w:val="0"/>
          <w:numId w:val="24"/>
        </w:numPr>
      </w:pPr>
      <w:r w:rsidRPr="00192BBD">
        <w:t>Salary negotiable</w:t>
      </w:r>
      <w:r w:rsidR="00192BBD">
        <w:t xml:space="preserve"> in keeping with </w:t>
      </w:r>
      <w:r w:rsidR="007E476C">
        <w:t xml:space="preserve">qualifications and experience.  </w:t>
      </w:r>
      <w:r w:rsidRPr="00192BBD">
        <w:t xml:space="preserve"> </w:t>
      </w:r>
    </w:p>
    <w:p w14:paraId="37403203" w14:textId="484D6621" w:rsidR="00D14DFE" w:rsidRDefault="007A4F3F" w:rsidP="00B37902">
      <w:pPr>
        <w:pStyle w:val="ListParagraph"/>
        <w:numPr>
          <w:ilvl w:val="0"/>
          <w:numId w:val="24"/>
        </w:numPr>
      </w:pPr>
      <w:r w:rsidRPr="00410BF0">
        <w:t>Monday to Friday</w:t>
      </w:r>
      <w:r w:rsidR="00FD54E8">
        <w:t>; 35 hours per week</w:t>
      </w:r>
      <w:r w:rsidR="00D14DFE">
        <w:t>.</w:t>
      </w:r>
    </w:p>
    <w:p w14:paraId="687A93F3" w14:textId="72BF7D8B" w:rsidR="007A4F3F" w:rsidRPr="00410BF0" w:rsidRDefault="007A4F3F" w:rsidP="00B37902">
      <w:pPr>
        <w:pStyle w:val="ListParagraph"/>
        <w:numPr>
          <w:ilvl w:val="0"/>
          <w:numId w:val="24"/>
        </w:numPr>
      </w:pPr>
      <w:r w:rsidRPr="00410BF0">
        <w:t>Flexibility required on occasion to address urgent matters outside normal hours.</w:t>
      </w:r>
    </w:p>
    <w:p w14:paraId="21BD1950" w14:textId="75DB14A6" w:rsidR="00F12542" w:rsidRPr="00410BF0" w:rsidRDefault="007B1D36" w:rsidP="00B37902">
      <w:pPr>
        <w:pStyle w:val="ListParagraph"/>
        <w:numPr>
          <w:ilvl w:val="0"/>
          <w:numId w:val="24"/>
        </w:numPr>
      </w:pPr>
      <w:r w:rsidRPr="00410BF0">
        <w:t xml:space="preserve">Accommodation </w:t>
      </w:r>
      <w:r w:rsidR="00B37902" w:rsidRPr="00410BF0">
        <w:t>may</w:t>
      </w:r>
      <w:r w:rsidRPr="00410BF0">
        <w:t xml:space="preserve"> be provided for individuals based outside of Dublin, </w:t>
      </w:r>
      <w:r w:rsidR="002307C3" w:rsidRPr="00410BF0">
        <w:t>subject</w:t>
      </w:r>
      <w:r w:rsidRPr="00410BF0">
        <w:t xml:space="preserve"> to terms and conditions. </w:t>
      </w:r>
    </w:p>
    <w:p w14:paraId="3E1C508F" w14:textId="23740E8A" w:rsidR="00524995" w:rsidRPr="00410BF0" w:rsidRDefault="00524995" w:rsidP="00B37902">
      <w:pPr>
        <w:pStyle w:val="ListParagraph"/>
        <w:numPr>
          <w:ilvl w:val="0"/>
          <w:numId w:val="24"/>
        </w:numPr>
      </w:pPr>
      <w:r w:rsidRPr="00410BF0">
        <w:t xml:space="preserve">Enhanced annual leave provisions </w:t>
      </w:r>
    </w:p>
    <w:p w14:paraId="09C00F9E" w14:textId="765C084E" w:rsidR="00D30CCE" w:rsidRPr="00410BF0" w:rsidRDefault="00D30CCE" w:rsidP="00B37902">
      <w:pPr>
        <w:pStyle w:val="ListParagraph"/>
        <w:numPr>
          <w:ilvl w:val="0"/>
          <w:numId w:val="24"/>
        </w:numPr>
      </w:pPr>
      <w:r w:rsidRPr="00410BF0">
        <w:t>Pension provision</w:t>
      </w:r>
    </w:p>
    <w:p w14:paraId="418AB502" w14:textId="60928F9D" w:rsidR="007A4F3F" w:rsidRDefault="007A4F3F" w:rsidP="007A4F3F">
      <w:pPr>
        <w:pStyle w:val="Heading2"/>
      </w:pPr>
      <w:r>
        <w:t>Performance Standards</w:t>
      </w:r>
      <w:r w:rsidR="0002413C">
        <w:t>:</w:t>
      </w:r>
    </w:p>
    <w:p w14:paraId="014EDE81" w14:textId="1110E681" w:rsidR="007A4F3F" w:rsidRPr="006E0FEC" w:rsidRDefault="007A4F3F" w:rsidP="007A4F3F">
      <w:r w:rsidRPr="006E0FEC">
        <w:t>The post holder is expected to be proactive, self-motivated, and capable of working independently and collaboratively.</w:t>
      </w:r>
    </w:p>
    <w:p w14:paraId="11D55306" w14:textId="719C5299" w:rsidR="00201F38" w:rsidRDefault="00201F38" w:rsidP="00201F38">
      <w:pPr>
        <w:pStyle w:val="Heading2"/>
      </w:pPr>
      <w:r>
        <w:t>Qualifications</w:t>
      </w:r>
      <w:r w:rsidR="0002413C">
        <w:t>:</w:t>
      </w:r>
    </w:p>
    <w:p w14:paraId="31618E2F" w14:textId="521A72DD" w:rsidR="00694AA2" w:rsidRPr="00694AA2" w:rsidRDefault="00694AA2" w:rsidP="00694AA2">
      <w:pPr>
        <w:pStyle w:val="ListBullet"/>
      </w:pPr>
      <w:r w:rsidRPr="00694AA2">
        <w:t xml:space="preserve">A recognised degree in Business Administration, Management, </w:t>
      </w:r>
      <w:r w:rsidR="00E33130">
        <w:t xml:space="preserve">Finance, </w:t>
      </w:r>
      <w:r w:rsidRPr="00694AA2">
        <w:t>Human Resources, or a related field (Level 8 or higher preferred).</w:t>
      </w:r>
    </w:p>
    <w:p w14:paraId="06986A35" w14:textId="5F256BB8" w:rsidR="00694AA2" w:rsidRDefault="00694AA2" w:rsidP="00694AA2">
      <w:pPr>
        <w:pStyle w:val="ListBullet"/>
      </w:pPr>
      <w:r w:rsidRPr="00694AA2">
        <w:t>Minimum of 5–7 years’ senior management experience, ideally in operations, HR, or organisational leadership roles.</w:t>
      </w:r>
    </w:p>
    <w:p w14:paraId="51574979" w14:textId="6F1DC683" w:rsidR="00DC5F79" w:rsidRPr="00694AA2" w:rsidRDefault="00DC5F79" w:rsidP="00DC5F79">
      <w:pPr>
        <w:pStyle w:val="ListBullet"/>
      </w:pPr>
      <w:r w:rsidRPr="00694AA2">
        <w:t xml:space="preserve">Familiarity with </w:t>
      </w:r>
      <w:r w:rsidR="000F615D">
        <w:t>Irish Charity Law</w:t>
      </w:r>
      <w:r w:rsidR="00416786">
        <w:t xml:space="preserve"> in </w:t>
      </w:r>
      <w:r w:rsidRPr="00694AA2">
        <w:t>nonprofit, values-driven, or faith-based organisational contexts is a distinct advantage.</w:t>
      </w:r>
    </w:p>
    <w:p w14:paraId="202F3186" w14:textId="08979525" w:rsidR="00694AA2" w:rsidRPr="00694AA2" w:rsidRDefault="00694AA2" w:rsidP="00694AA2">
      <w:pPr>
        <w:pStyle w:val="ListBullet"/>
      </w:pPr>
      <w:r w:rsidRPr="00694AA2">
        <w:t>Proven track record in leading and managing staff, including performance reviews and mentoring.</w:t>
      </w:r>
    </w:p>
    <w:p w14:paraId="4D8B92FB" w14:textId="1B9D9D47" w:rsidR="00694AA2" w:rsidRPr="00694AA2" w:rsidRDefault="00694AA2" w:rsidP="00694AA2">
      <w:pPr>
        <w:pStyle w:val="ListBullet"/>
      </w:pPr>
      <w:r w:rsidRPr="00694AA2">
        <w:t>Demonstrated experience in strategic planning, organisational development, and project implementation.</w:t>
      </w:r>
    </w:p>
    <w:p w14:paraId="7E9294F3" w14:textId="4E4EB731" w:rsidR="00694AA2" w:rsidRPr="00694AA2" w:rsidRDefault="00694AA2" w:rsidP="00694AA2">
      <w:pPr>
        <w:pStyle w:val="ListBullet"/>
      </w:pPr>
      <w:r w:rsidRPr="00694AA2">
        <w:t>Strong understanding of employment legislation, people management practices, and operational policy development.</w:t>
      </w:r>
    </w:p>
    <w:p w14:paraId="56C14F80" w14:textId="74F97CA1" w:rsidR="00694AA2" w:rsidRPr="00694AA2" w:rsidRDefault="00694AA2" w:rsidP="00694AA2">
      <w:pPr>
        <w:pStyle w:val="ListBullet"/>
      </w:pPr>
      <w:r w:rsidRPr="00694AA2">
        <w:lastRenderedPageBreak/>
        <w:t>High level of competence in Microsoft Office Suite, reporting tools, and digital communication platforms.</w:t>
      </w:r>
    </w:p>
    <w:p w14:paraId="2BDAEFE6" w14:textId="21C6BBE0" w:rsidR="00694AA2" w:rsidRPr="004D0F68" w:rsidRDefault="00694AA2" w:rsidP="004D0F68">
      <w:pPr>
        <w:pStyle w:val="ListBullet"/>
      </w:pPr>
      <w:r w:rsidRPr="00694AA2">
        <w:t>Excellent interpersonal, written, and verbal communication skills.</w:t>
      </w:r>
      <w:r>
        <w:tab/>
      </w:r>
    </w:p>
    <w:p w14:paraId="49BAA6FF" w14:textId="1519AC40" w:rsidR="007A4F3F" w:rsidRDefault="007A4F3F" w:rsidP="007A4F3F">
      <w:pPr>
        <w:pStyle w:val="Heading2"/>
      </w:pPr>
      <w:r>
        <w:t>Essential Qualities</w:t>
      </w:r>
      <w:r w:rsidR="0002413C">
        <w:t>:</w:t>
      </w:r>
    </w:p>
    <w:p w14:paraId="773320A4" w14:textId="77777777" w:rsidR="00183BA1" w:rsidRPr="00183BA1" w:rsidRDefault="00183BA1" w:rsidP="00183BA1">
      <w:pPr>
        <w:pStyle w:val="ListBullet"/>
      </w:pPr>
      <w:r w:rsidRPr="00183BA1">
        <w:t>A proactive and results-oriented mindset, with a passion for driving operational excellence.</w:t>
      </w:r>
    </w:p>
    <w:p w14:paraId="7F7831D4" w14:textId="77777777" w:rsidR="00183BA1" w:rsidRPr="00183BA1" w:rsidRDefault="00183BA1" w:rsidP="00183BA1">
      <w:pPr>
        <w:pStyle w:val="ListBullet"/>
      </w:pPr>
      <w:r w:rsidRPr="00183BA1">
        <w:t>Strong leadership skills, with the ability to inspire and motivate a diverse team.</w:t>
      </w:r>
    </w:p>
    <w:p w14:paraId="411C94C4" w14:textId="581B8385" w:rsidR="00183BA1" w:rsidRPr="00183BA1" w:rsidRDefault="00183BA1" w:rsidP="00183BA1">
      <w:pPr>
        <w:pStyle w:val="ListBullet"/>
      </w:pPr>
      <w:r w:rsidRPr="00183BA1">
        <w:t>Adaptability and resilience with a willingness to embrace change.</w:t>
      </w:r>
    </w:p>
    <w:p w14:paraId="0083FBB3" w14:textId="77777777" w:rsidR="00183BA1" w:rsidRPr="00183BA1" w:rsidRDefault="00183BA1" w:rsidP="00183BA1">
      <w:pPr>
        <w:pStyle w:val="ListBullet"/>
      </w:pPr>
      <w:r w:rsidRPr="00183BA1">
        <w:t>A collaborative approach to teamwork, with a focus on building strong relationships and fostering a positive work culture.</w:t>
      </w:r>
    </w:p>
    <w:p w14:paraId="2C382393" w14:textId="77777777" w:rsidR="0055486F" w:rsidRDefault="0055486F" w:rsidP="0055486F">
      <w:pPr>
        <w:pStyle w:val="ListBullet"/>
      </w:pPr>
    </w:p>
    <w:p w14:paraId="2805F189" w14:textId="77777777" w:rsidR="0055486F" w:rsidRPr="00F3624B" w:rsidRDefault="0055486F" w:rsidP="0055486F">
      <w:pPr>
        <w:keepNext/>
        <w:keepLines/>
        <w:spacing w:before="200" w:line="276" w:lineRule="auto"/>
        <w:outlineLvl w:val="1"/>
        <w:rPr>
          <w:rFonts w:ascii="Calibri" w:eastAsia="MS Gothic" w:hAnsi="Calibri"/>
          <w:b/>
          <w:bCs/>
          <w:color w:val="4F81BD"/>
          <w:sz w:val="26"/>
          <w:szCs w:val="26"/>
          <w:lang w:val="en-US"/>
        </w:rPr>
      </w:pPr>
      <w:r w:rsidRPr="00F3624B">
        <w:rPr>
          <w:rFonts w:ascii="Calibri" w:eastAsia="MS Gothic" w:hAnsi="Calibri"/>
          <w:b/>
          <w:bCs/>
          <w:color w:val="4F81BD"/>
          <w:sz w:val="26"/>
          <w:szCs w:val="26"/>
          <w:lang w:val="en-US"/>
        </w:rPr>
        <w:t>How to Apply</w:t>
      </w:r>
    </w:p>
    <w:p w14:paraId="341AE3CC" w14:textId="2A77A4DB" w:rsidR="0055486F" w:rsidRDefault="03E30318" w:rsidP="03E30318">
      <w:pPr>
        <w:pStyle w:val="ListBullet"/>
        <w:rPr>
          <w:lang w:val="en-US"/>
        </w:rPr>
      </w:pPr>
      <w:r w:rsidRPr="03E30318">
        <w:rPr>
          <w:lang w:val="en-US"/>
        </w:rPr>
        <w:t xml:space="preserve">To apply, please complete the application form in full and return this to </w:t>
      </w:r>
      <w:hyperlink r:id="rId13" w:history="1">
        <w:r w:rsidR="00A66F41" w:rsidRPr="00FE3E20">
          <w:rPr>
            <w:rStyle w:val="Hyperlink"/>
            <w:lang w:val="en-US"/>
          </w:rPr>
          <w:t>kaitlin@hrteamservices.com</w:t>
        </w:r>
      </w:hyperlink>
      <w:r w:rsidR="00A66F41">
        <w:rPr>
          <w:lang w:val="en-US"/>
        </w:rPr>
        <w:t xml:space="preserve"> </w:t>
      </w:r>
      <w:r w:rsidRPr="03E30318">
        <w:rPr>
          <w:lang w:val="en-US"/>
        </w:rPr>
        <w:t xml:space="preserve">before Friday, 25th July 2025 at 5.00pm. Note that reference checking will not take place without prior consultation with the applicant. </w:t>
      </w:r>
      <w:r w:rsidR="0055486F">
        <w:br/>
      </w:r>
      <w:r w:rsidRPr="03E30318">
        <w:rPr>
          <w:lang w:val="en-US"/>
        </w:rPr>
        <w:t xml:space="preserve">We are an equal opportunities employer and welcome applications from all suitably </w:t>
      </w:r>
    </w:p>
    <w:p w14:paraId="47FC960A" w14:textId="77777777" w:rsidR="00F5517B" w:rsidRDefault="00F5517B" w:rsidP="03E30318">
      <w:pPr>
        <w:pStyle w:val="ListBullet"/>
        <w:rPr>
          <w:lang w:val="en-US"/>
        </w:rPr>
      </w:pPr>
    </w:p>
    <w:p w14:paraId="7BA94278" w14:textId="77777777" w:rsidR="00F5517B" w:rsidRDefault="00F5517B" w:rsidP="03E30318">
      <w:pPr>
        <w:pStyle w:val="ListBullet"/>
        <w:rPr>
          <w:lang w:val="en-US"/>
        </w:rPr>
      </w:pPr>
    </w:p>
    <w:p w14:paraId="59AC6C19" w14:textId="77777777" w:rsidR="00F5517B" w:rsidRDefault="00F5517B" w:rsidP="03E30318">
      <w:pPr>
        <w:pStyle w:val="ListBullet"/>
        <w:rPr>
          <w:lang w:val="en-US"/>
        </w:rPr>
      </w:pPr>
    </w:p>
    <w:p w14:paraId="2FF5471F" w14:textId="77777777" w:rsidR="00F5517B" w:rsidRDefault="00F5517B" w:rsidP="03E30318">
      <w:pPr>
        <w:pStyle w:val="ListBullet"/>
        <w:rPr>
          <w:lang w:val="en-US"/>
        </w:rPr>
      </w:pPr>
    </w:p>
    <w:p w14:paraId="3E068779" w14:textId="77777777" w:rsidR="00F5517B" w:rsidRDefault="00F5517B" w:rsidP="03E30318">
      <w:pPr>
        <w:pStyle w:val="ListBullet"/>
        <w:rPr>
          <w:lang w:val="en-US"/>
        </w:rPr>
      </w:pPr>
    </w:p>
    <w:p w14:paraId="4BFB1779" w14:textId="77777777" w:rsidR="00F5517B" w:rsidRDefault="00F5517B" w:rsidP="03E30318">
      <w:pPr>
        <w:pStyle w:val="ListBullet"/>
        <w:rPr>
          <w:lang w:val="en-US"/>
        </w:rPr>
      </w:pPr>
    </w:p>
    <w:p w14:paraId="3E2AF4AA" w14:textId="77777777" w:rsidR="00F5517B" w:rsidRDefault="00F5517B" w:rsidP="03E30318">
      <w:pPr>
        <w:pStyle w:val="ListBullet"/>
        <w:rPr>
          <w:lang w:val="en-US"/>
        </w:rPr>
      </w:pPr>
    </w:p>
    <w:p w14:paraId="385C8FFB" w14:textId="77777777" w:rsidR="00F5517B" w:rsidRDefault="00F5517B" w:rsidP="03E30318">
      <w:pPr>
        <w:pStyle w:val="ListBullet"/>
        <w:rPr>
          <w:lang w:val="en-US"/>
        </w:rPr>
      </w:pPr>
    </w:p>
    <w:p w14:paraId="417FF786" w14:textId="77777777" w:rsidR="00F5517B" w:rsidRDefault="00F5517B" w:rsidP="03E30318">
      <w:pPr>
        <w:pStyle w:val="ListBullet"/>
        <w:rPr>
          <w:lang w:val="en-US"/>
        </w:rPr>
      </w:pPr>
    </w:p>
    <w:p w14:paraId="098FA15F" w14:textId="77777777" w:rsidR="00F5517B" w:rsidRDefault="00F5517B" w:rsidP="03E30318">
      <w:pPr>
        <w:pStyle w:val="ListBullet"/>
        <w:rPr>
          <w:lang w:val="en-US"/>
        </w:rPr>
      </w:pPr>
    </w:p>
    <w:p w14:paraId="1DFB38E1" w14:textId="77777777" w:rsidR="00F5517B" w:rsidRDefault="00F5517B" w:rsidP="03E30318">
      <w:pPr>
        <w:pStyle w:val="ListBullet"/>
        <w:rPr>
          <w:lang w:val="en-US"/>
        </w:rPr>
      </w:pPr>
    </w:p>
    <w:p w14:paraId="29C6E284" w14:textId="77777777" w:rsidR="00F5517B" w:rsidRDefault="00F5517B" w:rsidP="03E30318">
      <w:pPr>
        <w:pStyle w:val="ListBullet"/>
        <w:rPr>
          <w:lang w:val="en-US"/>
        </w:rPr>
      </w:pPr>
    </w:p>
    <w:p w14:paraId="0B580A2B" w14:textId="77777777" w:rsidR="00F5517B" w:rsidRDefault="00F5517B" w:rsidP="03E30318">
      <w:pPr>
        <w:pStyle w:val="ListBullet"/>
        <w:rPr>
          <w:lang w:val="en-US"/>
        </w:rPr>
      </w:pPr>
    </w:p>
    <w:p w14:paraId="24446FEE" w14:textId="77777777" w:rsidR="00F5517B" w:rsidRDefault="00F5517B" w:rsidP="03E30318">
      <w:pPr>
        <w:pStyle w:val="ListBullet"/>
        <w:rPr>
          <w:lang w:val="en-US"/>
        </w:rPr>
      </w:pPr>
    </w:p>
    <w:p w14:paraId="7E88C774" w14:textId="77777777" w:rsidR="00F5517B" w:rsidRDefault="00F5517B" w:rsidP="03E30318">
      <w:pPr>
        <w:pStyle w:val="ListBullet"/>
        <w:rPr>
          <w:lang w:val="en-US"/>
        </w:rPr>
      </w:pPr>
    </w:p>
    <w:p w14:paraId="44B9DDD2" w14:textId="77777777" w:rsidR="00F5517B" w:rsidRDefault="00F5517B" w:rsidP="03E30318">
      <w:pPr>
        <w:pStyle w:val="ListBullet"/>
        <w:rPr>
          <w:lang w:val="en-US"/>
        </w:rPr>
      </w:pPr>
    </w:p>
    <w:p w14:paraId="1DFC4358" w14:textId="77777777" w:rsidR="00F5517B" w:rsidRDefault="00F5517B" w:rsidP="03E30318">
      <w:pPr>
        <w:pStyle w:val="ListBullet"/>
        <w:rPr>
          <w:lang w:val="en-US"/>
        </w:rPr>
      </w:pPr>
    </w:p>
    <w:p w14:paraId="159BA117" w14:textId="77777777" w:rsidR="00F5517B" w:rsidRDefault="00F5517B" w:rsidP="03E30318">
      <w:pPr>
        <w:pStyle w:val="ListBullet"/>
        <w:rPr>
          <w:lang w:val="en-US"/>
        </w:rPr>
      </w:pPr>
    </w:p>
    <w:p w14:paraId="5D4BEB0D" w14:textId="77777777" w:rsidR="00F5517B" w:rsidRDefault="00F5517B" w:rsidP="03E30318">
      <w:pPr>
        <w:pStyle w:val="ListBullet"/>
        <w:rPr>
          <w:lang w:val="en-US"/>
        </w:rPr>
      </w:pPr>
    </w:p>
    <w:p w14:paraId="44F62656" w14:textId="77777777" w:rsidR="00F5517B" w:rsidRDefault="00F5517B" w:rsidP="03E30318">
      <w:pPr>
        <w:pStyle w:val="ListBullet"/>
        <w:rPr>
          <w:lang w:val="en-US"/>
        </w:rPr>
      </w:pPr>
    </w:p>
    <w:p w14:paraId="7DE0A0C6" w14:textId="77777777" w:rsidR="00F5517B" w:rsidRDefault="00F5517B" w:rsidP="03E30318">
      <w:pPr>
        <w:pStyle w:val="ListBullet"/>
        <w:rPr>
          <w:lang w:val="en-US"/>
        </w:rPr>
      </w:pPr>
    </w:p>
    <w:p w14:paraId="58CEFA96" w14:textId="77777777" w:rsidR="00F5517B" w:rsidRDefault="00F5517B" w:rsidP="03E30318">
      <w:pPr>
        <w:pStyle w:val="ListBullet"/>
        <w:rPr>
          <w:lang w:val="en-US"/>
        </w:rPr>
      </w:pPr>
    </w:p>
    <w:p w14:paraId="44DFF806" w14:textId="77777777" w:rsidR="00F5517B" w:rsidRDefault="00F5517B" w:rsidP="03E30318">
      <w:pPr>
        <w:pStyle w:val="ListBullet"/>
        <w:rPr>
          <w:lang w:val="en-US"/>
        </w:rPr>
      </w:pPr>
    </w:p>
    <w:p w14:paraId="70CE5A5B" w14:textId="77777777" w:rsidR="00F5517B" w:rsidRDefault="00F5517B" w:rsidP="03E30318">
      <w:pPr>
        <w:pStyle w:val="ListBullet"/>
        <w:rPr>
          <w:lang w:val="en-US"/>
        </w:rPr>
      </w:pPr>
    </w:p>
    <w:p w14:paraId="75170392" w14:textId="77777777" w:rsidR="00F5517B" w:rsidRDefault="00F5517B" w:rsidP="03E30318">
      <w:pPr>
        <w:pStyle w:val="ListBullet"/>
        <w:rPr>
          <w:lang w:val="en-US"/>
        </w:rPr>
      </w:pPr>
    </w:p>
    <w:p w14:paraId="4929059E" w14:textId="77777777" w:rsidR="00F5517B" w:rsidRDefault="00F5517B" w:rsidP="03E30318">
      <w:pPr>
        <w:pStyle w:val="ListBullet"/>
        <w:rPr>
          <w:lang w:val="en-US"/>
        </w:rPr>
      </w:pPr>
    </w:p>
    <w:p w14:paraId="59E5FB56" w14:textId="77777777" w:rsidR="00F5517B" w:rsidRDefault="00F5517B" w:rsidP="03E30318">
      <w:pPr>
        <w:pStyle w:val="ListBullet"/>
        <w:rPr>
          <w:lang w:val="en-US"/>
        </w:rPr>
      </w:pPr>
    </w:p>
    <w:p w14:paraId="6DF369C9" w14:textId="77777777" w:rsidR="00F5517B" w:rsidRDefault="00F5517B" w:rsidP="03E30318">
      <w:pPr>
        <w:pStyle w:val="ListBullet"/>
        <w:rPr>
          <w:lang w:val="en-US"/>
        </w:rPr>
      </w:pPr>
    </w:p>
    <w:p w14:paraId="3D24D140" w14:textId="77777777" w:rsidR="00F5517B" w:rsidRDefault="00F5517B" w:rsidP="03E30318">
      <w:pPr>
        <w:pStyle w:val="ListBullet"/>
        <w:rPr>
          <w:lang w:val="en-US"/>
        </w:rPr>
      </w:pPr>
    </w:p>
    <w:p w14:paraId="1A7807C2" w14:textId="77777777" w:rsidR="00F5517B" w:rsidRDefault="00F5517B" w:rsidP="00F5517B">
      <w:pPr>
        <w:jc w:val="center"/>
        <w:rPr>
          <w:rFonts w:ascii="Arial" w:hAnsi="Arial" w:cs="Arial"/>
          <w:color w:val="FF0000"/>
          <w:sz w:val="20"/>
          <w:szCs w:val="20"/>
        </w:rPr>
      </w:pPr>
    </w:p>
    <w:p w14:paraId="09CE63C3" w14:textId="77777777" w:rsidR="00F5517B" w:rsidRPr="007E05CF" w:rsidRDefault="00F5517B" w:rsidP="00F5517B">
      <w:pPr>
        <w:jc w:val="center"/>
      </w:pPr>
      <w:r>
        <w:rPr>
          <w:noProof/>
        </w:rPr>
        <w:drawing>
          <wp:inline distT="0" distB="0" distL="0" distR="0" wp14:anchorId="48E91D42" wp14:editId="321457AD">
            <wp:extent cx="4457700" cy="123825"/>
            <wp:effectExtent l="0" t="0" r="0" b="0"/>
            <wp:docPr id="84034974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349743" name=""/>
                    <pic:cNvPicPr/>
                  </pic:nvPicPr>
                  <pic:blipFill>
                    <a:blip r:embed="rId14">
                      <a:extLst>
                        <a:ext uri="{28A0092B-C50C-407E-A947-70E740481C1C}">
                          <a14:useLocalDpi xmlns:a14="http://schemas.microsoft.com/office/drawing/2010/main" val="0"/>
                        </a:ext>
                      </a:extLst>
                    </a:blip>
                    <a:stretch>
                      <a:fillRect/>
                    </a:stretch>
                  </pic:blipFill>
                  <pic:spPr>
                    <a:xfrm>
                      <a:off x="0" y="0"/>
                      <a:ext cx="4457700" cy="123825"/>
                    </a:xfrm>
                    <a:prstGeom prst="rect">
                      <a:avLst/>
                    </a:prstGeom>
                  </pic:spPr>
                </pic:pic>
              </a:graphicData>
            </a:graphic>
          </wp:inline>
        </w:drawing>
      </w:r>
      <w:r w:rsidRPr="11181302">
        <w:rPr>
          <w:rFonts w:ascii="Bell MT" w:eastAsia="Bell MT" w:hAnsi="Bell MT" w:cs="Bell MT"/>
          <w:color w:val="000080"/>
          <w:sz w:val="44"/>
          <w:szCs w:val="44"/>
        </w:rPr>
        <w:t>Congregation of the Sisters of Mercy</w:t>
      </w:r>
    </w:p>
    <w:p w14:paraId="4DD5F1DA" w14:textId="77777777" w:rsidR="00F5517B" w:rsidRDefault="00F5517B" w:rsidP="00F5517B">
      <w:pPr>
        <w:pStyle w:val="Title"/>
        <w:spacing w:after="0"/>
        <w:rPr>
          <w:rFonts w:ascii="Bell MT" w:eastAsia="Bell MT" w:hAnsi="Bell MT" w:cs="Bell MT"/>
          <w:color w:val="000080"/>
          <w:sz w:val="32"/>
          <w:szCs w:val="32"/>
          <w:lang w:val="es-PE"/>
        </w:rPr>
      </w:pPr>
      <w:r w:rsidRPr="11181302">
        <w:rPr>
          <w:rFonts w:ascii="Bell MT" w:eastAsia="Bell MT" w:hAnsi="Bell MT" w:cs="Bell MT"/>
          <w:color w:val="000080"/>
          <w:sz w:val="36"/>
          <w:szCs w:val="36"/>
          <w:lang w:val="es-PE"/>
        </w:rPr>
        <w:t xml:space="preserve">               </w:t>
      </w:r>
      <w:r w:rsidRPr="11181302">
        <w:rPr>
          <w:rFonts w:ascii="Bell MT" w:eastAsia="Bell MT" w:hAnsi="Bell MT" w:cs="Bell MT"/>
          <w:color w:val="000080"/>
          <w:sz w:val="32"/>
          <w:szCs w:val="32"/>
          <w:lang w:val="es-PE"/>
        </w:rPr>
        <w:t>Congregación de las Hermanas de la Misericordia</w:t>
      </w:r>
    </w:p>
    <w:p w14:paraId="23AC1303" w14:textId="77777777" w:rsidR="00F5517B" w:rsidRPr="00906A73" w:rsidRDefault="00F5517B" w:rsidP="00F5517B">
      <w:pPr>
        <w:rPr>
          <w:lang w:val="es-PE"/>
        </w:rPr>
      </w:pPr>
    </w:p>
    <w:p w14:paraId="1B621343" w14:textId="77777777" w:rsidR="00F5517B" w:rsidRPr="00906A73" w:rsidRDefault="00F5517B" w:rsidP="00F5517B">
      <w:pPr>
        <w:rPr>
          <w:lang w:val="es-PE"/>
        </w:rPr>
      </w:pPr>
    </w:p>
    <w:p w14:paraId="1C89BB85" w14:textId="77777777" w:rsidR="00F5517B" w:rsidRPr="00906A73" w:rsidRDefault="00F5517B" w:rsidP="00F5517B">
      <w:pPr>
        <w:jc w:val="center"/>
        <w:rPr>
          <w:lang w:val="en-GB"/>
        </w:rPr>
      </w:pPr>
      <w:r w:rsidRPr="00906A73">
        <w:rPr>
          <w:noProof/>
          <w:lang w:val="en-GB"/>
        </w:rPr>
        <w:drawing>
          <wp:inline distT="0" distB="0" distL="0" distR="0" wp14:anchorId="51745480" wp14:editId="76DA855E">
            <wp:extent cx="804160" cy="1257300"/>
            <wp:effectExtent l="0" t="0" r="0" b="0"/>
            <wp:docPr id="886060273" name="Picture 3" descr="A blue and white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060273" name="Picture 3" descr="A blue and white cross&#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17414" cy="1278023"/>
                    </a:xfrm>
                    <a:prstGeom prst="rect">
                      <a:avLst/>
                    </a:prstGeom>
                    <a:noFill/>
                    <a:ln>
                      <a:noFill/>
                    </a:ln>
                  </pic:spPr>
                </pic:pic>
              </a:graphicData>
            </a:graphic>
          </wp:inline>
        </w:drawing>
      </w:r>
    </w:p>
    <w:p w14:paraId="6AEBB069" w14:textId="77777777" w:rsidR="00F5517B" w:rsidRPr="00906A73" w:rsidRDefault="00F5517B" w:rsidP="00F5517B">
      <w:pPr>
        <w:rPr>
          <w:lang w:val="es-PE"/>
        </w:rPr>
      </w:pPr>
    </w:p>
    <w:p w14:paraId="6EDB96D7" w14:textId="77777777" w:rsidR="00F5517B" w:rsidRPr="007E05CF" w:rsidRDefault="00F5517B" w:rsidP="00F5517B">
      <w:pPr>
        <w:jc w:val="right"/>
        <w:rPr>
          <w:rFonts w:ascii="Arial" w:hAnsi="Arial" w:cs="Arial"/>
          <w:sz w:val="20"/>
          <w:szCs w:val="20"/>
        </w:rPr>
      </w:pPr>
    </w:p>
    <w:tbl>
      <w:tblPr>
        <w:tblStyle w:val="TableGrid"/>
        <w:tblpPr w:leftFromText="180" w:rightFromText="180" w:vertAnchor="text" w:horzAnchor="margin" w:tblpY="153"/>
        <w:tblW w:w="0" w:type="auto"/>
        <w:tblLook w:val="04A0" w:firstRow="1" w:lastRow="0" w:firstColumn="1" w:lastColumn="0" w:noHBand="0" w:noVBand="1"/>
      </w:tblPr>
      <w:tblGrid>
        <w:gridCol w:w="3652"/>
        <w:gridCol w:w="4820"/>
      </w:tblGrid>
      <w:tr w:rsidR="00F5517B" w:rsidRPr="007E05CF" w14:paraId="139BA938" w14:textId="77777777" w:rsidTr="00AA1700">
        <w:tc>
          <w:tcPr>
            <w:tcW w:w="3652" w:type="dxa"/>
          </w:tcPr>
          <w:p w14:paraId="7936A91E" w14:textId="77777777" w:rsidR="00F5517B" w:rsidRPr="007E05CF" w:rsidRDefault="00F5517B" w:rsidP="00AA1700">
            <w:pPr>
              <w:rPr>
                <w:rFonts w:ascii="Arial" w:hAnsi="Arial" w:cs="Arial"/>
              </w:rPr>
            </w:pPr>
            <w:r w:rsidRPr="007E05CF">
              <w:rPr>
                <w:rFonts w:ascii="Arial" w:hAnsi="Arial" w:cs="Arial"/>
                <w:b/>
              </w:rPr>
              <w:t xml:space="preserve">Position Applied for:  </w:t>
            </w:r>
          </w:p>
          <w:p w14:paraId="4102DD35" w14:textId="77777777" w:rsidR="00F5517B" w:rsidRPr="007E05CF" w:rsidRDefault="00F5517B" w:rsidP="00AA1700">
            <w:pPr>
              <w:rPr>
                <w:rFonts w:ascii="Arial" w:hAnsi="Arial" w:cs="Arial"/>
              </w:rPr>
            </w:pPr>
          </w:p>
        </w:tc>
        <w:tc>
          <w:tcPr>
            <w:tcW w:w="4820" w:type="dxa"/>
          </w:tcPr>
          <w:p w14:paraId="25ED1718" w14:textId="77777777" w:rsidR="00F5517B" w:rsidRPr="007E05CF" w:rsidRDefault="00F5517B" w:rsidP="00AA1700">
            <w:pPr>
              <w:rPr>
                <w:rFonts w:ascii="Arial" w:hAnsi="Arial" w:cs="Arial"/>
              </w:rPr>
            </w:pPr>
            <w:r>
              <w:rPr>
                <w:rFonts w:ascii="Arial" w:hAnsi="Arial" w:cs="Arial"/>
              </w:rPr>
              <w:t>Chief Operations Officer</w:t>
            </w:r>
          </w:p>
        </w:tc>
      </w:tr>
      <w:tr w:rsidR="00F5517B" w:rsidRPr="007E05CF" w14:paraId="24E3A38F" w14:textId="77777777" w:rsidTr="00AA1700">
        <w:tc>
          <w:tcPr>
            <w:tcW w:w="3652" w:type="dxa"/>
          </w:tcPr>
          <w:p w14:paraId="55B79758" w14:textId="77777777" w:rsidR="00F5517B" w:rsidRPr="007E05CF" w:rsidRDefault="00F5517B" w:rsidP="00AA1700">
            <w:pPr>
              <w:rPr>
                <w:rFonts w:ascii="Arial" w:hAnsi="Arial" w:cs="Arial"/>
                <w:b/>
              </w:rPr>
            </w:pPr>
            <w:r w:rsidRPr="007E05CF">
              <w:rPr>
                <w:rFonts w:ascii="Arial" w:hAnsi="Arial" w:cs="Arial"/>
                <w:b/>
              </w:rPr>
              <w:t xml:space="preserve">Applicant Name: </w:t>
            </w:r>
            <w:r w:rsidRPr="007E05CF">
              <w:rPr>
                <w:rFonts w:ascii="Arial" w:hAnsi="Arial" w:cs="Arial"/>
              </w:rPr>
              <w:t xml:space="preserve"> </w:t>
            </w:r>
          </w:p>
          <w:p w14:paraId="7F35E82D" w14:textId="77777777" w:rsidR="00F5517B" w:rsidRPr="007E05CF" w:rsidRDefault="00F5517B" w:rsidP="00AA1700">
            <w:pPr>
              <w:rPr>
                <w:rFonts w:ascii="Arial" w:hAnsi="Arial" w:cs="Arial"/>
              </w:rPr>
            </w:pPr>
          </w:p>
        </w:tc>
        <w:tc>
          <w:tcPr>
            <w:tcW w:w="4820" w:type="dxa"/>
          </w:tcPr>
          <w:p w14:paraId="5219050D" w14:textId="77777777" w:rsidR="00F5517B" w:rsidRPr="007E05CF" w:rsidRDefault="00F5517B" w:rsidP="00AA1700">
            <w:pPr>
              <w:rPr>
                <w:rFonts w:ascii="Arial" w:hAnsi="Arial" w:cs="Arial"/>
              </w:rPr>
            </w:pPr>
          </w:p>
        </w:tc>
      </w:tr>
      <w:tr w:rsidR="00F5517B" w:rsidRPr="007E05CF" w14:paraId="5ED02EC7" w14:textId="77777777" w:rsidTr="00AA1700">
        <w:tc>
          <w:tcPr>
            <w:tcW w:w="3652" w:type="dxa"/>
          </w:tcPr>
          <w:p w14:paraId="4C0664A3" w14:textId="77777777" w:rsidR="00F5517B" w:rsidRPr="007E05CF" w:rsidRDefault="00F5517B" w:rsidP="00AA1700">
            <w:pPr>
              <w:rPr>
                <w:rFonts w:ascii="Arial" w:hAnsi="Arial" w:cs="Arial"/>
              </w:rPr>
            </w:pPr>
            <w:r w:rsidRPr="007E05CF">
              <w:rPr>
                <w:rFonts w:ascii="Arial" w:hAnsi="Arial" w:cs="Arial"/>
                <w:b/>
              </w:rPr>
              <w:t>Applicant Ref No</w:t>
            </w:r>
            <w:r w:rsidRPr="007E05CF">
              <w:rPr>
                <w:rFonts w:ascii="Arial" w:hAnsi="Arial" w:cs="Arial"/>
              </w:rPr>
              <w:t xml:space="preserve"> (Office use only): </w:t>
            </w:r>
          </w:p>
          <w:p w14:paraId="2C4FAA31" w14:textId="77777777" w:rsidR="00F5517B" w:rsidRPr="007E05CF" w:rsidRDefault="00F5517B" w:rsidP="00AA1700">
            <w:pPr>
              <w:rPr>
                <w:rFonts w:ascii="Arial" w:hAnsi="Arial" w:cs="Arial"/>
              </w:rPr>
            </w:pPr>
          </w:p>
        </w:tc>
        <w:tc>
          <w:tcPr>
            <w:tcW w:w="4820" w:type="dxa"/>
          </w:tcPr>
          <w:p w14:paraId="0740DFA3" w14:textId="77777777" w:rsidR="00F5517B" w:rsidRPr="007E05CF" w:rsidRDefault="00F5517B" w:rsidP="00AA1700">
            <w:pPr>
              <w:rPr>
                <w:rFonts w:ascii="Arial" w:hAnsi="Arial" w:cs="Arial"/>
              </w:rPr>
            </w:pPr>
          </w:p>
        </w:tc>
      </w:tr>
    </w:tbl>
    <w:p w14:paraId="739F7BD4" w14:textId="77777777" w:rsidR="00F5517B" w:rsidRPr="007E05CF" w:rsidRDefault="00F5517B" w:rsidP="00F5517B">
      <w:pPr>
        <w:ind w:left="3600" w:hanging="3600"/>
        <w:rPr>
          <w:rFonts w:ascii="Arial" w:hAnsi="Arial" w:cs="Arial"/>
          <w:sz w:val="20"/>
          <w:szCs w:val="20"/>
        </w:rPr>
      </w:pPr>
      <w:r w:rsidRPr="007E05CF">
        <w:rPr>
          <w:rFonts w:ascii="Arial" w:hAnsi="Arial" w:cs="Arial"/>
          <w:sz w:val="20"/>
          <w:szCs w:val="20"/>
        </w:rPr>
        <w:t xml:space="preserve">   </w:t>
      </w:r>
    </w:p>
    <w:p w14:paraId="485E77AA" w14:textId="77777777" w:rsidR="00F5517B" w:rsidRPr="007E05CF" w:rsidRDefault="00F5517B" w:rsidP="00F5517B">
      <w:pPr>
        <w:jc w:val="both"/>
        <w:rPr>
          <w:rFonts w:ascii="Arial" w:hAnsi="Arial" w:cs="Arial"/>
          <w:sz w:val="20"/>
          <w:szCs w:val="20"/>
        </w:rPr>
      </w:pPr>
    </w:p>
    <w:p w14:paraId="6B219424" w14:textId="77777777" w:rsidR="00F5517B" w:rsidRPr="007E05CF" w:rsidRDefault="00F5517B" w:rsidP="00F5517B">
      <w:pPr>
        <w:jc w:val="both"/>
        <w:rPr>
          <w:rFonts w:ascii="Arial" w:hAnsi="Arial" w:cs="Arial"/>
          <w:b/>
          <w:sz w:val="20"/>
          <w:szCs w:val="20"/>
        </w:rPr>
      </w:pPr>
      <w:r w:rsidRPr="007E05CF">
        <w:rPr>
          <w:rFonts w:ascii="Arial" w:hAnsi="Arial" w:cs="Arial"/>
          <w:b/>
          <w:sz w:val="20"/>
          <w:szCs w:val="20"/>
        </w:rPr>
        <w:t xml:space="preserve">Applicants must clearly outline on their application forms how their qualifications and experience meet each of the essential and preferred criteria. </w:t>
      </w:r>
    </w:p>
    <w:p w14:paraId="023D0BB0" w14:textId="77777777" w:rsidR="00F5517B" w:rsidRPr="007E05CF" w:rsidRDefault="00F5517B" w:rsidP="00F5517B">
      <w:pPr>
        <w:jc w:val="both"/>
        <w:rPr>
          <w:rFonts w:ascii="Arial" w:hAnsi="Arial" w:cs="Arial"/>
          <w:sz w:val="20"/>
          <w:szCs w:val="20"/>
        </w:rPr>
      </w:pPr>
    </w:p>
    <w:p w14:paraId="7AF613E9" w14:textId="77777777" w:rsidR="00F5517B" w:rsidRPr="007E05CF" w:rsidRDefault="00F5517B" w:rsidP="00F5517B">
      <w:pPr>
        <w:jc w:val="both"/>
        <w:rPr>
          <w:rFonts w:ascii="Arial" w:hAnsi="Arial" w:cs="Arial"/>
          <w:sz w:val="20"/>
          <w:szCs w:val="20"/>
        </w:rPr>
      </w:pPr>
      <w:r w:rsidRPr="007E05CF">
        <w:rPr>
          <w:rFonts w:ascii="Arial" w:hAnsi="Arial" w:cs="Arial"/>
          <w:sz w:val="20"/>
          <w:szCs w:val="20"/>
        </w:rPr>
        <w:t>To ensure equality of opportunity for all applicants:</w:t>
      </w:r>
    </w:p>
    <w:p w14:paraId="4D66BB98" w14:textId="77777777" w:rsidR="00F5517B" w:rsidRPr="007E05CF" w:rsidRDefault="00F5517B" w:rsidP="00F5517B">
      <w:pPr>
        <w:jc w:val="both"/>
        <w:rPr>
          <w:rFonts w:ascii="Arial" w:hAnsi="Arial" w:cs="Arial"/>
          <w:sz w:val="20"/>
          <w:szCs w:val="20"/>
        </w:rPr>
      </w:pPr>
    </w:p>
    <w:p w14:paraId="7937A0FD" w14:textId="77777777" w:rsidR="00F5517B" w:rsidRPr="007E05CF" w:rsidRDefault="00F5517B" w:rsidP="00F5517B">
      <w:pPr>
        <w:numPr>
          <w:ilvl w:val="0"/>
          <w:numId w:val="37"/>
        </w:numPr>
        <w:overflowPunct w:val="0"/>
        <w:autoSpaceDE w:val="0"/>
        <w:autoSpaceDN w:val="0"/>
        <w:adjustRightInd w:val="0"/>
        <w:jc w:val="both"/>
        <w:rPr>
          <w:rFonts w:ascii="Arial" w:hAnsi="Arial" w:cs="Arial"/>
          <w:sz w:val="20"/>
          <w:szCs w:val="20"/>
        </w:rPr>
      </w:pPr>
      <w:r w:rsidRPr="007E05CF">
        <w:rPr>
          <w:rFonts w:ascii="Arial" w:hAnsi="Arial" w:cs="Arial"/>
          <w:sz w:val="20"/>
          <w:szCs w:val="20"/>
        </w:rPr>
        <w:t>Applications should be completed in no smaller than size 10 font.</w:t>
      </w:r>
    </w:p>
    <w:p w14:paraId="662803E4" w14:textId="77777777" w:rsidR="00F5517B" w:rsidRPr="007E05CF" w:rsidRDefault="00F5517B" w:rsidP="00F5517B">
      <w:pPr>
        <w:jc w:val="both"/>
        <w:rPr>
          <w:rFonts w:ascii="Arial" w:hAnsi="Arial" w:cs="Arial"/>
          <w:sz w:val="20"/>
          <w:szCs w:val="20"/>
        </w:rPr>
      </w:pPr>
    </w:p>
    <w:p w14:paraId="282A36F1" w14:textId="77777777" w:rsidR="00F5517B" w:rsidRPr="00E8021A" w:rsidRDefault="00F5517B" w:rsidP="00F5517B">
      <w:pPr>
        <w:numPr>
          <w:ilvl w:val="0"/>
          <w:numId w:val="37"/>
        </w:numPr>
        <w:overflowPunct w:val="0"/>
        <w:autoSpaceDE w:val="0"/>
        <w:autoSpaceDN w:val="0"/>
        <w:adjustRightInd w:val="0"/>
        <w:jc w:val="both"/>
        <w:rPr>
          <w:rFonts w:ascii="Arial" w:hAnsi="Arial" w:cs="Arial"/>
          <w:sz w:val="20"/>
          <w:szCs w:val="20"/>
        </w:rPr>
      </w:pPr>
      <w:r w:rsidRPr="007E05CF">
        <w:rPr>
          <w:rFonts w:ascii="Arial" w:hAnsi="Arial" w:cs="Arial"/>
          <w:sz w:val="20"/>
          <w:szCs w:val="20"/>
        </w:rPr>
        <w:t xml:space="preserve">Applications by fax are not acceptable unless by prior agreement with the </w:t>
      </w:r>
      <w:proofErr w:type="gramStart"/>
      <w:r w:rsidRPr="007E05CF">
        <w:rPr>
          <w:rFonts w:ascii="Arial" w:hAnsi="Arial" w:cs="Arial"/>
          <w:sz w:val="20"/>
          <w:szCs w:val="20"/>
        </w:rPr>
        <w:t>organisation;</w:t>
      </w:r>
      <w:proofErr w:type="gramEnd"/>
      <w:r w:rsidRPr="007E05CF">
        <w:rPr>
          <w:rFonts w:ascii="Arial" w:hAnsi="Arial" w:cs="Arial"/>
          <w:sz w:val="20"/>
          <w:szCs w:val="20"/>
        </w:rPr>
        <w:t xml:space="preserve"> </w:t>
      </w:r>
    </w:p>
    <w:p w14:paraId="768A91B7" w14:textId="77777777" w:rsidR="00F5517B" w:rsidRPr="007E05CF" w:rsidRDefault="00F5517B" w:rsidP="00F5517B">
      <w:pPr>
        <w:overflowPunct w:val="0"/>
        <w:autoSpaceDE w:val="0"/>
        <w:autoSpaceDN w:val="0"/>
        <w:adjustRightInd w:val="0"/>
        <w:ind w:left="927"/>
        <w:jc w:val="both"/>
        <w:rPr>
          <w:rFonts w:ascii="Arial" w:hAnsi="Arial" w:cs="Arial"/>
          <w:sz w:val="20"/>
          <w:szCs w:val="20"/>
        </w:rPr>
      </w:pPr>
    </w:p>
    <w:p w14:paraId="3D051556" w14:textId="77777777" w:rsidR="00F5517B" w:rsidRPr="007E05CF" w:rsidRDefault="00F5517B" w:rsidP="00F5517B">
      <w:pPr>
        <w:numPr>
          <w:ilvl w:val="0"/>
          <w:numId w:val="37"/>
        </w:numPr>
        <w:overflowPunct w:val="0"/>
        <w:autoSpaceDE w:val="0"/>
        <w:autoSpaceDN w:val="0"/>
        <w:adjustRightInd w:val="0"/>
        <w:jc w:val="both"/>
        <w:rPr>
          <w:rFonts w:ascii="Arial" w:hAnsi="Arial" w:cs="Arial"/>
          <w:sz w:val="20"/>
          <w:szCs w:val="20"/>
        </w:rPr>
      </w:pPr>
      <w:r w:rsidRPr="007E05CF">
        <w:rPr>
          <w:rFonts w:ascii="Arial" w:hAnsi="Arial" w:cs="Arial"/>
          <w:sz w:val="20"/>
          <w:szCs w:val="20"/>
        </w:rPr>
        <w:t xml:space="preserve">If you have a disability and this precludes you from completing this application form and / or submitting it by the closing date, please contact </w:t>
      </w:r>
      <w:hyperlink r:id="rId16">
        <w:r w:rsidRPr="11181302">
          <w:rPr>
            <w:rStyle w:val="Hyperlink"/>
            <w:rFonts w:ascii="Arial" w:eastAsiaTheme="majorEastAsia" w:hAnsi="Arial" w:cs="Arial"/>
            <w:sz w:val="20"/>
            <w:szCs w:val="20"/>
          </w:rPr>
          <w:t>kaitlin@hrteamservices.com</w:t>
        </w:r>
      </w:hyperlink>
      <w:r w:rsidRPr="11181302">
        <w:rPr>
          <w:rFonts w:ascii="Arial" w:hAnsi="Arial" w:cs="Arial"/>
          <w:sz w:val="20"/>
          <w:szCs w:val="20"/>
        </w:rPr>
        <w:t xml:space="preserve"> </w:t>
      </w:r>
      <w:r w:rsidRPr="007E05CF">
        <w:rPr>
          <w:rFonts w:ascii="Arial" w:hAnsi="Arial" w:cs="Arial"/>
          <w:sz w:val="20"/>
          <w:szCs w:val="20"/>
        </w:rPr>
        <w:t xml:space="preserve">for alternative arrangements and / or reasonable </w:t>
      </w:r>
      <w:proofErr w:type="spellStart"/>
      <w:r w:rsidRPr="11181302">
        <w:rPr>
          <w:rFonts w:ascii="Arial" w:hAnsi="Arial" w:cs="Arial"/>
          <w:sz w:val="20"/>
          <w:szCs w:val="20"/>
        </w:rPr>
        <w:t>accomodations</w:t>
      </w:r>
      <w:proofErr w:type="spellEnd"/>
      <w:r w:rsidRPr="007E05CF">
        <w:rPr>
          <w:rFonts w:ascii="Arial" w:hAnsi="Arial" w:cs="Arial"/>
          <w:sz w:val="20"/>
          <w:szCs w:val="20"/>
        </w:rPr>
        <w:t>.</w:t>
      </w:r>
    </w:p>
    <w:p w14:paraId="071067D3" w14:textId="77777777" w:rsidR="00F5517B" w:rsidRPr="007E05CF" w:rsidRDefault="00F5517B" w:rsidP="00F5517B">
      <w:pPr>
        <w:jc w:val="both"/>
        <w:rPr>
          <w:rFonts w:ascii="Arial" w:hAnsi="Arial" w:cs="Arial"/>
          <w:sz w:val="20"/>
          <w:szCs w:val="20"/>
        </w:rPr>
      </w:pPr>
    </w:p>
    <w:p w14:paraId="1B6BCC7E" w14:textId="77777777" w:rsidR="00F5517B" w:rsidRPr="007E05CF" w:rsidRDefault="00F5517B" w:rsidP="00F5517B">
      <w:pPr>
        <w:jc w:val="both"/>
        <w:rPr>
          <w:rFonts w:ascii="Arial" w:hAnsi="Arial" w:cs="Arial"/>
          <w:b/>
          <w:sz w:val="20"/>
          <w:szCs w:val="20"/>
        </w:rPr>
      </w:pPr>
    </w:p>
    <w:p w14:paraId="1190B227" w14:textId="77777777" w:rsidR="00F5517B" w:rsidRPr="007E05CF" w:rsidRDefault="00F5517B" w:rsidP="00F5517B">
      <w:pPr>
        <w:jc w:val="both"/>
        <w:rPr>
          <w:rFonts w:ascii="Arial" w:hAnsi="Arial" w:cs="Arial"/>
          <w:sz w:val="20"/>
          <w:szCs w:val="20"/>
        </w:rPr>
      </w:pPr>
    </w:p>
    <w:p w14:paraId="770F345E" w14:textId="77777777" w:rsidR="00F5517B" w:rsidRPr="007E05CF" w:rsidRDefault="00F5517B" w:rsidP="00F5517B">
      <w:pPr>
        <w:jc w:val="center"/>
        <w:rPr>
          <w:rFonts w:ascii="Arial" w:hAnsi="Arial" w:cs="Arial"/>
          <w:b/>
          <w:sz w:val="20"/>
          <w:szCs w:val="20"/>
        </w:rPr>
      </w:pPr>
      <w:r w:rsidRPr="007E05CF">
        <w:rPr>
          <w:rFonts w:ascii="Arial" w:hAnsi="Arial" w:cs="Arial"/>
          <w:b/>
          <w:sz w:val="20"/>
          <w:szCs w:val="20"/>
        </w:rPr>
        <w:t>Do not submit a CV unless otherwise asked in the advertisement to do so, as it will not be considered.</w:t>
      </w:r>
    </w:p>
    <w:p w14:paraId="1D58EED0" w14:textId="77777777" w:rsidR="00F5517B" w:rsidRPr="007E05CF" w:rsidRDefault="00F5517B" w:rsidP="00F5517B">
      <w:pPr>
        <w:jc w:val="center"/>
        <w:rPr>
          <w:rFonts w:ascii="Arial" w:hAnsi="Arial" w:cs="Arial"/>
          <w:b/>
          <w:sz w:val="20"/>
          <w:szCs w:val="20"/>
        </w:rPr>
      </w:pPr>
    </w:p>
    <w:p w14:paraId="77CE745B" w14:textId="77777777" w:rsidR="00F5517B" w:rsidRPr="007E05CF" w:rsidRDefault="00F5517B" w:rsidP="00F5517B">
      <w:pPr>
        <w:jc w:val="center"/>
        <w:rPr>
          <w:rFonts w:ascii="Arial" w:hAnsi="Arial" w:cs="Arial"/>
          <w:b/>
          <w:sz w:val="20"/>
          <w:szCs w:val="20"/>
        </w:rPr>
      </w:pPr>
      <w:r w:rsidRPr="007E05CF">
        <w:rPr>
          <w:rFonts w:ascii="Arial" w:hAnsi="Arial" w:cs="Arial"/>
          <w:b/>
          <w:sz w:val="20"/>
          <w:szCs w:val="20"/>
        </w:rPr>
        <w:t>Late or incomplete applications will not be considered.</w:t>
      </w:r>
    </w:p>
    <w:p w14:paraId="4652BC3F" w14:textId="77777777" w:rsidR="00F5517B" w:rsidRPr="007E05CF" w:rsidRDefault="00F5517B" w:rsidP="00F5517B">
      <w:pPr>
        <w:rPr>
          <w:rFonts w:ascii="Arial" w:hAnsi="Arial" w:cs="Arial"/>
          <w:b/>
          <w:sz w:val="20"/>
          <w:szCs w:val="20"/>
        </w:rPr>
      </w:pPr>
    </w:p>
    <w:p w14:paraId="6F0C9A05" w14:textId="77777777" w:rsidR="00F5517B" w:rsidRPr="007E05CF" w:rsidRDefault="00F5517B" w:rsidP="00F5517B">
      <w:pPr>
        <w:ind w:hanging="851"/>
        <w:jc w:val="both"/>
        <w:rPr>
          <w:rFonts w:ascii="Arial" w:hAnsi="Arial" w:cs="Arial"/>
          <w:b/>
          <w:sz w:val="20"/>
          <w:szCs w:val="20"/>
        </w:rPr>
      </w:pPr>
    </w:p>
    <w:p w14:paraId="517DA98D" w14:textId="77777777" w:rsidR="00F5517B" w:rsidRPr="007E05CF" w:rsidRDefault="00F5517B" w:rsidP="00F5517B">
      <w:pPr>
        <w:ind w:hanging="851"/>
        <w:jc w:val="both"/>
        <w:rPr>
          <w:rFonts w:ascii="Arial" w:hAnsi="Arial" w:cs="Arial"/>
          <w:b/>
          <w:sz w:val="20"/>
          <w:szCs w:val="20"/>
        </w:rPr>
      </w:pPr>
    </w:p>
    <w:p w14:paraId="5CDE6A40" w14:textId="77777777" w:rsidR="00F5517B" w:rsidRPr="007E05CF" w:rsidRDefault="00F5517B" w:rsidP="00F5517B">
      <w:pPr>
        <w:ind w:hanging="851"/>
        <w:jc w:val="both"/>
        <w:rPr>
          <w:rFonts w:ascii="Arial" w:hAnsi="Arial" w:cs="Arial"/>
          <w:b/>
          <w:sz w:val="20"/>
          <w:szCs w:val="20"/>
        </w:rPr>
      </w:pPr>
    </w:p>
    <w:p w14:paraId="5B9F05E5" w14:textId="77777777" w:rsidR="00F5517B" w:rsidRPr="007E05CF" w:rsidRDefault="00F5517B" w:rsidP="00F5517B">
      <w:pPr>
        <w:ind w:hanging="851"/>
        <w:jc w:val="both"/>
        <w:rPr>
          <w:rFonts w:ascii="Arial" w:hAnsi="Arial" w:cs="Arial"/>
          <w:b/>
          <w:sz w:val="20"/>
          <w:szCs w:val="20"/>
        </w:rPr>
      </w:pPr>
    </w:p>
    <w:p w14:paraId="7EB20A90" w14:textId="77777777" w:rsidR="00F5517B" w:rsidRPr="007E05CF" w:rsidRDefault="00F5517B" w:rsidP="00F5517B">
      <w:pPr>
        <w:ind w:hanging="851"/>
        <w:jc w:val="both"/>
        <w:rPr>
          <w:rFonts w:ascii="Arial" w:hAnsi="Arial" w:cs="Arial"/>
          <w:b/>
          <w:sz w:val="20"/>
          <w:szCs w:val="20"/>
        </w:rPr>
      </w:pPr>
    </w:p>
    <w:p w14:paraId="0F4C377E" w14:textId="77777777" w:rsidR="00F5517B" w:rsidRPr="007E05CF" w:rsidRDefault="00F5517B" w:rsidP="00F5517B">
      <w:pPr>
        <w:ind w:hanging="851"/>
        <w:jc w:val="both"/>
        <w:rPr>
          <w:rFonts w:ascii="Arial" w:hAnsi="Arial" w:cs="Arial"/>
          <w:b/>
          <w:sz w:val="20"/>
          <w:szCs w:val="20"/>
        </w:rPr>
      </w:pPr>
    </w:p>
    <w:p w14:paraId="79F995F1" w14:textId="77777777" w:rsidR="00F5517B" w:rsidRPr="007E05CF" w:rsidRDefault="00F5517B" w:rsidP="00F5517B">
      <w:pPr>
        <w:ind w:hanging="851"/>
        <w:jc w:val="both"/>
        <w:rPr>
          <w:rFonts w:ascii="Arial" w:hAnsi="Arial" w:cs="Arial"/>
          <w:b/>
          <w:sz w:val="20"/>
          <w:szCs w:val="20"/>
        </w:rPr>
      </w:pPr>
    </w:p>
    <w:p w14:paraId="76FA2F17" w14:textId="77777777" w:rsidR="00F5517B" w:rsidRPr="007E05CF" w:rsidRDefault="00F5517B" w:rsidP="00F5517B">
      <w:pPr>
        <w:ind w:hanging="851"/>
        <w:jc w:val="both"/>
        <w:rPr>
          <w:rFonts w:ascii="Arial" w:hAnsi="Arial" w:cs="Arial"/>
          <w:b/>
          <w:sz w:val="20"/>
          <w:szCs w:val="20"/>
        </w:rPr>
      </w:pPr>
    </w:p>
    <w:p w14:paraId="76ED7EF6" w14:textId="77777777" w:rsidR="00F5517B" w:rsidRPr="007E05CF" w:rsidRDefault="00F5517B" w:rsidP="00F5517B">
      <w:pPr>
        <w:ind w:hanging="851"/>
        <w:jc w:val="both"/>
        <w:rPr>
          <w:rFonts w:ascii="Arial" w:hAnsi="Arial" w:cs="Arial"/>
          <w:b/>
          <w:sz w:val="20"/>
          <w:szCs w:val="20"/>
        </w:rPr>
      </w:pPr>
    </w:p>
    <w:p w14:paraId="102C9C14" w14:textId="77777777" w:rsidR="00F5517B" w:rsidRPr="007E05CF" w:rsidRDefault="00F5517B" w:rsidP="00F5517B">
      <w:pPr>
        <w:ind w:hanging="851"/>
        <w:jc w:val="both"/>
        <w:rPr>
          <w:rFonts w:ascii="Arial" w:hAnsi="Arial" w:cs="Arial"/>
          <w:b/>
          <w:sz w:val="20"/>
          <w:szCs w:val="20"/>
        </w:rPr>
      </w:pPr>
    </w:p>
    <w:p w14:paraId="1A6C76B9" w14:textId="77777777" w:rsidR="00F5517B" w:rsidRDefault="00F5517B" w:rsidP="00F5517B">
      <w:pPr>
        <w:ind w:left="-900" w:right="-1333"/>
        <w:rPr>
          <w:rFonts w:ascii="Arial" w:hAnsi="Arial" w:cs="Arial"/>
          <w:b/>
          <w:sz w:val="20"/>
          <w:szCs w:val="20"/>
        </w:rPr>
      </w:pPr>
    </w:p>
    <w:p w14:paraId="4E13474F" w14:textId="77777777" w:rsidR="00F5517B" w:rsidRPr="00567234" w:rsidRDefault="00F5517B" w:rsidP="00F5517B">
      <w:pPr>
        <w:ind w:left="-900" w:right="-1333"/>
        <w:rPr>
          <w:rFonts w:ascii="Arial" w:hAnsi="Arial" w:cs="Arial"/>
          <w:b/>
          <w:bCs/>
          <w:sz w:val="20"/>
          <w:szCs w:val="20"/>
        </w:rPr>
      </w:pPr>
      <w:r w:rsidRPr="00567234">
        <w:rPr>
          <w:rFonts w:ascii="Arial" w:hAnsi="Arial" w:cs="Arial"/>
          <w:b/>
          <w:bCs/>
          <w:sz w:val="20"/>
          <w:szCs w:val="20"/>
        </w:rPr>
        <w:t>Personal Details</w:t>
      </w:r>
    </w:p>
    <w:p w14:paraId="54A39311" w14:textId="77777777" w:rsidR="00F5517B" w:rsidRPr="007E05CF" w:rsidRDefault="00F5517B" w:rsidP="00F5517B">
      <w:pPr>
        <w:rPr>
          <w:rFonts w:ascii="Arial" w:hAnsi="Arial" w:cs="Arial"/>
          <w:sz w:val="20"/>
          <w:szCs w:val="20"/>
        </w:rPr>
      </w:pPr>
    </w:p>
    <w:tbl>
      <w:tblPr>
        <w:tblW w:w="10517"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35"/>
        <w:gridCol w:w="2977"/>
        <w:gridCol w:w="3805"/>
      </w:tblGrid>
      <w:tr w:rsidR="00F5517B" w:rsidRPr="007E05CF" w14:paraId="624FE938" w14:textId="77777777" w:rsidTr="00AA1700">
        <w:trPr>
          <w:trHeight w:val="441"/>
        </w:trPr>
        <w:tc>
          <w:tcPr>
            <w:tcW w:w="3735" w:type="dxa"/>
            <w:tcBorders>
              <w:bottom w:val="single" w:sz="4" w:space="0" w:color="auto"/>
            </w:tcBorders>
            <w:shd w:val="clear" w:color="auto" w:fill="D9D9D9" w:themeFill="background1" w:themeFillShade="D9"/>
          </w:tcPr>
          <w:p w14:paraId="224DC633" w14:textId="77777777" w:rsidR="00F5517B" w:rsidRPr="007E05CF" w:rsidRDefault="00F5517B" w:rsidP="00AA1700">
            <w:pPr>
              <w:jc w:val="center"/>
              <w:rPr>
                <w:rFonts w:ascii="Arial" w:hAnsi="Arial" w:cs="Arial"/>
                <w:sz w:val="20"/>
                <w:szCs w:val="20"/>
              </w:rPr>
            </w:pPr>
          </w:p>
          <w:p w14:paraId="1CB94FE5" w14:textId="77777777" w:rsidR="00F5517B" w:rsidRPr="007E05CF" w:rsidRDefault="00F5517B" w:rsidP="00AA1700">
            <w:pPr>
              <w:jc w:val="center"/>
              <w:rPr>
                <w:rFonts w:ascii="Arial" w:hAnsi="Arial" w:cs="Arial"/>
                <w:sz w:val="20"/>
                <w:szCs w:val="20"/>
              </w:rPr>
            </w:pPr>
            <w:r w:rsidRPr="007E05CF">
              <w:rPr>
                <w:rFonts w:ascii="Arial" w:hAnsi="Arial" w:cs="Arial"/>
                <w:sz w:val="20"/>
                <w:szCs w:val="20"/>
              </w:rPr>
              <w:t>Title (Mr/Mrs/Ms</w:t>
            </w:r>
            <w:r>
              <w:rPr>
                <w:rFonts w:ascii="Arial" w:hAnsi="Arial" w:cs="Arial"/>
                <w:sz w:val="20"/>
                <w:szCs w:val="20"/>
              </w:rPr>
              <w:t>/Miss</w:t>
            </w:r>
            <w:r w:rsidRPr="007E05CF">
              <w:rPr>
                <w:rFonts w:ascii="Arial" w:hAnsi="Arial" w:cs="Arial"/>
                <w:sz w:val="20"/>
                <w:szCs w:val="20"/>
              </w:rPr>
              <w:t>)</w:t>
            </w:r>
          </w:p>
        </w:tc>
        <w:tc>
          <w:tcPr>
            <w:tcW w:w="2977" w:type="dxa"/>
            <w:tcBorders>
              <w:bottom w:val="single" w:sz="4" w:space="0" w:color="auto"/>
            </w:tcBorders>
            <w:shd w:val="clear" w:color="auto" w:fill="D9D9D9" w:themeFill="background1" w:themeFillShade="D9"/>
          </w:tcPr>
          <w:p w14:paraId="0C3AD4F8" w14:textId="77777777" w:rsidR="00F5517B" w:rsidRPr="007E05CF" w:rsidRDefault="00F5517B" w:rsidP="00AA1700">
            <w:pPr>
              <w:jc w:val="center"/>
              <w:rPr>
                <w:rFonts w:ascii="Arial" w:hAnsi="Arial" w:cs="Arial"/>
                <w:sz w:val="20"/>
                <w:szCs w:val="20"/>
              </w:rPr>
            </w:pPr>
          </w:p>
          <w:p w14:paraId="4808DA3A" w14:textId="77777777" w:rsidR="00F5517B" w:rsidRPr="007E05CF" w:rsidRDefault="00F5517B" w:rsidP="00AA1700">
            <w:pPr>
              <w:jc w:val="center"/>
              <w:rPr>
                <w:rFonts w:ascii="Arial" w:hAnsi="Arial" w:cs="Arial"/>
                <w:sz w:val="20"/>
                <w:szCs w:val="20"/>
              </w:rPr>
            </w:pPr>
            <w:r w:rsidRPr="007E05CF">
              <w:rPr>
                <w:rFonts w:ascii="Arial" w:hAnsi="Arial" w:cs="Arial"/>
                <w:sz w:val="20"/>
                <w:szCs w:val="20"/>
              </w:rPr>
              <w:t>Surname</w:t>
            </w:r>
          </w:p>
        </w:tc>
        <w:tc>
          <w:tcPr>
            <w:tcW w:w="3805" w:type="dxa"/>
            <w:tcBorders>
              <w:bottom w:val="single" w:sz="4" w:space="0" w:color="auto"/>
            </w:tcBorders>
            <w:shd w:val="clear" w:color="auto" w:fill="D9D9D9" w:themeFill="background1" w:themeFillShade="D9"/>
          </w:tcPr>
          <w:p w14:paraId="16A8BC63" w14:textId="77777777" w:rsidR="00F5517B" w:rsidRPr="007E05CF" w:rsidRDefault="00F5517B" w:rsidP="00AA1700">
            <w:pPr>
              <w:jc w:val="center"/>
              <w:rPr>
                <w:rFonts w:ascii="Arial" w:hAnsi="Arial" w:cs="Arial"/>
                <w:sz w:val="20"/>
                <w:szCs w:val="20"/>
              </w:rPr>
            </w:pPr>
            <w:r w:rsidRPr="007E05CF">
              <w:rPr>
                <w:rFonts w:ascii="Arial" w:hAnsi="Arial" w:cs="Arial"/>
                <w:sz w:val="20"/>
                <w:szCs w:val="20"/>
              </w:rPr>
              <w:t>Forename(s) (Please underline name by which you are known)</w:t>
            </w:r>
          </w:p>
        </w:tc>
      </w:tr>
      <w:tr w:rsidR="00F5517B" w:rsidRPr="007E05CF" w14:paraId="6F4689EA" w14:textId="77777777" w:rsidTr="00AA1700">
        <w:trPr>
          <w:trHeight w:val="835"/>
        </w:trPr>
        <w:tc>
          <w:tcPr>
            <w:tcW w:w="3735" w:type="dxa"/>
            <w:tcBorders>
              <w:bottom w:val="single" w:sz="4" w:space="0" w:color="auto"/>
            </w:tcBorders>
          </w:tcPr>
          <w:p w14:paraId="2EB2FF95" w14:textId="77777777" w:rsidR="00F5517B" w:rsidRPr="007E05CF" w:rsidRDefault="00F5517B" w:rsidP="00AA1700">
            <w:pPr>
              <w:rPr>
                <w:rFonts w:ascii="Arial" w:hAnsi="Arial" w:cs="Arial"/>
                <w:sz w:val="20"/>
                <w:szCs w:val="20"/>
              </w:rPr>
            </w:pPr>
          </w:p>
          <w:p w14:paraId="2403C2BC" w14:textId="77777777" w:rsidR="00F5517B" w:rsidRPr="007E05CF" w:rsidRDefault="00F5517B" w:rsidP="00AA1700">
            <w:pPr>
              <w:rPr>
                <w:rFonts w:ascii="Arial" w:hAnsi="Arial" w:cs="Arial"/>
                <w:sz w:val="20"/>
                <w:szCs w:val="20"/>
              </w:rPr>
            </w:pPr>
          </w:p>
        </w:tc>
        <w:tc>
          <w:tcPr>
            <w:tcW w:w="2977" w:type="dxa"/>
            <w:tcBorders>
              <w:bottom w:val="single" w:sz="4" w:space="0" w:color="auto"/>
            </w:tcBorders>
            <w:vAlign w:val="center"/>
          </w:tcPr>
          <w:p w14:paraId="3F526456" w14:textId="77777777" w:rsidR="00F5517B" w:rsidRPr="007E05CF" w:rsidRDefault="00F5517B" w:rsidP="00AA1700">
            <w:pPr>
              <w:rPr>
                <w:rFonts w:ascii="Arial" w:hAnsi="Arial" w:cs="Arial"/>
                <w:sz w:val="20"/>
                <w:szCs w:val="20"/>
              </w:rPr>
            </w:pPr>
          </w:p>
        </w:tc>
        <w:tc>
          <w:tcPr>
            <w:tcW w:w="3805" w:type="dxa"/>
            <w:tcBorders>
              <w:bottom w:val="single" w:sz="4" w:space="0" w:color="auto"/>
            </w:tcBorders>
          </w:tcPr>
          <w:p w14:paraId="56E0205E" w14:textId="77777777" w:rsidR="00F5517B" w:rsidRPr="007E05CF" w:rsidRDefault="00F5517B" w:rsidP="00AA1700">
            <w:pPr>
              <w:rPr>
                <w:rFonts w:ascii="Arial" w:hAnsi="Arial" w:cs="Arial"/>
                <w:sz w:val="20"/>
                <w:szCs w:val="20"/>
              </w:rPr>
            </w:pPr>
          </w:p>
        </w:tc>
      </w:tr>
      <w:tr w:rsidR="00F5517B" w:rsidRPr="007E05CF" w14:paraId="6860FAA2" w14:textId="77777777" w:rsidTr="00AA1700">
        <w:trPr>
          <w:trHeight w:val="303"/>
        </w:trPr>
        <w:tc>
          <w:tcPr>
            <w:tcW w:w="3735" w:type="dxa"/>
            <w:tcBorders>
              <w:bottom w:val="single" w:sz="4" w:space="0" w:color="auto"/>
            </w:tcBorders>
            <w:shd w:val="clear" w:color="auto" w:fill="D9D9D9" w:themeFill="background1" w:themeFillShade="D9"/>
          </w:tcPr>
          <w:p w14:paraId="0025D910" w14:textId="77777777" w:rsidR="00F5517B" w:rsidRPr="007E05CF" w:rsidRDefault="00F5517B" w:rsidP="00AA1700">
            <w:pPr>
              <w:jc w:val="center"/>
              <w:rPr>
                <w:rFonts w:ascii="Arial" w:hAnsi="Arial" w:cs="Arial"/>
                <w:sz w:val="20"/>
                <w:szCs w:val="20"/>
              </w:rPr>
            </w:pPr>
            <w:r w:rsidRPr="007E05CF">
              <w:rPr>
                <w:rFonts w:ascii="Arial" w:hAnsi="Arial" w:cs="Arial"/>
                <w:sz w:val="20"/>
                <w:szCs w:val="20"/>
              </w:rPr>
              <w:t>Address</w:t>
            </w:r>
          </w:p>
        </w:tc>
        <w:tc>
          <w:tcPr>
            <w:tcW w:w="2977" w:type="dxa"/>
            <w:tcBorders>
              <w:bottom w:val="single" w:sz="4" w:space="0" w:color="auto"/>
            </w:tcBorders>
            <w:shd w:val="clear" w:color="auto" w:fill="D9D9D9" w:themeFill="background1" w:themeFillShade="D9"/>
          </w:tcPr>
          <w:p w14:paraId="4704E273" w14:textId="77777777" w:rsidR="00F5517B" w:rsidRPr="007E05CF" w:rsidRDefault="00F5517B" w:rsidP="00AA1700">
            <w:pPr>
              <w:jc w:val="center"/>
              <w:rPr>
                <w:rFonts w:ascii="Arial" w:hAnsi="Arial" w:cs="Arial"/>
                <w:sz w:val="20"/>
                <w:szCs w:val="20"/>
              </w:rPr>
            </w:pPr>
            <w:r w:rsidRPr="007E05CF">
              <w:rPr>
                <w:rFonts w:ascii="Arial" w:hAnsi="Arial" w:cs="Arial"/>
                <w:sz w:val="20"/>
                <w:szCs w:val="20"/>
              </w:rPr>
              <w:t>Home Tel No</w:t>
            </w:r>
          </w:p>
        </w:tc>
        <w:tc>
          <w:tcPr>
            <w:tcW w:w="3805" w:type="dxa"/>
            <w:tcBorders>
              <w:bottom w:val="single" w:sz="4" w:space="0" w:color="auto"/>
            </w:tcBorders>
            <w:shd w:val="clear" w:color="auto" w:fill="D9D9D9" w:themeFill="background1" w:themeFillShade="D9"/>
          </w:tcPr>
          <w:p w14:paraId="217032FE" w14:textId="77777777" w:rsidR="00F5517B" w:rsidRPr="007E05CF" w:rsidRDefault="00F5517B" w:rsidP="00AA1700">
            <w:pPr>
              <w:jc w:val="center"/>
              <w:rPr>
                <w:rFonts w:ascii="Arial" w:hAnsi="Arial" w:cs="Arial"/>
                <w:sz w:val="20"/>
                <w:szCs w:val="20"/>
              </w:rPr>
            </w:pPr>
            <w:r w:rsidRPr="007E05CF">
              <w:rPr>
                <w:rFonts w:ascii="Arial" w:hAnsi="Arial" w:cs="Arial"/>
                <w:sz w:val="20"/>
                <w:szCs w:val="20"/>
              </w:rPr>
              <w:t>Work Tel No</w:t>
            </w:r>
          </w:p>
        </w:tc>
      </w:tr>
      <w:tr w:rsidR="00F5517B" w:rsidRPr="007E05CF" w14:paraId="192C6D8E" w14:textId="77777777" w:rsidTr="00AA1700">
        <w:trPr>
          <w:cantSplit/>
          <w:trHeight w:val="835"/>
        </w:trPr>
        <w:tc>
          <w:tcPr>
            <w:tcW w:w="3735" w:type="dxa"/>
            <w:vMerge w:val="restart"/>
          </w:tcPr>
          <w:p w14:paraId="6B7C1A2D" w14:textId="77777777" w:rsidR="00F5517B" w:rsidRPr="007E05CF" w:rsidRDefault="00F5517B" w:rsidP="00AA1700">
            <w:pPr>
              <w:rPr>
                <w:rFonts w:ascii="Arial" w:hAnsi="Arial" w:cs="Arial"/>
                <w:sz w:val="20"/>
                <w:szCs w:val="20"/>
              </w:rPr>
            </w:pPr>
          </w:p>
          <w:p w14:paraId="13051DD2" w14:textId="77777777" w:rsidR="00F5517B" w:rsidRPr="007E05CF" w:rsidRDefault="00F5517B" w:rsidP="00AA1700">
            <w:pPr>
              <w:rPr>
                <w:rFonts w:ascii="Arial" w:hAnsi="Arial" w:cs="Arial"/>
                <w:sz w:val="20"/>
                <w:szCs w:val="20"/>
              </w:rPr>
            </w:pPr>
          </w:p>
        </w:tc>
        <w:tc>
          <w:tcPr>
            <w:tcW w:w="2977" w:type="dxa"/>
            <w:tcBorders>
              <w:bottom w:val="single" w:sz="4" w:space="0" w:color="auto"/>
            </w:tcBorders>
          </w:tcPr>
          <w:p w14:paraId="4655C34D" w14:textId="77777777" w:rsidR="00F5517B" w:rsidRPr="007E05CF" w:rsidRDefault="00F5517B" w:rsidP="00AA1700">
            <w:pPr>
              <w:rPr>
                <w:rFonts w:ascii="Arial" w:hAnsi="Arial" w:cs="Arial"/>
                <w:sz w:val="20"/>
                <w:szCs w:val="20"/>
              </w:rPr>
            </w:pPr>
          </w:p>
        </w:tc>
        <w:tc>
          <w:tcPr>
            <w:tcW w:w="3805" w:type="dxa"/>
            <w:tcBorders>
              <w:bottom w:val="single" w:sz="4" w:space="0" w:color="auto"/>
            </w:tcBorders>
          </w:tcPr>
          <w:p w14:paraId="63323BC9" w14:textId="77777777" w:rsidR="00F5517B" w:rsidRPr="007E05CF" w:rsidRDefault="00F5517B" w:rsidP="00AA1700">
            <w:pPr>
              <w:rPr>
                <w:rFonts w:ascii="Arial" w:hAnsi="Arial" w:cs="Arial"/>
                <w:sz w:val="20"/>
                <w:szCs w:val="20"/>
              </w:rPr>
            </w:pPr>
          </w:p>
        </w:tc>
      </w:tr>
      <w:tr w:rsidR="00F5517B" w:rsidRPr="007E05CF" w14:paraId="0C9E8D5B" w14:textId="77777777" w:rsidTr="00AA1700">
        <w:trPr>
          <w:trHeight w:val="360"/>
        </w:trPr>
        <w:tc>
          <w:tcPr>
            <w:tcW w:w="3735" w:type="dxa"/>
            <w:vMerge/>
          </w:tcPr>
          <w:p w14:paraId="5873AAC4" w14:textId="77777777" w:rsidR="00F5517B" w:rsidRPr="007E05CF" w:rsidRDefault="00F5517B" w:rsidP="00AA1700">
            <w:pPr>
              <w:rPr>
                <w:rFonts w:ascii="Arial" w:hAnsi="Arial" w:cs="Arial"/>
                <w:sz w:val="20"/>
                <w:szCs w:val="20"/>
              </w:rPr>
            </w:pPr>
          </w:p>
        </w:tc>
        <w:tc>
          <w:tcPr>
            <w:tcW w:w="2977" w:type="dxa"/>
            <w:shd w:val="clear" w:color="auto" w:fill="D9D9D9" w:themeFill="background1" w:themeFillShade="D9"/>
          </w:tcPr>
          <w:p w14:paraId="686AF44C" w14:textId="77777777" w:rsidR="00F5517B" w:rsidRPr="007E05CF" w:rsidRDefault="00F5517B" w:rsidP="00AA1700">
            <w:pPr>
              <w:jc w:val="center"/>
              <w:rPr>
                <w:rFonts w:ascii="Arial" w:hAnsi="Arial" w:cs="Arial"/>
                <w:sz w:val="20"/>
                <w:szCs w:val="20"/>
              </w:rPr>
            </w:pPr>
            <w:r w:rsidRPr="007E05CF">
              <w:rPr>
                <w:rFonts w:ascii="Arial" w:hAnsi="Arial" w:cs="Arial"/>
                <w:sz w:val="20"/>
                <w:szCs w:val="20"/>
              </w:rPr>
              <w:t>Mobile Tel No</w:t>
            </w:r>
          </w:p>
        </w:tc>
        <w:tc>
          <w:tcPr>
            <w:tcW w:w="3805" w:type="dxa"/>
            <w:shd w:val="clear" w:color="auto" w:fill="D9D9D9" w:themeFill="background1" w:themeFillShade="D9"/>
          </w:tcPr>
          <w:p w14:paraId="6A2AF24E" w14:textId="77777777" w:rsidR="00F5517B" w:rsidRPr="007E05CF" w:rsidRDefault="00F5517B" w:rsidP="00AA1700">
            <w:pPr>
              <w:jc w:val="center"/>
              <w:rPr>
                <w:rFonts w:ascii="Arial" w:hAnsi="Arial" w:cs="Arial"/>
                <w:sz w:val="20"/>
                <w:szCs w:val="20"/>
              </w:rPr>
            </w:pPr>
            <w:r w:rsidRPr="007E05CF">
              <w:rPr>
                <w:rFonts w:ascii="Arial" w:hAnsi="Arial" w:cs="Arial"/>
                <w:sz w:val="20"/>
                <w:szCs w:val="20"/>
              </w:rPr>
              <w:t>E-Mail Address</w:t>
            </w:r>
          </w:p>
        </w:tc>
      </w:tr>
      <w:tr w:rsidR="00F5517B" w:rsidRPr="007E05CF" w14:paraId="35A9EE6B" w14:textId="77777777" w:rsidTr="00AA1700">
        <w:trPr>
          <w:cantSplit/>
          <w:trHeight w:val="835"/>
        </w:trPr>
        <w:tc>
          <w:tcPr>
            <w:tcW w:w="3735" w:type="dxa"/>
            <w:vMerge/>
            <w:tcBorders>
              <w:bottom w:val="single" w:sz="4" w:space="0" w:color="auto"/>
            </w:tcBorders>
          </w:tcPr>
          <w:p w14:paraId="39A18891" w14:textId="77777777" w:rsidR="00F5517B" w:rsidRPr="007E05CF" w:rsidRDefault="00F5517B" w:rsidP="00AA1700">
            <w:pPr>
              <w:rPr>
                <w:rFonts w:ascii="Arial" w:hAnsi="Arial" w:cs="Arial"/>
                <w:sz w:val="20"/>
                <w:szCs w:val="20"/>
              </w:rPr>
            </w:pPr>
          </w:p>
        </w:tc>
        <w:tc>
          <w:tcPr>
            <w:tcW w:w="2977" w:type="dxa"/>
            <w:tcBorders>
              <w:bottom w:val="single" w:sz="4" w:space="0" w:color="auto"/>
            </w:tcBorders>
          </w:tcPr>
          <w:p w14:paraId="0500F879" w14:textId="77777777" w:rsidR="00F5517B" w:rsidRPr="007E05CF" w:rsidRDefault="00F5517B" w:rsidP="00AA1700">
            <w:pPr>
              <w:rPr>
                <w:rFonts w:ascii="Arial" w:hAnsi="Arial" w:cs="Arial"/>
                <w:sz w:val="20"/>
                <w:szCs w:val="20"/>
              </w:rPr>
            </w:pPr>
          </w:p>
        </w:tc>
        <w:tc>
          <w:tcPr>
            <w:tcW w:w="3805" w:type="dxa"/>
            <w:tcBorders>
              <w:bottom w:val="single" w:sz="4" w:space="0" w:color="auto"/>
            </w:tcBorders>
          </w:tcPr>
          <w:p w14:paraId="1148EC9D" w14:textId="77777777" w:rsidR="00F5517B" w:rsidRPr="007E05CF" w:rsidRDefault="00F5517B" w:rsidP="00AA1700">
            <w:pPr>
              <w:rPr>
                <w:rFonts w:ascii="Arial" w:hAnsi="Arial" w:cs="Arial"/>
                <w:sz w:val="20"/>
                <w:szCs w:val="20"/>
              </w:rPr>
            </w:pPr>
          </w:p>
        </w:tc>
      </w:tr>
      <w:tr w:rsidR="00F5517B" w:rsidRPr="007E05CF" w14:paraId="0B047A5C" w14:textId="77777777" w:rsidTr="00AA1700">
        <w:trPr>
          <w:cantSplit/>
          <w:trHeight w:val="998"/>
        </w:trPr>
        <w:tc>
          <w:tcPr>
            <w:tcW w:w="3735" w:type="dxa"/>
            <w:tcBorders>
              <w:left w:val="single" w:sz="4" w:space="0" w:color="auto"/>
              <w:right w:val="single" w:sz="4" w:space="0" w:color="auto"/>
            </w:tcBorders>
            <w:shd w:val="clear" w:color="auto" w:fill="D9D9D9" w:themeFill="background1" w:themeFillShade="D9"/>
          </w:tcPr>
          <w:p w14:paraId="532C5F3A" w14:textId="77777777" w:rsidR="00F5517B" w:rsidRPr="007E05CF" w:rsidRDefault="00F5517B" w:rsidP="00AA1700">
            <w:pPr>
              <w:jc w:val="center"/>
              <w:rPr>
                <w:rFonts w:ascii="Arial" w:hAnsi="Arial" w:cs="Arial"/>
                <w:sz w:val="20"/>
                <w:szCs w:val="20"/>
              </w:rPr>
            </w:pPr>
          </w:p>
          <w:p w14:paraId="684E2489" w14:textId="77777777" w:rsidR="00F5517B" w:rsidRPr="007E05CF" w:rsidRDefault="00F5517B" w:rsidP="00AA1700">
            <w:pPr>
              <w:jc w:val="center"/>
              <w:rPr>
                <w:rFonts w:ascii="Arial" w:hAnsi="Arial" w:cs="Arial"/>
                <w:sz w:val="20"/>
                <w:szCs w:val="20"/>
              </w:rPr>
            </w:pPr>
            <w:r w:rsidRPr="007E05CF">
              <w:rPr>
                <w:rFonts w:ascii="Arial" w:hAnsi="Arial" w:cs="Arial"/>
                <w:sz w:val="20"/>
                <w:szCs w:val="20"/>
              </w:rPr>
              <w:t>Postcode</w:t>
            </w:r>
          </w:p>
        </w:tc>
        <w:tc>
          <w:tcPr>
            <w:tcW w:w="2977" w:type="dxa"/>
            <w:tcBorders>
              <w:left w:val="single" w:sz="4" w:space="0" w:color="auto"/>
            </w:tcBorders>
            <w:shd w:val="clear" w:color="auto" w:fill="D9D9D9" w:themeFill="background1" w:themeFillShade="D9"/>
          </w:tcPr>
          <w:p w14:paraId="18DC8E43" w14:textId="77777777" w:rsidR="00F5517B" w:rsidRPr="007E05CF" w:rsidRDefault="00F5517B" w:rsidP="00AA1700">
            <w:pPr>
              <w:jc w:val="center"/>
              <w:rPr>
                <w:rFonts w:ascii="Arial" w:hAnsi="Arial" w:cs="Arial"/>
                <w:sz w:val="20"/>
                <w:szCs w:val="20"/>
              </w:rPr>
            </w:pPr>
            <w:r w:rsidRPr="007E05CF">
              <w:rPr>
                <w:rFonts w:ascii="Arial" w:hAnsi="Arial" w:cs="Arial"/>
                <w:sz w:val="20"/>
                <w:szCs w:val="20"/>
              </w:rPr>
              <w:t>Do you hold a current full driving licence?</w:t>
            </w:r>
          </w:p>
          <w:p w14:paraId="604A68CB" w14:textId="77777777" w:rsidR="00F5517B" w:rsidRPr="007E05CF" w:rsidRDefault="00F5517B" w:rsidP="00AA1700">
            <w:pPr>
              <w:jc w:val="center"/>
              <w:rPr>
                <w:rFonts w:ascii="Arial" w:hAnsi="Arial" w:cs="Arial"/>
                <w:sz w:val="20"/>
                <w:szCs w:val="20"/>
              </w:rPr>
            </w:pPr>
            <w:r w:rsidRPr="007E05CF">
              <w:rPr>
                <w:rFonts w:ascii="Arial" w:hAnsi="Arial" w:cs="Arial"/>
                <w:sz w:val="20"/>
                <w:szCs w:val="20"/>
              </w:rPr>
              <w:t xml:space="preserve"> (YES/NO)</w:t>
            </w:r>
          </w:p>
        </w:tc>
        <w:tc>
          <w:tcPr>
            <w:tcW w:w="3805" w:type="dxa"/>
            <w:shd w:val="clear" w:color="auto" w:fill="D9D9D9" w:themeFill="background1" w:themeFillShade="D9"/>
          </w:tcPr>
          <w:p w14:paraId="21A32663" w14:textId="77777777" w:rsidR="00F5517B" w:rsidRPr="007E05CF" w:rsidRDefault="00F5517B" w:rsidP="00AA1700">
            <w:pPr>
              <w:jc w:val="center"/>
              <w:rPr>
                <w:rFonts w:ascii="Arial" w:hAnsi="Arial" w:cs="Arial"/>
                <w:sz w:val="20"/>
                <w:szCs w:val="20"/>
              </w:rPr>
            </w:pPr>
            <w:r w:rsidRPr="007E05CF">
              <w:rPr>
                <w:rFonts w:ascii="Arial" w:hAnsi="Arial" w:cs="Arial"/>
                <w:sz w:val="20"/>
                <w:szCs w:val="20"/>
              </w:rPr>
              <w:t xml:space="preserve">Do you have the use of a vehicle for business purposes </w:t>
            </w:r>
            <w:r w:rsidRPr="007E05CF">
              <w:rPr>
                <w:rFonts w:ascii="Arial" w:hAnsi="Arial" w:cs="Arial"/>
                <w:b/>
                <w:sz w:val="20"/>
                <w:szCs w:val="20"/>
              </w:rPr>
              <w:t xml:space="preserve">OR </w:t>
            </w:r>
            <w:r w:rsidRPr="007E05CF">
              <w:rPr>
                <w:rFonts w:ascii="Arial" w:hAnsi="Arial" w:cs="Arial"/>
                <w:sz w:val="20"/>
                <w:szCs w:val="20"/>
              </w:rPr>
              <w:t>have access to a form of transport which will enable you to meet the requirements of the post in full? (YES/NO)</w:t>
            </w:r>
          </w:p>
        </w:tc>
      </w:tr>
      <w:tr w:rsidR="00F5517B" w:rsidRPr="007E05CF" w14:paraId="2D7632E8" w14:textId="77777777" w:rsidTr="00AA1700">
        <w:trPr>
          <w:cantSplit/>
          <w:trHeight w:val="887"/>
        </w:trPr>
        <w:tc>
          <w:tcPr>
            <w:tcW w:w="3735" w:type="dxa"/>
            <w:tcBorders>
              <w:bottom w:val="single" w:sz="4" w:space="0" w:color="auto"/>
            </w:tcBorders>
          </w:tcPr>
          <w:p w14:paraId="45D6DF75" w14:textId="77777777" w:rsidR="00F5517B" w:rsidRPr="007E05CF" w:rsidRDefault="00F5517B" w:rsidP="00AA1700">
            <w:pPr>
              <w:rPr>
                <w:rFonts w:ascii="Arial" w:hAnsi="Arial" w:cs="Arial"/>
                <w:sz w:val="20"/>
                <w:szCs w:val="20"/>
              </w:rPr>
            </w:pPr>
          </w:p>
        </w:tc>
        <w:tc>
          <w:tcPr>
            <w:tcW w:w="2977" w:type="dxa"/>
            <w:tcBorders>
              <w:bottom w:val="single" w:sz="4" w:space="0" w:color="auto"/>
            </w:tcBorders>
          </w:tcPr>
          <w:p w14:paraId="5F4762A5" w14:textId="77777777" w:rsidR="00F5517B" w:rsidRPr="007E05CF" w:rsidRDefault="00F5517B" w:rsidP="00AA1700">
            <w:pPr>
              <w:rPr>
                <w:rFonts w:ascii="Arial" w:hAnsi="Arial" w:cs="Arial"/>
                <w:sz w:val="20"/>
                <w:szCs w:val="20"/>
              </w:rPr>
            </w:pPr>
          </w:p>
        </w:tc>
        <w:tc>
          <w:tcPr>
            <w:tcW w:w="3805" w:type="dxa"/>
            <w:tcBorders>
              <w:bottom w:val="single" w:sz="4" w:space="0" w:color="auto"/>
            </w:tcBorders>
          </w:tcPr>
          <w:p w14:paraId="50A0374C" w14:textId="77777777" w:rsidR="00F5517B" w:rsidRPr="007E05CF" w:rsidRDefault="00F5517B" w:rsidP="00AA1700">
            <w:pPr>
              <w:rPr>
                <w:rFonts w:ascii="Arial" w:hAnsi="Arial" w:cs="Arial"/>
                <w:sz w:val="20"/>
                <w:szCs w:val="20"/>
              </w:rPr>
            </w:pPr>
          </w:p>
        </w:tc>
      </w:tr>
    </w:tbl>
    <w:p w14:paraId="2A8BAF05" w14:textId="77777777" w:rsidR="00F5517B" w:rsidRPr="007E05CF" w:rsidRDefault="00F5517B" w:rsidP="00F5517B">
      <w:pPr>
        <w:rPr>
          <w:rFonts w:ascii="Arial" w:hAnsi="Arial" w:cs="Arial"/>
          <w:b/>
          <w:bCs/>
          <w:sz w:val="20"/>
          <w:szCs w:val="20"/>
        </w:rPr>
      </w:pPr>
    </w:p>
    <w:p w14:paraId="4BC62A42" w14:textId="77777777" w:rsidR="00F5517B" w:rsidRPr="007E05CF" w:rsidRDefault="00F5517B" w:rsidP="00F5517B">
      <w:pPr>
        <w:ind w:left="-900" w:right="-1333"/>
        <w:rPr>
          <w:rFonts w:ascii="Arial" w:hAnsi="Arial" w:cs="Arial"/>
          <w:b/>
          <w:bCs/>
          <w:sz w:val="20"/>
          <w:szCs w:val="20"/>
        </w:rPr>
      </w:pPr>
      <w:r w:rsidRPr="007E05CF">
        <w:rPr>
          <w:rFonts w:ascii="Arial" w:hAnsi="Arial" w:cs="Arial"/>
          <w:b/>
          <w:bCs/>
          <w:sz w:val="20"/>
          <w:szCs w:val="20"/>
        </w:rPr>
        <w:t xml:space="preserve">Education </w:t>
      </w:r>
      <w:r>
        <w:rPr>
          <w:rFonts w:ascii="Arial" w:hAnsi="Arial" w:cs="Arial"/>
          <w:b/>
          <w:bCs/>
          <w:sz w:val="20"/>
          <w:szCs w:val="20"/>
        </w:rPr>
        <w:t>and</w:t>
      </w:r>
      <w:r w:rsidRPr="007E05CF">
        <w:rPr>
          <w:rFonts w:ascii="Arial" w:hAnsi="Arial" w:cs="Arial"/>
          <w:b/>
          <w:bCs/>
          <w:sz w:val="20"/>
          <w:szCs w:val="20"/>
        </w:rPr>
        <w:t xml:space="preserve"> Qualifications</w:t>
      </w:r>
    </w:p>
    <w:p w14:paraId="0C4FFED8" w14:textId="77777777" w:rsidR="00F5517B" w:rsidRPr="007E05CF" w:rsidRDefault="00F5517B" w:rsidP="00F5517B">
      <w:pPr>
        <w:ind w:left="-900" w:right="-1333"/>
        <w:rPr>
          <w:rFonts w:ascii="Arial" w:hAnsi="Arial" w:cs="Arial"/>
          <w:b/>
          <w:bCs/>
          <w:sz w:val="20"/>
          <w:szCs w:val="20"/>
        </w:rPr>
      </w:pPr>
    </w:p>
    <w:p w14:paraId="73F06847" w14:textId="77777777" w:rsidR="00F5517B" w:rsidRPr="007E05CF" w:rsidRDefault="00F5517B" w:rsidP="00F5517B">
      <w:pPr>
        <w:ind w:left="-900" w:right="-1333"/>
        <w:rPr>
          <w:rFonts w:ascii="Arial" w:hAnsi="Arial" w:cs="Arial"/>
          <w:b/>
          <w:bCs/>
          <w:sz w:val="20"/>
          <w:szCs w:val="20"/>
        </w:rPr>
      </w:pPr>
      <w:r w:rsidRPr="007E05CF">
        <w:rPr>
          <w:rFonts w:ascii="Arial" w:hAnsi="Arial" w:cs="Arial"/>
          <w:sz w:val="20"/>
          <w:szCs w:val="20"/>
        </w:rPr>
        <w:t>Please give details of qualifications obtained at secondary and further and higher education level. Successful applicants will be asked to supply original certificates upon offer of employment.</w:t>
      </w:r>
    </w:p>
    <w:p w14:paraId="68DD5464" w14:textId="77777777" w:rsidR="00F5517B" w:rsidRPr="007E05CF" w:rsidRDefault="00F5517B" w:rsidP="00F5517B">
      <w:pPr>
        <w:ind w:left="-900"/>
        <w:rPr>
          <w:rFonts w:ascii="Arial" w:hAnsi="Arial" w:cs="Arial"/>
          <w:sz w:val="20"/>
          <w:szCs w:val="20"/>
        </w:rPr>
      </w:pPr>
    </w:p>
    <w:p w14:paraId="0DFB700D" w14:textId="77777777" w:rsidR="00F5517B" w:rsidRDefault="00F5517B" w:rsidP="00F5517B">
      <w:pPr>
        <w:ind w:left="-900"/>
        <w:rPr>
          <w:rFonts w:ascii="Arial" w:hAnsi="Arial" w:cs="Arial"/>
          <w:b/>
          <w:sz w:val="20"/>
          <w:szCs w:val="20"/>
        </w:rPr>
      </w:pPr>
      <w:r w:rsidRPr="007E05CF">
        <w:rPr>
          <w:rFonts w:ascii="Arial" w:hAnsi="Arial" w:cs="Arial"/>
          <w:b/>
          <w:sz w:val="20"/>
          <w:szCs w:val="20"/>
        </w:rPr>
        <w:t>Secondary level:</w:t>
      </w:r>
    </w:p>
    <w:p w14:paraId="02064F89" w14:textId="77777777" w:rsidR="00F5517B" w:rsidRDefault="00F5517B" w:rsidP="00F5517B">
      <w:pPr>
        <w:ind w:left="-900"/>
        <w:rPr>
          <w:rFonts w:ascii="Arial" w:hAnsi="Arial" w:cs="Arial"/>
          <w:b/>
          <w:sz w:val="20"/>
          <w:szCs w:val="20"/>
        </w:rPr>
      </w:pPr>
    </w:p>
    <w:tbl>
      <w:tblPr>
        <w:tblW w:w="10517"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44"/>
        <w:gridCol w:w="1266"/>
        <w:gridCol w:w="2398"/>
        <w:gridCol w:w="2248"/>
        <w:gridCol w:w="988"/>
        <w:gridCol w:w="772"/>
        <w:gridCol w:w="1501"/>
      </w:tblGrid>
      <w:tr w:rsidR="00F5517B" w:rsidRPr="007E05CF" w14:paraId="1B4743BB" w14:textId="77777777" w:rsidTr="00AA1700">
        <w:trPr>
          <w:cantSplit/>
          <w:trHeight w:val="314"/>
        </w:trPr>
        <w:tc>
          <w:tcPr>
            <w:tcW w:w="1344" w:type="dxa"/>
            <w:vMerge w:val="restart"/>
            <w:shd w:val="clear" w:color="auto" w:fill="D9D9D9" w:themeFill="background1" w:themeFillShade="D9"/>
          </w:tcPr>
          <w:p w14:paraId="4725DFB6" w14:textId="77777777" w:rsidR="00F5517B" w:rsidRPr="007E05CF" w:rsidRDefault="00F5517B" w:rsidP="00AA1700">
            <w:pPr>
              <w:rPr>
                <w:rFonts w:ascii="Arial" w:hAnsi="Arial" w:cs="Arial"/>
                <w:sz w:val="20"/>
                <w:szCs w:val="20"/>
              </w:rPr>
            </w:pPr>
            <w:r>
              <w:rPr>
                <w:rFonts w:ascii="Arial" w:hAnsi="Arial" w:cs="Arial"/>
                <w:sz w:val="20"/>
                <w:szCs w:val="20"/>
              </w:rPr>
              <w:t>Date From:</w:t>
            </w:r>
          </w:p>
        </w:tc>
        <w:tc>
          <w:tcPr>
            <w:tcW w:w="1266" w:type="dxa"/>
            <w:vMerge w:val="restart"/>
            <w:shd w:val="clear" w:color="auto" w:fill="D9D9D9" w:themeFill="background1" w:themeFillShade="D9"/>
          </w:tcPr>
          <w:p w14:paraId="130411A7" w14:textId="77777777" w:rsidR="00F5517B" w:rsidRPr="007E05CF" w:rsidRDefault="00F5517B" w:rsidP="00AA1700">
            <w:pPr>
              <w:rPr>
                <w:rFonts w:ascii="Arial" w:hAnsi="Arial" w:cs="Arial"/>
                <w:sz w:val="20"/>
                <w:szCs w:val="20"/>
              </w:rPr>
            </w:pPr>
            <w:r>
              <w:rPr>
                <w:rFonts w:ascii="Arial" w:hAnsi="Arial" w:cs="Arial"/>
                <w:sz w:val="20"/>
                <w:szCs w:val="20"/>
              </w:rPr>
              <w:t>Date To:</w:t>
            </w:r>
          </w:p>
        </w:tc>
        <w:tc>
          <w:tcPr>
            <w:tcW w:w="2398" w:type="dxa"/>
            <w:vMerge w:val="restart"/>
            <w:shd w:val="clear" w:color="auto" w:fill="D9D9D9" w:themeFill="background1" w:themeFillShade="D9"/>
          </w:tcPr>
          <w:p w14:paraId="1E25F78E" w14:textId="77777777" w:rsidR="00F5517B" w:rsidRPr="007E05CF" w:rsidRDefault="00F5517B" w:rsidP="00AA1700">
            <w:pPr>
              <w:rPr>
                <w:rFonts w:ascii="Arial" w:hAnsi="Arial" w:cs="Arial"/>
                <w:b/>
                <w:bCs/>
                <w:sz w:val="20"/>
                <w:szCs w:val="20"/>
              </w:rPr>
            </w:pPr>
            <w:r w:rsidRPr="007E05CF">
              <w:rPr>
                <w:rFonts w:ascii="Arial" w:hAnsi="Arial" w:cs="Arial"/>
                <w:sz w:val="20"/>
                <w:szCs w:val="20"/>
              </w:rPr>
              <w:t>Type of School/College</w:t>
            </w:r>
          </w:p>
        </w:tc>
        <w:tc>
          <w:tcPr>
            <w:tcW w:w="2248" w:type="dxa"/>
            <w:vMerge w:val="restart"/>
            <w:shd w:val="clear" w:color="auto" w:fill="D9D9D9" w:themeFill="background1" w:themeFillShade="D9"/>
          </w:tcPr>
          <w:p w14:paraId="3196CBCB" w14:textId="77777777" w:rsidR="00F5517B" w:rsidRPr="007E05CF" w:rsidRDefault="00F5517B" w:rsidP="00AA1700">
            <w:pPr>
              <w:rPr>
                <w:rFonts w:ascii="Arial" w:hAnsi="Arial" w:cs="Arial"/>
                <w:sz w:val="20"/>
                <w:szCs w:val="20"/>
              </w:rPr>
            </w:pPr>
            <w:r w:rsidRPr="007E05CF">
              <w:rPr>
                <w:rFonts w:ascii="Arial" w:hAnsi="Arial" w:cs="Arial"/>
                <w:sz w:val="20"/>
                <w:szCs w:val="20"/>
              </w:rPr>
              <w:t>Subject</w:t>
            </w:r>
          </w:p>
        </w:tc>
        <w:tc>
          <w:tcPr>
            <w:tcW w:w="3261" w:type="dxa"/>
            <w:gridSpan w:val="3"/>
            <w:shd w:val="clear" w:color="auto" w:fill="D9D9D9" w:themeFill="background1" w:themeFillShade="D9"/>
          </w:tcPr>
          <w:p w14:paraId="0114EFFC" w14:textId="77777777" w:rsidR="00F5517B" w:rsidRPr="007E05CF" w:rsidRDefault="00F5517B" w:rsidP="00AA1700">
            <w:pPr>
              <w:rPr>
                <w:rFonts w:ascii="Arial" w:hAnsi="Arial" w:cs="Arial"/>
                <w:sz w:val="20"/>
                <w:szCs w:val="20"/>
              </w:rPr>
            </w:pPr>
            <w:r w:rsidRPr="007E05CF">
              <w:rPr>
                <w:rFonts w:ascii="Arial" w:hAnsi="Arial" w:cs="Arial"/>
                <w:sz w:val="20"/>
                <w:szCs w:val="20"/>
              </w:rPr>
              <w:t>Examinations Passed</w:t>
            </w:r>
          </w:p>
        </w:tc>
      </w:tr>
      <w:tr w:rsidR="00F5517B" w:rsidRPr="007E05CF" w14:paraId="42875AFE" w14:textId="77777777" w:rsidTr="00AA1700">
        <w:trPr>
          <w:cantSplit/>
          <w:trHeight w:val="313"/>
        </w:trPr>
        <w:tc>
          <w:tcPr>
            <w:tcW w:w="1344" w:type="dxa"/>
            <w:vMerge/>
            <w:tcBorders>
              <w:bottom w:val="single" w:sz="4" w:space="0" w:color="auto"/>
            </w:tcBorders>
            <w:shd w:val="clear" w:color="auto" w:fill="D9D9D9" w:themeFill="background1" w:themeFillShade="D9"/>
          </w:tcPr>
          <w:p w14:paraId="17FE24B8" w14:textId="77777777" w:rsidR="00F5517B" w:rsidRDefault="00F5517B" w:rsidP="00AA1700">
            <w:pPr>
              <w:rPr>
                <w:rFonts w:ascii="Arial" w:hAnsi="Arial" w:cs="Arial"/>
                <w:sz w:val="20"/>
                <w:szCs w:val="20"/>
              </w:rPr>
            </w:pPr>
          </w:p>
        </w:tc>
        <w:tc>
          <w:tcPr>
            <w:tcW w:w="1266" w:type="dxa"/>
            <w:vMerge/>
            <w:tcBorders>
              <w:bottom w:val="single" w:sz="4" w:space="0" w:color="auto"/>
            </w:tcBorders>
            <w:shd w:val="clear" w:color="auto" w:fill="D9D9D9" w:themeFill="background1" w:themeFillShade="D9"/>
          </w:tcPr>
          <w:p w14:paraId="0BD36646" w14:textId="77777777" w:rsidR="00F5517B" w:rsidRDefault="00F5517B" w:rsidP="00AA1700">
            <w:pPr>
              <w:rPr>
                <w:rFonts w:ascii="Arial" w:hAnsi="Arial" w:cs="Arial"/>
                <w:sz w:val="20"/>
                <w:szCs w:val="20"/>
              </w:rPr>
            </w:pPr>
          </w:p>
        </w:tc>
        <w:tc>
          <w:tcPr>
            <w:tcW w:w="2398" w:type="dxa"/>
            <w:vMerge/>
            <w:tcBorders>
              <w:bottom w:val="single" w:sz="4" w:space="0" w:color="auto"/>
            </w:tcBorders>
            <w:shd w:val="clear" w:color="auto" w:fill="D9D9D9" w:themeFill="background1" w:themeFillShade="D9"/>
          </w:tcPr>
          <w:p w14:paraId="480748D5" w14:textId="77777777" w:rsidR="00F5517B" w:rsidRPr="007E05CF" w:rsidRDefault="00F5517B" w:rsidP="00AA1700">
            <w:pPr>
              <w:rPr>
                <w:rFonts w:ascii="Arial" w:hAnsi="Arial" w:cs="Arial"/>
                <w:sz w:val="20"/>
                <w:szCs w:val="20"/>
              </w:rPr>
            </w:pPr>
          </w:p>
        </w:tc>
        <w:tc>
          <w:tcPr>
            <w:tcW w:w="2248" w:type="dxa"/>
            <w:vMerge/>
            <w:tcBorders>
              <w:bottom w:val="single" w:sz="4" w:space="0" w:color="auto"/>
            </w:tcBorders>
            <w:shd w:val="clear" w:color="auto" w:fill="D9D9D9" w:themeFill="background1" w:themeFillShade="D9"/>
          </w:tcPr>
          <w:p w14:paraId="5A81FAD1" w14:textId="77777777" w:rsidR="00F5517B" w:rsidRPr="007E05CF" w:rsidRDefault="00F5517B" w:rsidP="00AA1700">
            <w:pPr>
              <w:rPr>
                <w:rFonts w:ascii="Arial" w:hAnsi="Arial" w:cs="Arial"/>
                <w:sz w:val="20"/>
                <w:szCs w:val="20"/>
              </w:rPr>
            </w:pPr>
          </w:p>
        </w:tc>
        <w:tc>
          <w:tcPr>
            <w:tcW w:w="988" w:type="dxa"/>
            <w:tcBorders>
              <w:bottom w:val="single" w:sz="4" w:space="0" w:color="auto"/>
            </w:tcBorders>
            <w:shd w:val="clear" w:color="auto" w:fill="D9D9D9" w:themeFill="background1" w:themeFillShade="D9"/>
          </w:tcPr>
          <w:p w14:paraId="47800795" w14:textId="77777777" w:rsidR="00F5517B" w:rsidRPr="007E05CF" w:rsidRDefault="00F5517B" w:rsidP="00AA1700">
            <w:pPr>
              <w:rPr>
                <w:rFonts w:ascii="Arial" w:hAnsi="Arial" w:cs="Arial"/>
                <w:sz w:val="20"/>
                <w:szCs w:val="20"/>
              </w:rPr>
            </w:pPr>
            <w:r>
              <w:rPr>
                <w:rFonts w:ascii="Arial" w:hAnsi="Arial" w:cs="Arial"/>
                <w:sz w:val="20"/>
                <w:szCs w:val="20"/>
              </w:rPr>
              <w:t>Level</w:t>
            </w:r>
          </w:p>
        </w:tc>
        <w:tc>
          <w:tcPr>
            <w:tcW w:w="772" w:type="dxa"/>
            <w:tcBorders>
              <w:bottom w:val="single" w:sz="4" w:space="0" w:color="auto"/>
            </w:tcBorders>
            <w:shd w:val="clear" w:color="auto" w:fill="D9D9D9" w:themeFill="background1" w:themeFillShade="D9"/>
          </w:tcPr>
          <w:p w14:paraId="15AFA8F0" w14:textId="77777777" w:rsidR="00F5517B" w:rsidRPr="007E05CF" w:rsidRDefault="00F5517B" w:rsidP="00AA1700">
            <w:pPr>
              <w:rPr>
                <w:rFonts w:ascii="Arial" w:hAnsi="Arial" w:cs="Arial"/>
                <w:sz w:val="20"/>
                <w:szCs w:val="20"/>
              </w:rPr>
            </w:pPr>
            <w:r>
              <w:rPr>
                <w:rFonts w:ascii="Arial" w:hAnsi="Arial" w:cs="Arial"/>
                <w:sz w:val="20"/>
                <w:szCs w:val="20"/>
              </w:rPr>
              <w:t>Grade</w:t>
            </w:r>
          </w:p>
        </w:tc>
        <w:tc>
          <w:tcPr>
            <w:tcW w:w="1501" w:type="dxa"/>
            <w:tcBorders>
              <w:bottom w:val="single" w:sz="4" w:space="0" w:color="auto"/>
            </w:tcBorders>
            <w:shd w:val="clear" w:color="auto" w:fill="D9D9D9" w:themeFill="background1" w:themeFillShade="D9"/>
          </w:tcPr>
          <w:p w14:paraId="0EF0AF72" w14:textId="77777777" w:rsidR="00F5517B" w:rsidRPr="007E05CF" w:rsidRDefault="00F5517B" w:rsidP="00AA1700">
            <w:pPr>
              <w:rPr>
                <w:rFonts w:ascii="Arial" w:hAnsi="Arial" w:cs="Arial"/>
                <w:sz w:val="20"/>
                <w:szCs w:val="20"/>
              </w:rPr>
            </w:pPr>
            <w:r>
              <w:rPr>
                <w:rFonts w:ascii="Arial" w:hAnsi="Arial" w:cs="Arial"/>
                <w:sz w:val="20"/>
                <w:szCs w:val="20"/>
              </w:rPr>
              <w:t>Date Awarded</w:t>
            </w:r>
          </w:p>
        </w:tc>
      </w:tr>
      <w:tr w:rsidR="00F5517B" w:rsidRPr="007E05CF" w14:paraId="51B8C41E" w14:textId="77777777" w:rsidTr="00AA1700">
        <w:trPr>
          <w:cantSplit/>
          <w:trHeight w:val="314"/>
        </w:trPr>
        <w:tc>
          <w:tcPr>
            <w:tcW w:w="1344" w:type="dxa"/>
          </w:tcPr>
          <w:p w14:paraId="5DBA8D0D" w14:textId="77777777" w:rsidR="00F5517B" w:rsidRDefault="00F5517B" w:rsidP="00AA1700">
            <w:pPr>
              <w:rPr>
                <w:rFonts w:ascii="Arial" w:hAnsi="Arial" w:cs="Arial"/>
                <w:sz w:val="20"/>
                <w:szCs w:val="20"/>
              </w:rPr>
            </w:pPr>
          </w:p>
          <w:p w14:paraId="58C21033" w14:textId="77777777" w:rsidR="00F5517B" w:rsidRDefault="00F5517B" w:rsidP="00AA1700">
            <w:pPr>
              <w:rPr>
                <w:rFonts w:ascii="Arial" w:hAnsi="Arial" w:cs="Arial"/>
                <w:sz w:val="20"/>
                <w:szCs w:val="20"/>
              </w:rPr>
            </w:pPr>
          </w:p>
          <w:p w14:paraId="27F4649F" w14:textId="77777777" w:rsidR="00F5517B" w:rsidRDefault="00F5517B" w:rsidP="00AA1700">
            <w:pPr>
              <w:rPr>
                <w:rFonts w:ascii="Arial" w:hAnsi="Arial" w:cs="Arial"/>
                <w:sz w:val="20"/>
                <w:szCs w:val="20"/>
              </w:rPr>
            </w:pPr>
          </w:p>
          <w:p w14:paraId="65C4F769" w14:textId="77777777" w:rsidR="00F5517B" w:rsidRDefault="00F5517B" w:rsidP="00AA1700">
            <w:pPr>
              <w:rPr>
                <w:rFonts w:ascii="Arial" w:hAnsi="Arial" w:cs="Arial"/>
                <w:sz w:val="20"/>
                <w:szCs w:val="20"/>
              </w:rPr>
            </w:pPr>
          </w:p>
          <w:p w14:paraId="50545434" w14:textId="77777777" w:rsidR="00F5517B" w:rsidRDefault="00F5517B" w:rsidP="00AA1700">
            <w:pPr>
              <w:rPr>
                <w:rFonts w:ascii="Arial" w:hAnsi="Arial" w:cs="Arial"/>
                <w:sz w:val="20"/>
                <w:szCs w:val="20"/>
              </w:rPr>
            </w:pPr>
          </w:p>
          <w:p w14:paraId="4E2F3FA8" w14:textId="77777777" w:rsidR="00F5517B" w:rsidRDefault="00F5517B" w:rsidP="00AA1700">
            <w:pPr>
              <w:rPr>
                <w:rFonts w:ascii="Arial" w:hAnsi="Arial" w:cs="Arial"/>
                <w:sz w:val="20"/>
                <w:szCs w:val="20"/>
              </w:rPr>
            </w:pPr>
          </w:p>
          <w:p w14:paraId="05A9F809" w14:textId="77777777" w:rsidR="00F5517B" w:rsidRDefault="00F5517B" w:rsidP="00AA1700">
            <w:pPr>
              <w:rPr>
                <w:rFonts w:ascii="Arial" w:hAnsi="Arial" w:cs="Arial"/>
                <w:sz w:val="20"/>
                <w:szCs w:val="20"/>
              </w:rPr>
            </w:pPr>
          </w:p>
          <w:p w14:paraId="649D293D" w14:textId="77777777" w:rsidR="00F5517B" w:rsidRDefault="00F5517B" w:rsidP="00AA1700">
            <w:pPr>
              <w:rPr>
                <w:rFonts w:ascii="Arial" w:hAnsi="Arial" w:cs="Arial"/>
                <w:sz w:val="20"/>
                <w:szCs w:val="20"/>
              </w:rPr>
            </w:pPr>
          </w:p>
          <w:p w14:paraId="7C43FD4C" w14:textId="77777777" w:rsidR="00F5517B" w:rsidRDefault="00F5517B" w:rsidP="00AA1700">
            <w:pPr>
              <w:rPr>
                <w:rFonts w:ascii="Arial" w:hAnsi="Arial" w:cs="Arial"/>
                <w:sz w:val="20"/>
                <w:szCs w:val="20"/>
              </w:rPr>
            </w:pPr>
          </w:p>
          <w:p w14:paraId="57593B47" w14:textId="77777777" w:rsidR="00F5517B" w:rsidRDefault="00F5517B" w:rsidP="00AA1700">
            <w:pPr>
              <w:rPr>
                <w:rFonts w:ascii="Arial" w:hAnsi="Arial" w:cs="Arial"/>
                <w:sz w:val="20"/>
                <w:szCs w:val="20"/>
              </w:rPr>
            </w:pPr>
          </w:p>
          <w:p w14:paraId="1543F793" w14:textId="77777777" w:rsidR="00F5517B" w:rsidRDefault="00F5517B" w:rsidP="00AA1700">
            <w:pPr>
              <w:rPr>
                <w:rFonts w:ascii="Arial" w:hAnsi="Arial" w:cs="Arial"/>
                <w:sz w:val="20"/>
                <w:szCs w:val="20"/>
              </w:rPr>
            </w:pPr>
          </w:p>
          <w:p w14:paraId="6B7D81A4" w14:textId="77777777" w:rsidR="00F5517B" w:rsidRDefault="00F5517B" w:rsidP="00AA1700">
            <w:pPr>
              <w:rPr>
                <w:rFonts w:ascii="Arial" w:hAnsi="Arial" w:cs="Arial"/>
                <w:sz w:val="20"/>
                <w:szCs w:val="20"/>
              </w:rPr>
            </w:pPr>
          </w:p>
          <w:p w14:paraId="48E3561B" w14:textId="77777777" w:rsidR="00F5517B" w:rsidRDefault="00F5517B" w:rsidP="00AA1700">
            <w:pPr>
              <w:rPr>
                <w:rFonts w:ascii="Arial" w:hAnsi="Arial" w:cs="Arial"/>
                <w:sz w:val="20"/>
                <w:szCs w:val="20"/>
              </w:rPr>
            </w:pPr>
          </w:p>
          <w:p w14:paraId="546B2871" w14:textId="77777777" w:rsidR="00F5517B" w:rsidRDefault="00F5517B" w:rsidP="00AA1700">
            <w:pPr>
              <w:rPr>
                <w:rFonts w:ascii="Arial" w:hAnsi="Arial" w:cs="Arial"/>
                <w:sz w:val="20"/>
                <w:szCs w:val="20"/>
              </w:rPr>
            </w:pPr>
          </w:p>
          <w:p w14:paraId="2DFB60B3" w14:textId="77777777" w:rsidR="00F5517B" w:rsidRDefault="00F5517B" w:rsidP="00AA1700">
            <w:pPr>
              <w:rPr>
                <w:rFonts w:ascii="Arial" w:hAnsi="Arial" w:cs="Arial"/>
                <w:sz w:val="20"/>
                <w:szCs w:val="20"/>
              </w:rPr>
            </w:pPr>
          </w:p>
          <w:p w14:paraId="1FB99137" w14:textId="77777777" w:rsidR="00F5517B" w:rsidRDefault="00F5517B" w:rsidP="00AA1700">
            <w:pPr>
              <w:rPr>
                <w:rFonts w:ascii="Arial" w:hAnsi="Arial" w:cs="Arial"/>
                <w:sz w:val="20"/>
                <w:szCs w:val="20"/>
              </w:rPr>
            </w:pPr>
          </w:p>
          <w:p w14:paraId="2D04AAD2" w14:textId="77777777" w:rsidR="00F5517B" w:rsidRDefault="00F5517B" w:rsidP="00AA1700">
            <w:pPr>
              <w:rPr>
                <w:rFonts w:ascii="Arial" w:hAnsi="Arial" w:cs="Arial"/>
                <w:sz w:val="20"/>
                <w:szCs w:val="20"/>
              </w:rPr>
            </w:pPr>
          </w:p>
          <w:p w14:paraId="271A0AD7" w14:textId="77777777" w:rsidR="00F5517B" w:rsidRDefault="00F5517B" w:rsidP="00AA1700">
            <w:pPr>
              <w:rPr>
                <w:rFonts w:ascii="Arial" w:hAnsi="Arial" w:cs="Arial"/>
                <w:sz w:val="20"/>
                <w:szCs w:val="20"/>
              </w:rPr>
            </w:pPr>
          </w:p>
          <w:p w14:paraId="2D1E97B3" w14:textId="77777777" w:rsidR="00F5517B" w:rsidRDefault="00F5517B" w:rsidP="00AA1700">
            <w:pPr>
              <w:rPr>
                <w:rFonts w:ascii="Arial" w:hAnsi="Arial" w:cs="Arial"/>
                <w:sz w:val="20"/>
                <w:szCs w:val="20"/>
              </w:rPr>
            </w:pPr>
          </w:p>
          <w:p w14:paraId="09AE6D58" w14:textId="77777777" w:rsidR="00F5517B" w:rsidRDefault="00F5517B" w:rsidP="00AA1700">
            <w:pPr>
              <w:rPr>
                <w:rFonts w:ascii="Arial" w:hAnsi="Arial" w:cs="Arial"/>
                <w:sz w:val="20"/>
                <w:szCs w:val="20"/>
              </w:rPr>
            </w:pPr>
          </w:p>
          <w:p w14:paraId="03A58F1B" w14:textId="77777777" w:rsidR="00F5517B" w:rsidRDefault="00F5517B" w:rsidP="00AA1700">
            <w:pPr>
              <w:rPr>
                <w:rFonts w:ascii="Arial" w:hAnsi="Arial" w:cs="Arial"/>
                <w:sz w:val="20"/>
                <w:szCs w:val="20"/>
              </w:rPr>
            </w:pPr>
          </w:p>
          <w:p w14:paraId="016FB2E3" w14:textId="77777777" w:rsidR="00F5517B" w:rsidRPr="007E05CF" w:rsidRDefault="00F5517B" w:rsidP="00AA1700">
            <w:pPr>
              <w:rPr>
                <w:rFonts w:ascii="Arial" w:hAnsi="Arial" w:cs="Arial"/>
                <w:sz w:val="20"/>
                <w:szCs w:val="20"/>
              </w:rPr>
            </w:pPr>
          </w:p>
        </w:tc>
        <w:tc>
          <w:tcPr>
            <w:tcW w:w="1266" w:type="dxa"/>
          </w:tcPr>
          <w:p w14:paraId="352E6B28" w14:textId="77777777" w:rsidR="00F5517B" w:rsidRPr="007E05CF" w:rsidRDefault="00F5517B" w:rsidP="00AA1700">
            <w:pPr>
              <w:rPr>
                <w:rFonts w:ascii="Arial" w:hAnsi="Arial" w:cs="Arial"/>
                <w:sz w:val="20"/>
                <w:szCs w:val="20"/>
              </w:rPr>
            </w:pPr>
          </w:p>
        </w:tc>
        <w:tc>
          <w:tcPr>
            <w:tcW w:w="2398" w:type="dxa"/>
          </w:tcPr>
          <w:p w14:paraId="50D1BC51" w14:textId="77777777" w:rsidR="00F5517B" w:rsidRPr="007E05CF" w:rsidRDefault="00F5517B" w:rsidP="00AA1700">
            <w:pPr>
              <w:rPr>
                <w:rFonts w:ascii="Arial" w:hAnsi="Arial" w:cs="Arial"/>
                <w:b/>
                <w:bCs/>
                <w:sz w:val="20"/>
                <w:szCs w:val="20"/>
              </w:rPr>
            </w:pPr>
          </w:p>
        </w:tc>
        <w:tc>
          <w:tcPr>
            <w:tcW w:w="2248" w:type="dxa"/>
          </w:tcPr>
          <w:p w14:paraId="19324C27" w14:textId="77777777" w:rsidR="00F5517B" w:rsidRPr="007E05CF" w:rsidRDefault="00F5517B" w:rsidP="00AA1700">
            <w:pPr>
              <w:rPr>
                <w:rFonts w:ascii="Arial" w:hAnsi="Arial" w:cs="Arial"/>
                <w:sz w:val="20"/>
                <w:szCs w:val="20"/>
              </w:rPr>
            </w:pPr>
          </w:p>
        </w:tc>
        <w:tc>
          <w:tcPr>
            <w:tcW w:w="3261" w:type="dxa"/>
            <w:gridSpan w:val="3"/>
          </w:tcPr>
          <w:p w14:paraId="39A0325C" w14:textId="77777777" w:rsidR="00F5517B" w:rsidRPr="007E05CF" w:rsidRDefault="00F5517B" w:rsidP="00AA1700">
            <w:pPr>
              <w:rPr>
                <w:rFonts w:ascii="Arial" w:hAnsi="Arial" w:cs="Arial"/>
                <w:sz w:val="20"/>
                <w:szCs w:val="20"/>
              </w:rPr>
            </w:pPr>
          </w:p>
        </w:tc>
      </w:tr>
    </w:tbl>
    <w:p w14:paraId="3848A4CA" w14:textId="77777777" w:rsidR="00F5517B" w:rsidRDefault="00F5517B" w:rsidP="00F5517B">
      <w:pPr>
        <w:ind w:left="-900"/>
        <w:rPr>
          <w:rFonts w:ascii="Arial" w:hAnsi="Arial" w:cs="Arial"/>
          <w:b/>
          <w:sz w:val="20"/>
          <w:szCs w:val="20"/>
        </w:rPr>
      </w:pPr>
      <w:r w:rsidRPr="007E05CF">
        <w:rPr>
          <w:rFonts w:ascii="Arial" w:hAnsi="Arial" w:cs="Arial"/>
          <w:b/>
          <w:sz w:val="20"/>
          <w:szCs w:val="20"/>
        </w:rPr>
        <w:t>Further and higher education:</w:t>
      </w:r>
    </w:p>
    <w:p w14:paraId="55E6B6D1" w14:textId="77777777" w:rsidR="00F5517B" w:rsidRDefault="00F5517B" w:rsidP="00F5517B">
      <w:pPr>
        <w:rPr>
          <w:rFonts w:ascii="Arial" w:hAnsi="Arial" w:cs="Arial"/>
          <w:b/>
          <w:sz w:val="20"/>
          <w:szCs w:val="20"/>
        </w:rPr>
      </w:pPr>
    </w:p>
    <w:tbl>
      <w:tblPr>
        <w:tblW w:w="10517"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44"/>
        <w:gridCol w:w="1266"/>
        <w:gridCol w:w="871"/>
        <w:gridCol w:w="1527"/>
        <w:gridCol w:w="2248"/>
        <w:gridCol w:w="988"/>
        <w:gridCol w:w="772"/>
        <w:gridCol w:w="1501"/>
      </w:tblGrid>
      <w:tr w:rsidR="00F5517B" w:rsidRPr="007E05CF" w14:paraId="1D79E03A" w14:textId="77777777" w:rsidTr="00AA1700">
        <w:trPr>
          <w:cantSplit/>
          <w:trHeight w:val="314"/>
        </w:trPr>
        <w:tc>
          <w:tcPr>
            <w:tcW w:w="1344" w:type="dxa"/>
            <w:vMerge w:val="restart"/>
            <w:shd w:val="clear" w:color="auto" w:fill="D9D9D9" w:themeFill="background1" w:themeFillShade="D9"/>
          </w:tcPr>
          <w:p w14:paraId="0F005D2D" w14:textId="77777777" w:rsidR="00F5517B" w:rsidRPr="007E05CF" w:rsidRDefault="00F5517B" w:rsidP="00AA1700">
            <w:pPr>
              <w:rPr>
                <w:rFonts w:ascii="Arial" w:hAnsi="Arial" w:cs="Arial"/>
                <w:sz w:val="20"/>
                <w:szCs w:val="20"/>
              </w:rPr>
            </w:pPr>
            <w:r>
              <w:rPr>
                <w:rFonts w:ascii="Arial" w:hAnsi="Arial" w:cs="Arial"/>
                <w:sz w:val="20"/>
                <w:szCs w:val="20"/>
              </w:rPr>
              <w:t>Date From:</w:t>
            </w:r>
          </w:p>
        </w:tc>
        <w:tc>
          <w:tcPr>
            <w:tcW w:w="1266" w:type="dxa"/>
            <w:vMerge w:val="restart"/>
            <w:shd w:val="clear" w:color="auto" w:fill="D9D9D9" w:themeFill="background1" w:themeFillShade="D9"/>
          </w:tcPr>
          <w:p w14:paraId="1C033462" w14:textId="77777777" w:rsidR="00F5517B" w:rsidRPr="007E05CF" w:rsidRDefault="00F5517B" w:rsidP="00AA1700">
            <w:pPr>
              <w:rPr>
                <w:rFonts w:ascii="Arial" w:hAnsi="Arial" w:cs="Arial"/>
                <w:sz w:val="20"/>
                <w:szCs w:val="20"/>
              </w:rPr>
            </w:pPr>
            <w:r>
              <w:rPr>
                <w:rFonts w:ascii="Arial" w:hAnsi="Arial" w:cs="Arial"/>
                <w:sz w:val="20"/>
                <w:szCs w:val="20"/>
              </w:rPr>
              <w:t>Date To:</w:t>
            </w:r>
          </w:p>
        </w:tc>
        <w:tc>
          <w:tcPr>
            <w:tcW w:w="2398" w:type="dxa"/>
            <w:gridSpan w:val="2"/>
            <w:vMerge w:val="restart"/>
            <w:shd w:val="clear" w:color="auto" w:fill="D9D9D9" w:themeFill="background1" w:themeFillShade="D9"/>
          </w:tcPr>
          <w:p w14:paraId="41FD4D72" w14:textId="77777777" w:rsidR="00F5517B" w:rsidRPr="007E05CF" w:rsidRDefault="00F5517B" w:rsidP="00AA1700">
            <w:pPr>
              <w:rPr>
                <w:rFonts w:ascii="Arial" w:hAnsi="Arial" w:cs="Arial"/>
                <w:b/>
                <w:bCs/>
                <w:sz w:val="20"/>
                <w:szCs w:val="20"/>
              </w:rPr>
            </w:pPr>
            <w:r w:rsidRPr="007E05CF">
              <w:rPr>
                <w:rFonts w:ascii="Arial" w:hAnsi="Arial" w:cs="Arial"/>
                <w:sz w:val="20"/>
                <w:szCs w:val="20"/>
              </w:rPr>
              <w:t>Type of School/College</w:t>
            </w:r>
          </w:p>
        </w:tc>
        <w:tc>
          <w:tcPr>
            <w:tcW w:w="2248" w:type="dxa"/>
            <w:vMerge w:val="restart"/>
            <w:shd w:val="clear" w:color="auto" w:fill="D9D9D9" w:themeFill="background1" w:themeFillShade="D9"/>
          </w:tcPr>
          <w:p w14:paraId="2D90F0F2" w14:textId="77777777" w:rsidR="00F5517B" w:rsidRPr="007E05CF" w:rsidRDefault="00F5517B" w:rsidP="00AA1700">
            <w:pPr>
              <w:rPr>
                <w:rFonts w:ascii="Arial" w:hAnsi="Arial" w:cs="Arial"/>
                <w:sz w:val="20"/>
                <w:szCs w:val="20"/>
              </w:rPr>
            </w:pPr>
            <w:r w:rsidRPr="007E05CF">
              <w:rPr>
                <w:rFonts w:ascii="Arial" w:hAnsi="Arial" w:cs="Arial"/>
                <w:sz w:val="20"/>
                <w:szCs w:val="20"/>
              </w:rPr>
              <w:t>Subject</w:t>
            </w:r>
          </w:p>
        </w:tc>
        <w:tc>
          <w:tcPr>
            <w:tcW w:w="3261" w:type="dxa"/>
            <w:gridSpan w:val="3"/>
            <w:shd w:val="clear" w:color="auto" w:fill="D9D9D9" w:themeFill="background1" w:themeFillShade="D9"/>
          </w:tcPr>
          <w:p w14:paraId="2C784849" w14:textId="77777777" w:rsidR="00F5517B" w:rsidRPr="007E05CF" w:rsidRDefault="00F5517B" w:rsidP="00AA1700">
            <w:pPr>
              <w:rPr>
                <w:rFonts w:ascii="Arial" w:hAnsi="Arial" w:cs="Arial"/>
                <w:sz w:val="20"/>
                <w:szCs w:val="20"/>
              </w:rPr>
            </w:pPr>
            <w:r w:rsidRPr="007E05CF">
              <w:rPr>
                <w:rFonts w:ascii="Arial" w:hAnsi="Arial" w:cs="Arial"/>
                <w:sz w:val="20"/>
                <w:szCs w:val="20"/>
              </w:rPr>
              <w:t>Examinations Passed</w:t>
            </w:r>
          </w:p>
        </w:tc>
      </w:tr>
      <w:tr w:rsidR="00F5517B" w:rsidRPr="007E05CF" w14:paraId="3A649536" w14:textId="77777777" w:rsidTr="00AA1700">
        <w:trPr>
          <w:cantSplit/>
          <w:trHeight w:val="313"/>
        </w:trPr>
        <w:tc>
          <w:tcPr>
            <w:tcW w:w="1344" w:type="dxa"/>
            <w:vMerge/>
            <w:tcBorders>
              <w:bottom w:val="single" w:sz="4" w:space="0" w:color="auto"/>
            </w:tcBorders>
            <w:shd w:val="clear" w:color="auto" w:fill="D9D9D9" w:themeFill="background1" w:themeFillShade="D9"/>
          </w:tcPr>
          <w:p w14:paraId="679BE463" w14:textId="77777777" w:rsidR="00F5517B" w:rsidRDefault="00F5517B" w:rsidP="00AA1700">
            <w:pPr>
              <w:rPr>
                <w:rFonts w:ascii="Arial" w:hAnsi="Arial" w:cs="Arial"/>
                <w:sz w:val="20"/>
                <w:szCs w:val="20"/>
              </w:rPr>
            </w:pPr>
          </w:p>
        </w:tc>
        <w:tc>
          <w:tcPr>
            <w:tcW w:w="1266" w:type="dxa"/>
            <w:vMerge/>
            <w:tcBorders>
              <w:bottom w:val="single" w:sz="4" w:space="0" w:color="auto"/>
            </w:tcBorders>
            <w:shd w:val="clear" w:color="auto" w:fill="D9D9D9" w:themeFill="background1" w:themeFillShade="D9"/>
          </w:tcPr>
          <w:p w14:paraId="6295A991" w14:textId="77777777" w:rsidR="00F5517B" w:rsidRDefault="00F5517B" w:rsidP="00AA1700">
            <w:pPr>
              <w:rPr>
                <w:rFonts w:ascii="Arial" w:hAnsi="Arial" w:cs="Arial"/>
                <w:sz w:val="20"/>
                <w:szCs w:val="20"/>
              </w:rPr>
            </w:pPr>
          </w:p>
        </w:tc>
        <w:tc>
          <w:tcPr>
            <w:tcW w:w="2398" w:type="dxa"/>
            <w:gridSpan w:val="2"/>
            <w:vMerge/>
            <w:tcBorders>
              <w:bottom w:val="single" w:sz="4" w:space="0" w:color="auto"/>
            </w:tcBorders>
            <w:shd w:val="clear" w:color="auto" w:fill="D9D9D9" w:themeFill="background1" w:themeFillShade="D9"/>
          </w:tcPr>
          <w:p w14:paraId="22970654" w14:textId="77777777" w:rsidR="00F5517B" w:rsidRPr="007E05CF" w:rsidRDefault="00F5517B" w:rsidP="00AA1700">
            <w:pPr>
              <w:rPr>
                <w:rFonts w:ascii="Arial" w:hAnsi="Arial" w:cs="Arial"/>
                <w:sz w:val="20"/>
                <w:szCs w:val="20"/>
              </w:rPr>
            </w:pPr>
          </w:p>
        </w:tc>
        <w:tc>
          <w:tcPr>
            <w:tcW w:w="2248" w:type="dxa"/>
            <w:vMerge/>
            <w:tcBorders>
              <w:bottom w:val="single" w:sz="4" w:space="0" w:color="auto"/>
            </w:tcBorders>
            <w:shd w:val="clear" w:color="auto" w:fill="D9D9D9" w:themeFill="background1" w:themeFillShade="D9"/>
          </w:tcPr>
          <w:p w14:paraId="16DA9883" w14:textId="77777777" w:rsidR="00F5517B" w:rsidRPr="007E05CF" w:rsidRDefault="00F5517B" w:rsidP="00AA1700">
            <w:pPr>
              <w:rPr>
                <w:rFonts w:ascii="Arial" w:hAnsi="Arial" w:cs="Arial"/>
                <w:sz w:val="20"/>
                <w:szCs w:val="20"/>
              </w:rPr>
            </w:pPr>
          </w:p>
        </w:tc>
        <w:tc>
          <w:tcPr>
            <w:tcW w:w="988" w:type="dxa"/>
            <w:tcBorders>
              <w:bottom w:val="single" w:sz="4" w:space="0" w:color="auto"/>
            </w:tcBorders>
            <w:shd w:val="clear" w:color="auto" w:fill="D9D9D9" w:themeFill="background1" w:themeFillShade="D9"/>
          </w:tcPr>
          <w:p w14:paraId="5B19A4D1" w14:textId="77777777" w:rsidR="00F5517B" w:rsidRPr="007E05CF" w:rsidRDefault="00F5517B" w:rsidP="00AA1700">
            <w:pPr>
              <w:rPr>
                <w:rFonts w:ascii="Arial" w:hAnsi="Arial" w:cs="Arial"/>
                <w:sz w:val="20"/>
                <w:szCs w:val="20"/>
              </w:rPr>
            </w:pPr>
            <w:r>
              <w:rPr>
                <w:rFonts w:ascii="Arial" w:hAnsi="Arial" w:cs="Arial"/>
                <w:sz w:val="20"/>
                <w:szCs w:val="20"/>
              </w:rPr>
              <w:t>Level</w:t>
            </w:r>
          </w:p>
        </w:tc>
        <w:tc>
          <w:tcPr>
            <w:tcW w:w="772" w:type="dxa"/>
            <w:tcBorders>
              <w:bottom w:val="single" w:sz="4" w:space="0" w:color="auto"/>
            </w:tcBorders>
            <w:shd w:val="clear" w:color="auto" w:fill="D9D9D9" w:themeFill="background1" w:themeFillShade="D9"/>
          </w:tcPr>
          <w:p w14:paraId="01D4CDDB" w14:textId="77777777" w:rsidR="00F5517B" w:rsidRPr="007E05CF" w:rsidRDefault="00F5517B" w:rsidP="00AA1700">
            <w:pPr>
              <w:rPr>
                <w:rFonts w:ascii="Arial" w:hAnsi="Arial" w:cs="Arial"/>
                <w:sz w:val="20"/>
                <w:szCs w:val="20"/>
              </w:rPr>
            </w:pPr>
            <w:r>
              <w:rPr>
                <w:rFonts w:ascii="Arial" w:hAnsi="Arial" w:cs="Arial"/>
                <w:sz w:val="20"/>
                <w:szCs w:val="20"/>
              </w:rPr>
              <w:t>Grade</w:t>
            </w:r>
          </w:p>
        </w:tc>
        <w:tc>
          <w:tcPr>
            <w:tcW w:w="1501" w:type="dxa"/>
            <w:tcBorders>
              <w:bottom w:val="single" w:sz="4" w:space="0" w:color="auto"/>
            </w:tcBorders>
            <w:shd w:val="clear" w:color="auto" w:fill="D9D9D9" w:themeFill="background1" w:themeFillShade="D9"/>
          </w:tcPr>
          <w:p w14:paraId="5BE9FB8F" w14:textId="77777777" w:rsidR="00F5517B" w:rsidRPr="007E05CF" w:rsidRDefault="00F5517B" w:rsidP="00AA1700">
            <w:pPr>
              <w:rPr>
                <w:rFonts w:ascii="Arial" w:hAnsi="Arial" w:cs="Arial"/>
                <w:sz w:val="20"/>
                <w:szCs w:val="20"/>
              </w:rPr>
            </w:pPr>
            <w:r>
              <w:rPr>
                <w:rFonts w:ascii="Arial" w:hAnsi="Arial" w:cs="Arial"/>
                <w:sz w:val="20"/>
                <w:szCs w:val="20"/>
              </w:rPr>
              <w:t>Date Awarded</w:t>
            </w:r>
          </w:p>
        </w:tc>
      </w:tr>
      <w:tr w:rsidR="00F5517B" w:rsidRPr="007E05CF" w14:paraId="60F181B6" w14:textId="77777777" w:rsidTr="00AA1700">
        <w:trPr>
          <w:cantSplit/>
          <w:trHeight w:val="314"/>
        </w:trPr>
        <w:tc>
          <w:tcPr>
            <w:tcW w:w="1344" w:type="dxa"/>
          </w:tcPr>
          <w:p w14:paraId="3FBD178D" w14:textId="77777777" w:rsidR="00F5517B" w:rsidRDefault="00F5517B" w:rsidP="00AA1700">
            <w:pPr>
              <w:rPr>
                <w:rFonts w:ascii="Arial" w:hAnsi="Arial" w:cs="Arial"/>
                <w:sz w:val="20"/>
                <w:szCs w:val="20"/>
              </w:rPr>
            </w:pPr>
          </w:p>
          <w:p w14:paraId="543D5B61" w14:textId="77777777" w:rsidR="00F5517B" w:rsidRDefault="00F5517B" w:rsidP="00AA1700">
            <w:pPr>
              <w:rPr>
                <w:rFonts w:ascii="Arial" w:hAnsi="Arial" w:cs="Arial"/>
                <w:sz w:val="20"/>
                <w:szCs w:val="20"/>
              </w:rPr>
            </w:pPr>
          </w:p>
          <w:p w14:paraId="50E78C4D" w14:textId="77777777" w:rsidR="00F5517B" w:rsidRDefault="00F5517B" w:rsidP="00AA1700">
            <w:pPr>
              <w:rPr>
                <w:rFonts w:ascii="Arial" w:hAnsi="Arial" w:cs="Arial"/>
                <w:sz w:val="20"/>
                <w:szCs w:val="20"/>
              </w:rPr>
            </w:pPr>
          </w:p>
          <w:p w14:paraId="5DFE4DAC" w14:textId="77777777" w:rsidR="00F5517B" w:rsidRDefault="00F5517B" w:rsidP="00AA1700">
            <w:pPr>
              <w:rPr>
                <w:rFonts w:ascii="Arial" w:hAnsi="Arial" w:cs="Arial"/>
                <w:sz w:val="20"/>
                <w:szCs w:val="20"/>
              </w:rPr>
            </w:pPr>
          </w:p>
          <w:p w14:paraId="7FF6A84E" w14:textId="77777777" w:rsidR="00F5517B" w:rsidRDefault="00F5517B" w:rsidP="00AA1700">
            <w:pPr>
              <w:rPr>
                <w:rFonts w:ascii="Arial" w:hAnsi="Arial" w:cs="Arial"/>
                <w:sz w:val="20"/>
                <w:szCs w:val="20"/>
              </w:rPr>
            </w:pPr>
          </w:p>
          <w:p w14:paraId="34A3BCF6" w14:textId="77777777" w:rsidR="00F5517B" w:rsidRDefault="00F5517B" w:rsidP="00AA1700">
            <w:pPr>
              <w:rPr>
                <w:rFonts w:ascii="Arial" w:hAnsi="Arial" w:cs="Arial"/>
                <w:sz w:val="20"/>
                <w:szCs w:val="20"/>
              </w:rPr>
            </w:pPr>
          </w:p>
          <w:p w14:paraId="0894F054" w14:textId="77777777" w:rsidR="00F5517B" w:rsidRDefault="00F5517B" w:rsidP="00AA1700">
            <w:pPr>
              <w:rPr>
                <w:rFonts w:ascii="Arial" w:hAnsi="Arial" w:cs="Arial"/>
                <w:sz w:val="20"/>
                <w:szCs w:val="20"/>
              </w:rPr>
            </w:pPr>
          </w:p>
          <w:p w14:paraId="54D47A84" w14:textId="77777777" w:rsidR="00F5517B" w:rsidRDefault="00F5517B" w:rsidP="00AA1700">
            <w:pPr>
              <w:rPr>
                <w:rFonts w:ascii="Arial" w:hAnsi="Arial" w:cs="Arial"/>
                <w:sz w:val="20"/>
                <w:szCs w:val="20"/>
              </w:rPr>
            </w:pPr>
          </w:p>
          <w:p w14:paraId="766CF609" w14:textId="77777777" w:rsidR="00F5517B" w:rsidRDefault="00F5517B" w:rsidP="00AA1700">
            <w:pPr>
              <w:rPr>
                <w:rFonts w:ascii="Arial" w:hAnsi="Arial" w:cs="Arial"/>
                <w:sz w:val="20"/>
                <w:szCs w:val="20"/>
              </w:rPr>
            </w:pPr>
          </w:p>
          <w:p w14:paraId="4D27C08A" w14:textId="77777777" w:rsidR="00F5517B" w:rsidRDefault="00F5517B" w:rsidP="00AA1700">
            <w:pPr>
              <w:rPr>
                <w:rFonts w:ascii="Arial" w:hAnsi="Arial" w:cs="Arial"/>
                <w:sz w:val="20"/>
                <w:szCs w:val="20"/>
              </w:rPr>
            </w:pPr>
          </w:p>
          <w:p w14:paraId="09123EFC" w14:textId="77777777" w:rsidR="00F5517B" w:rsidRDefault="00F5517B" w:rsidP="00AA1700">
            <w:pPr>
              <w:rPr>
                <w:rFonts w:ascii="Arial" w:hAnsi="Arial" w:cs="Arial"/>
                <w:sz w:val="20"/>
                <w:szCs w:val="20"/>
              </w:rPr>
            </w:pPr>
          </w:p>
          <w:p w14:paraId="1C06FCA7" w14:textId="77777777" w:rsidR="00F5517B" w:rsidRDefault="00F5517B" w:rsidP="00AA1700">
            <w:pPr>
              <w:rPr>
                <w:rFonts w:ascii="Arial" w:hAnsi="Arial" w:cs="Arial"/>
                <w:sz w:val="20"/>
                <w:szCs w:val="20"/>
              </w:rPr>
            </w:pPr>
          </w:p>
          <w:p w14:paraId="5317417F" w14:textId="77777777" w:rsidR="00F5517B" w:rsidRDefault="00F5517B" w:rsidP="00AA1700">
            <w:pPr>
              <w:rPr>
                <w:rFonts w:ascii="Arial" w:hAnsi="Arial" w:cs="Arial"/>
                <w:sz w:val="20"/>
                <w:szCs w:val="20"/>
              </w:rPr>
            </w:pPr>
          </w:p>
          <w:p w14:paraId="3E389322" w14:textId="77777777" w:rsidR="00F5517B" w:rsidRDefault="00F5517B" w:rsidP="00AA1700">
            <w:pPr>
              <w:rPr>
                <w:rFonts w:ascii="Arial" w:hAnsi="Arial" w:cs="Arial"/>
                <w:sz w:val="20"/>
                <w:szCs w:val="20"/>
              </w:rPr>
            </w:pPr>
          </w:p>
          <w:p w14:paraId="1B714BB5" w14:textId="77777777" w:rsidR="00F5517B" w:rsidRDefault="00F5517B" w:rsidP="00AA1700">
            <w:pPr>
              <w:rPr>
                <w:rFonts w:ascii="Arial" w:hAnsi="Arial" w:cs="Arial"/>
                <w:sz w:val="20"/>
                <w:szCs w:val="20"/>
              </w:rPr>
            </w:pPr>
          </w:p>
          <w:p w14:paraId="647215C0" w14:textId="77777777" w:rsidR="00F5517B" w:rsidRDefault="00F5517B" w:rsidP="00AA1700">
            <w:pPr>
              <w:rPr>
                <w:rFonts w:ascii="Arial" w:hAnsi="Arial" w:cs="Arial"/>
                <w:sz w:val="20"/>
                <w:szCs w:val="20"/>
              </w:rPr>
            </w:pPr>
          </w:p>
          <w:p w14:paraId="07B94D08" w14:textId="77777777" w:rsidR="00F5517B" w:rsidRDefault="00F5517B" w:rsidP="00AA1700">
            <w:pPr>
              <w:rPr>
                <w:rFonts w:ascii="Arial" w:hAnsi="Arial" w:cs="Arial"/>
                <w:sz w:val="20"/>
                <w:szCs w:val="20"/>
              </w:rPr>
            </w:pPr>
          </w:p>
          <w:p w14:paraId="6ACCDD0F" w14:textId="77777777" w:rsidR="00F5517B" w:rsidRDefault="00F5517B" w:rsidP="00AA1700">
            <w:pPr>
              <w:rPr>
                <w:rFonts w:ascii="Arial" w:hAnsi="Arial" w:cs="Arial"/>
                <w:sz w:val="20"/>
                <w:szCs w:val="20"/>
              </w:rPr>
            </w:pPr>
          </w:p>
          <w:p w14:paraId="50496848" w14:textId="77777777" w:rsidR="00F5517B" w:rsidRDefault="00F5517B" w:rsidP="00AA1700">
            <w:pPr>
              <w:rPr>
                <w:rFonts w:ascii="Arial" w:hAnsi="Arial" w:cs="Arial"/>
                <w:sz w:val="20"/>
                <w:szCs w:val="20"/>
              </w:rPr>
            </w:pPr>
          </w:p>
          <w:p w14:paraId="2B327849" w14:textId="77777777" w:rsidR="00F5517B" w:rsidRDefault="00F5517B" w:rsidP="00AA1700">
            <w:pPr>
              <w:rPr>
                <w:rFonts w:ascii="Arial" w:hAnsi="Arial" w:cs="Arial"/>
                <w:sz w:val="20"/>
                <w:szCs w:val="20"/>
              </w:rPr>
            </w:pPr>
          </w:p>
          <w:p w14:paraId="4A3D5219" w14:textId="77777777" w:rsidR="00F5517B" w:rsidRDefault="00F5517B" w:rsidP="00AA1700">
            <w:pPr>
              <w:rPr>
                <w:rFonts w:ascii="Arial" w:hAnsi="Arial" w:cs="Arial"/>
                <w:sz w:val="20"/>
                <w:szCs w:val="20"/>
              </w:rPr>
            </w:pPr>
          </w:p>
          <w:p w14:paraId="2D837129" w14:textId="77777777" w:rsidR="00F5517B" w:rsidRPr="007E05CF" w:rsidRDefault="00F5517B" w:rsidP="00AA1700">
            <w:pPr>
              <w:rPr>
                <w:rFonts w:ascii="Arial" w:hAnsi="Arial" w:cs="Arial"/>
                <w:sz w:val="20"/>
                <w:szCs w:val="20"/>
              </w:rPr>
            </w:pPr>
          </w:p>
        </w:tc>
        <w:tc>
          <w:tcPr>
            <w:tcW w:w="1266" w:type="dxa"/>
          </w:tcPr>
          <w:p w14:paraId="2698F0D6" w14:textId="77777777" w:rsidR="00F5517B" w:rsidRPr="007E05CF" w:rsidRDefault="00F5517B" w:rsidP="00AA1700">
            <w:pPr>
              <w:rPr>
                <w:rFonts w:ascii="Arial" w:hAnsi="Arial" w:cs="Arial"/>
                <w:sz w:val="20"/>
                <w:szCs w:val="20"/>
              </w:rPr>
            </w:pPr>
          </w:p>
        </w:tc>
        <w:tc>
          <w:tcPr>
            <w:tcW w:w="2398" w:type="dxa"/>
            <w:gridSpan w:val="2"/>
          </w:tcPr>
          <w:p w14:paraId="545C0B65" w14:textId="77777777" w:rsidR="00F5517B" w:rsidRPr="007E05CF" w:rsidRDefault="00F5517B" w:rsidP="00AA1700">
            <w:pPr>
              <w:rPr>
                <w:rFonts w:ascii="Arial" w:hAnsi="Arial" w:cs="Arial"/>
                <w:b/>
                <w:bCs/>
                <w:sz w:val="20"/>
                <w:szCs w:val="20"/>
              </w:rPr>
            </w:pPr>
          </w:p>
        </w:tc>
        <w:tc>
          <w:tcPr>
            <w:tcW w:w="2248" w:type="dxa"/>
          </w:tcPr>
          <w:p w14:paraId="6A2E10BC" w14:textId="77777777" w:rsidR="00F5517B" w:rsidRPr="007E05CF" w:rsidRDefault="00F5517B" w:rsidP="00AA1700">
            <w:pPr>
              <w:rPr>
                <w:rFonts w:ascii="Arial" w:hAnsi="Arial" w:cs="Arial"/>
                <w:sz w:val="20"/>
                <w:szCs w:val="20"/>
              </w:rPr>
            </w:pPr>
          </w:p>
        </w:tc>
        <w:tc>
          <w:tcPr>
            <w:tcW w:w="3261" w:type="dxa"/>
            <w:gridSpan w:val="3"/>
          </w:tcPr>
          <w:p w14:paraId="0444DD7C" w14:textId="77777777" w:rsidR="00F5517B" w:rsidRPr="007E05CF" w:rsidRDefault="00F5517B" w:rsidP="00AA1700">
            <w:pPr>
              <w:rPr>
                <w:rFonts w:ascii="Arial" w:hAnsi="Arial" w:cs="Arial"/>
                <w:sz w:val="20"/>
                <w:szCs w:val="20"/>
              </w:rPr>
            </w:pPr>
          </w:p>
        </w:tc>
      </w:tr>
      <w:tr w:rsidR="00F5517B" w:rsidRPr="007E05CF" w14:paraId="2DD3E57C" w14:textId="77777777" w:rsidTr="00AA1700">
        <w:trPr>
          <w:cantSplit/>
          <w:trHeight w:val="314"/>
        </w:trPr>
        <w:tc>
          <w:tcPr>
            <w:tcW w:w="3481" w:type="dxa"/>
            <w:gridSpan w:val="3"/>
            <w:shd w:val="clear" w:color="auto" w:fill="D9D9D9" w:themeFill="background1" w:themeFillShade="D9"/>
          </w:tcPr>
          <w:p w14:paraId="2C0A0EA4" w14:textId="77777777" w:rsidR="00F5517B" w:rsidRPr="00A101FE" w:rsidRDefault="00F5517B" w:rsidP="00AA1700">
            <w:pPr>
              <w:rPr>
                <w:rFonts w:ascii="Arial" w:hAnsi="Arial" w:cs="Arial"/>
                <w:b/>
                <w:sz w:val="20"/>
                <w:szCs w:val="20"/>
              </w:rPr>
            </w:pPr>
            <w:r w:rsidRPr="00A101FE">
              <w:rPr>
                <w:rFonts w:ascii="Arial" w:hAnsi="Arial" w:cs="Arial"/>
                <w:b/>
                <w:sz w:val="20"/>
                <w:szCs w:val="20"/>
              </w:rPr>
              <w:lastRenderedPageBreak/>
              <w:t>Membership of professional institutions/associations</w:t>
            </w:r>
          </w:p>
          <w:p w14:paraId="18E07628" w14:textId="77777777" w:rsidR="00F5517B" w:rsidRPr="00A101FE" w:rsidRDefault="00F5517B" w:rsidP="00AA1700">
            <w:pPr>
              <w:rPr>
                <w:rFonts w:ascii="Arial" w:hAnsi="Arial" w:cs="Arial"/>
                <w:b/>
                <w:sz w:val="20"/>
                <w:szCs w:val="20"/>
              </w:rPr>
            </w:pPr>
          </w:p>
          <w:p w14:paraId="7621A86E" w14:textId="77777777" w:rsidR="00F5517B" w:rsidRPr="007E05CF" w:rsidRDefault="00F5517B" w:rsidP="00AA1700">
            <w:pPr>
              <w:rPr>
                <w:rFonts w:ascii="Arial" w:hAnsi="Arial" w:cs="Arial"/>
                <w:sz w:val="20"/>
                <w:szCs w:val="20"/>
              </w:rPr>
            </w:pPr>
            <w:r w:rsidRPr="00A101FE">
              <w:rPr>
                <w:rFonts w:ascii="Arial" w:hAnsi="Arial" w:cs="Arial"/>
                <w:bCs/>
                <w:sz w:val="20"/>
                <w:szCs w:val="20"/>
              </w:rPr>
              <w:t>(Please give details of joining date, status held and membership numbers)</w:t>
            </w:r>
          </w:p>
        </w:tc>
        <w:tc>
          <w:tcPr>
            <w:tcW w:w="7036" w:type="dxa"/>
            <w:gridSpan w:val="5"/>
          </w:tcPr>
          <w:p w14:paraId="0447843E" w14:textId="77777777" w:rsidR="00F5517B" w:rsidRDefault="00F5517B" w:rsidP="00AA1700">
            <w:pPr>
              <w:rPr>
                <w:rFonts w:ascii="Arial" w:hAnsi="Arial" w:cs="Arial"/>
                <w:sz w:val="20"/>
                <w:szCs w:val="20"/>
              </w:rPr>
            </w:pPr>
          </w:p>
          <w:p w14:paraId="46A8F0CD" w14:textId="77777777" w:rsidR="00F5517B" w:rsidRDefault="00F5517B" w:rsidP="00AA1700">
            <w:pPr>
              <w:rPr>
                <w:rFonts w:ascii="Arial" w:hAnsi="Arial" w:cs="Arial"/>
                <w:sz w:val="20"/>
                <w:szCs w:val="20"/>
              </w:rPr>
            </w:pPr>
          </w:p>
          <w:p w14:paraId="5A2ABDBD" w14:textId="77777777" w:rsidR="00F5517B" w:rsidRDefault="00F5517B" w:rsidP="00AA1700">
            <w:pPr>
              <w:rPr>
                <w:rFonts w:ascii="Arial" w:hAnsi="Arial" w:cs="Arial"/>
                <w:sz w:val="20"/>
                <w:szCs w:val="20"/>
              </w:rPr>
            </w:pPr>
          </w:p>
          <w:p w14:paraId="34BDF0A0" w14:textId="77777777" w:rsidR="00F5517B" w:rsidRDefault="00F5517B" w:rsidP="00AA1700">
            <w:pPr>
              <w:rPr>
                <w:rFonts w:ascii="Arial" w:hAnsi="Arial" w:cs="Arial"/>
                <w:sz w:val="20"/>
                <w:szCs w:val="20"/>
              </w:rPr>
            </w:pPr>
          </w:p>
          <w:p w14:paraId="75C4F25A" w14:textId="77777777" w:rsidR="00F5517B" w:rsidRDefault="00F5517B" w:rsidP="00AA1700">
            <w:pPr>
              <w:rPr>
                <w:rFonts w:ascii="Arial" w:hAnsi="Arial" w:cs="Arial"/>
                <w:sz w:val="20"/>
                <w:szCs w:val="20"/>
              </w:rPr>
            </w:pPr>
          </w:p>
          <w:p w14:paraId="1F926ACC" w14:textId="77777777" w:rsidR="00F5517B" w:rsidRDefault="00F5517B" w:rsidP="00AA1700">
            <w:pPr>
              <w:rPr>
                <w:rFonts w:ascii="Arial" w:hAnsi="Arial" w:cs="Arial"/>
                <w:sz w:val="20"/>
                <w:szCs w:val="20"/>
              </w:rPr>
            </w:pPr>
          </w:p>
          <w:p w14:paraId="4F17D093" w14:textId="77777777" w:rsidR="00F5517B" w:rsidRDefault="00F5517B" w:rsidP="00AA1700">
            <w:pPr>
              <w:rPr>
                <w:rFonts w:ascii="Arial" w:hAnsi="Arial" w:cs="Arial"/>
                <w:sz w:val="20"/>
                <w:szCs w:val="20"/>
              </w:rPr>
            </w:pPr>
          </w:p>
          <w:p w14:paraId="5FA987A5" w14:textId="77777777" w:rsidR="00F5517B" w:rsidRDefault="00F5517B" w:rsidP="00AA1700">
            <w:pPr>
              <w:rPr>
                <w:rFonts w:ascii="Arial" w:hAnsi="Arial" w:cs="Arial"/>
                <w:sz w:val="20"/>
                <w:szCs w:val="20"/>
              </w:rPr>
            </w:pPr>
          </w:p>
          <w:p w14:paraId="05C5A288" w14:textId="77777777" w:rsidR="00F5517B" w:rsidRDefault="00F5517B" w:rsidP="00AA1700">
            <w:pPr>
              <w:rPr>
                <w:rFonts w:ascii="Arial" w:hAnsi="Arial" w:cs="Arial"/>
                <w:sz w:val="20"/>
                <w:szCs w:val="20"/>
              </w:rPr>
            </w:pPr>
          </w:p>
          <w:p w14:paraId="09F8E9DE" w14:textId="77777777" w:rsidR="00F5517B" w:rsidRDefault="00F5517B" w:rsidP="00AA1700">
            <w:pPr>
              <w:rPr>
                <w:rFonts w:ascii="Arial" w:hAnsi="Arial" w:cs="Arial"/>
                <w:sz w:val="20"/>
                <w:szCs w:val="20"/>
              </w:rPr>
            </w:pPr>
          </w:p>
          <w:p w14:paraId="2D308E71" w14:textId="77777777" w:rsidR="00F5517B" w:rsidRDefault="00F5517B" w:rsidP="00AA1700">
            <w:pPr>
              <w:rPr>
                <w:rFonts w:ascii="Arial" w:hAnsi="Arial" w:cs="Arial"/>
                <w:sz w:val="20"/>
                <w:szCs w:val="20"/>
              </w:rPr>
            </w:pPr>
          </w:p>
          <w:p w14:paraId="3AD53FA5" w14:textId="77777777" w:rsidR="00F5517B" w:rsidRDefault="00F5517B" w:rsidP="00AA1700">
            <w:pPr>
              <w:rPr>
                <w:rFonts w:ascii="Arial" w:hAnsi="Arial" w:cs="Arial"/>
                <w:sz w:val="20"/>
                <w:szCs w:val="20"/>
              </w:rPr>
            </w:pPr>
          </w:p>
          <w:p w14:paraId="21F7786E" w14:textId="77777777" w:rsidR="00F5517B" w:rsidRPr="007E05CF" w:rsidRDefault="00F5517B" w:rsidP="00AA1700">
            <w:pPr>
              <w:rPr>
                <w:rFonts w:ascii="Arial" w:hAnsi="Arial" w:cs="Arial"/>
                <w:sz w:val="20"/>
                <w:szCs w:val="20"/>
              </w:rPr>
            </w:pPr>
          </w:p>
        </w:tc>
      </w:tr>
    </w:tbl>
    <w:p w14:paraId="35179180" w14:textId="77777777" w:rsidR="00F5517B" w:rsidRPr="007E05CF" w:rsidRDefault="00F5517B" w:rsidP="00F5517B">
      <w:pPr>
        <w:rPr>
          <w:rFonts w:ascii="Arial" w:hAnsi="Arial" w:cs="Arial"/>
          <w:b/>
          <w:sz w:val="20"/>
          <w:szCs w:val="20"/>
        </w:rPr>
      </w:pPr>
    </w:p>
    <w:p w14:paraId="6435B1F7" w14:textId="77777777" w:rsidR="00F5517B" w:rsidRPr="007E05CF" w:rsidRDefault="00F5517B" w:rsidP="00F5517B">
      <w:pPr>
        <w:ind w:left="-900"/>
        <w:rPr>
          <w:rFonts w:ascii="Arial" w:hAnsi="Arial" w:cs="Arial"/>
          <w:sz w:val="20"/>
          <w:szCs w:val="20"/>
        </w:rPr>
      </w:pPr>
    </w:p>
    <w:p w14:paraId="7AF94218" w14:textId="77777777" w:rsidR="00F5517B" w:rsidRPr="007E05CF" w:rsidRDefault="00F5517B" w:rsidP="00F5517B">
      <w:pPr>
        <w:ind w:left="-900"/>
        <w:rPr>
          <w:rFonts w:ascii="Arial" w:hAnsi="Arial" w:cs="Arial"/>
          <w:b/>
          <w:sz w:val="20"/>
          <w:szCs w:val="20"/>
        </w:rPr>
      </w:pPr>
      <w:r w:rsidRPr="007E05CF">
        <w:rPr>
          <w:rFonts w:ascii="Arial" w:hAnsi="Arial" w:cs="Arial"/>
          <w:b/>
          <w:sz w:val="20"/>
          <w:szCs w:val="20"/>
        </w:rPr>
        <w:t>Additional Qualifications and Training:</w:t>
      </w:r>
    </w:p>
    <w:p w14:paraId="47698C1A" w14:textId="77777777" w:rsidR="00F5517B" w:rsidRPr="007E05CF" w:rsidRDefault="00F5517B" w:rsidP="00F5517B">
      <w:pPr>
        <w:ind w:left="-900"/>
        <w:rPr>
          <w:rFonts w:ascii="Arial" w:hAnsi="Arial" w:cs="Arial"/>
          <w:b/>
          <w:sz w:val="20"/>
          <w:szCs w:val="20"/>
        </w:rPr>
      </w:pPr>
    </w:p>
    <w:p w14:paraId="3730A52D" w14:textId="77777777" w:rsidR="00F5517B" w:rsidRPr="007E05CF" w:rsidRDefault="00F5517B" w:rsidP="00F5517B">
      <w:pPr>
        <w:ind w:left="-900" w:right="-1333"/>
        <w:rPr>
          <w:rFonts w:ascii="Arial" w:hAnsi="Arial" w:cs="Arial"/>
          <w:sz w:val="20"/>
        </w:rPr>
      </w:pPr>
      <w:r w:rsidRPr="007E05CF">
        <w:rPr>
          <w:rFonts w:ascii="Arial" w:hAnsi="Arial" w:cs="Arial"/>
          <w:sz w:val="20"/>
          <w:szCs w:val="20"/>
        </w:rPr>
        <w:t xml:space="preserve">Please provide details of any additional qualifications and training you have undergone. </w:t>
      </w:r>
    </w:p>
    <w:p w14:paraId="603D801E" w14:textId="77777777" w:rsidR="00F5517B" w:rsidRDefault="00F5517B" w:rsidP="00F5517B">
      <w:pPr>
        <w:rPr>
          <w:rFonts w:ascii="Arial" w:hAnsi="Arial" w:cs="Arial"/>
          <w:b/>
          <w:sz w:val="20"/>
          <w:szCs w:val="20"/>
        </w:rPr>
      </w:pPr>
    </w:p>
    <w:tbl>
      <w:tblPr>
        <w:tblW w:w="10568"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39"/>
        <w:gridCol w:w="2835"/>
        <w:gridCol w:w="4394"/>
      </w:tblGrid>
      <w:tr w:rsidR="00F5517B" w:rsidRPr="007E05CF" w14:paraId="10BDD351" w14:textId="77777777" w:rsidTr="00AA1700">
        <w:trPr>
          <w:cantSplit/>
          <w:trHeight w:val="637"/>
        </w:trPr>
        <w:tc>
          <w:tcPr>
            <w:tcW w:w="3339" w:type="dxa"/>
            <w:shd w:val="clear" w:color="auto" w:fill="D9D9D9" w:themeFill="background1" w:themeFillShade="D9"/>
          </w:tcPr>
          <w:p w14:paraId="3268F7C2" w14:textId="77777777" w:rsidR="00F5517B" w:rsidRPr="007E05CF" w:rsidRDefault="00F5517B" w:rsidP="00AA1700">
            <w:pPr>
              <w:rPr>
                <w:rFonts w:ascii="Arial" w:hAnsi="Arial" w:cs="Arial"/>
                <w:sz w:val="20"/>
                <w:szCs w:val="20"/>
              </w:rPr>
            </w:pPr>
            <w:r>
              <w:rPr>
                <w:rFonts w:ascii="Arial" w:hAnsi="Arial" w:cs="Arial"/>
                <w:sz w:val="20"/>
                <w:szCs w:val="20"/>
              </w:rPr>
              <w:t>Qualification/Training</w:t>
            </w:r>
          </w:p>
        </w:tc>
        <w:tc>
          <w:tcPr>
            <w:tcW w:w="2835" w:type="dxa"/>
            <w:shd w:val="clear" w:color="auto" w:fill="D9D9D9" w:themeFill="background1" w:themeFillShade="D9"/>
          </w:tcPr>
          <w:p w14:paraId="7FF5A6CA" w14:textId="77777777" w:rsidR="00F5517B" w:rsidRPr="007E05CF" w:rsidRDefault="00F5517B" w:rsidP="00AA1700">
            <w:pPr>
              <w:rPr>
                <w:rFonts w:ascii="Arial" w:hAnsi="Arial" w:cs="Arial"/>
                <w:b/>
                <w:bCs/>
                <w:sz w:val="20"/>
                <w:szCs w:val="20"/>
              </w:rPr>
            </w:pPr>
            <w:r>
              <w:rPr>
                <w:rFonts w:ascii="Arial" w:hAnsi="Arial" w:cs="Arial"/>
                <w:sz w:val="20"/>
                <w:szCs w:val="20"/>
              </w:rPr>
              <w:t>Dates (From – To)</w:t>
            </w:r>
          </w:p>
        </w:tc>
        <w:tc>
          <w:tcPr>
            <w:tcW w:w="4394" w:type="dxa"/>
            <w:shd w:val="clear" w:color="auto" w:fill="D9D9D9" w:themeFill="background1" w:themeFillShade="D9"/>
          </w:tcPr>
          <w:p w14:paraId="0E0C8102" w14:textId="77777777" w:rsidR="00F5517B" w:rsidRPr="007E05CF" w:rsidRDefault="00F5517B" w:rsidP="00AA1700">
            <w:pPr>
              <w:rPr>
                <w:rFonts w:ascii="Arial" w:hAnsi="Arial" w:cs="Arial"/>
                <w:sz w:val="20"/>
                <w:szCs w:val="20"/>
              </w:rPr>
            </w:pPr>
            <w:r>
              <w:rPr>
                <w:rFonts w:ascii="Arial" w:hAnsi="Arial" w:cs="Arial"/>
                <w:sz w:val="20"/>
                <w:szCs w:val="20"/>
              </w:rPr>
              <w:t xml:space="preserve">Result/Achievement </w:t>
            </w:r>
          </w:p>
        </w:tc>
      </w:tr>
      <w:tr w:rsidR="00F5517B" w:rsidRPr="007E05CF" w14:paraId="64BD320A" w14:textId="77777777" w:rsidTr="00AA1700">
        <w:trPr>
          <w:cantSplit/>
          <w:trHeight w:val="314"/>
        </w:trPr>
        <w:tc>
          <w:tcPr>
            <w:tcW w:w="3339" w:type="dxa"/>
          </w:tcPr>
          <w:p w14:paraId="5D6076A2" w14:textId="77777777" w:rsidR="00F5517B" w:rsidRDefault="00F5517B" w:rsidP="00AA1700">
            <w:pPr>
              <w:rPr>
                <w:rFonts w:ascii="Arial" w:hAnsi="Arial" w:cs="Arial"/>
                <w:sz w:val="20"/>
                <w:szCs w:val="20"/>
              </w:rPr>
            </w:pPr>
          </w:p>
          <w:p w14:paraId="58B40522" w14:textId="77777777" w:rsidR="00F5517B" w:rsidRDefault="00F5517B" w:rsidP="00AA1700">
            <w:pPr>
              <w:rPr>
                <w:rFonts w:ascii="Arial" w:hAnsi="Arial" w:cs="Arial"/>
                <w:sz w:val="20"/>
                <w:szCs w:val="20"/>
              </w:rPr>
            </w:pPr>
          </w:p>
          <w:p w14:paraId="0D35D2DB" w14:textId="77777777" w:rsidR="00F5517B" w:rsidRDefault="00F5517B" w:rsidP="00AA1700">
            <w:pPr>
              <w:rPr>
                <w:rFonts w:ascii="Arial" w:hAnsi="Arial" w:cs="Arial"/>
                <w:sz w:val="20"/>
                <w:szCs w:val="20"/>
              </w:rPr>
            </w:pPr>
          </w:p>
          <w:p w14:paraId="64E6C571" w14:textId="77777777" w:rsidR="00F5517B" w:rsidRDefault="00F5517B" w:rsidP="00AA1700">
            <w:pPr>
              <w:rPr>
                <w:rFonts w:ascii="Arial" w:hAnsi="Arial" w:cs="Arial"/>
                <w:sz w:val="20"/>
                <w:szCs w:val="20"/>
              </w:rPr>
            </w:pPr>
          </w:p>
          <w:p w14:paraId="04316E80" w14:textId="77777777" w:rsidR="00F5517B" w:rsidRDefault="00F5517B" w:rsidP="00AA1700">
            <w:pPr>
              <w:rPr>
                <w:rFonts w:ascii="Arial" w:hAnsi="Arial" w:cs="Arial"/>
                <w:sz w:val="20"/>
                <w:szCs w:val="20"/>
              </w:rPr>
            </w:pPr>
          </w:p>
          <w:p w14:paraId="7768CDEF" w14:textId="77777777" w:rsidR="00F5517B" w:rsidRDefault="00F5517B" w:rsidP="00AA1700">
            <w:pPr>
              <w:rPr>
                <w:rFonts w:ascii="Arial" w:hAnsi="Arial" w:cs="Arial"/>
                <w:sz w:val="20"/>
                <w:szCs w:val="20"/>
              </w:rPr>
            </w:pPr>
          </w:p>
          <w:p w14:paraId="0AB134D3" w14:textId="77777777" w:rsidR="00F5517B" w:rsidRDefault="00F5517B" w:rsidP="00AA1700">
            <w:pPr>
              <w:rPr>
                <w:rFonts w:ascii="Arial" w:hAnsi="Arial" w:cs="Arial"/>
                <w:sz w:val="20"/>
                <w:szCs w:val="20"/>
              </w:rPr>
            </w:pPr>
          </w:p>
          <w:p w14:paraId="4B4444D0" w14:textId="77777777" w:rsidR="00F5517B" w:rsidRDefault="00F5517B" w:rsidP="00AA1700">
            <w:pPr>
              <w:rPr>
                <w:rFonts w:ascii="Arial" w:hAnsi="Arial" w:cs="Arial"/>
                <w:sz w:val="20"/>
                <w:szCs w:val="20"/>
              </w:rPr>
            </w:pPr>
          </w:p>
          <w:p w14:paraId="1510C851" w14:textId="77777777" w:rsidR="00F5517B" w:rsidRDefault="00F5517B" w:rsidP="00AA1700">
            <w:pPr>
              <w:rPr>
                <w:rFonts w:ascii="Arial" w:hAnsi="Arial" w:cs="Arial"/>
                <w:sz w:val="20"/>
                <w:szCs w:val="20"/>
              </w:rPr>
            </w:pPr>
          </w:p>
          <w:p w14:paraId="3FE17C5B" w14:textId="77777777" w:rsidR="00F5517B" w:rsidRDefault="00F5517B" w:rsidP="00AA1700">
            <w:pPr>
              <w:rPr>
                <w:rFonts w:ascii="Arial" w:hAnsi="Arial" w:cs="Arial"/>
                <w:sz w:val="20"/>
                <w:szCs w:val="20"/>
              </w:rPr>
            </w:pPr>
          </w:p>
        </w:tc>
        <w:tc>
          <w:tcPr>
            <w:tcW w:w="2835" w:type="dxa"/>
          </w:tcPr>
          <w:p w14:paraId="486C79FD" w14:textId="77777777" w:rsidR="00F5517B" w:rsidRDefault="00F5517B" w:rsidP="00AA1700">
            <w:pPr>
              <w:rPr>
                <w:rFonts w:ascii="Arial" w:hAnsi="Arial" w:cs="Arial"/>
                <w:sz w:val="20"/>
                <w:szCs w:val="20"/>
              </w:rPr>
            </w:pPr>
          </w:p>
          <w:p w14:paraId="0490AAF7" w14:textId="77777777" w:rsidR="00F5517B" w:rsidRDefault="00F5517B" w:rsidP="00AA1700">
            <w:pPr>
              <w:rPr>
                <w:rFonts w:ascii="Arial" w:hAnsi="Arial" w:cs="Arial"/>
                <w:sz w:val="20"/>
                <w:szCs w:val="20"/>
              </w:rPr>
            </w:pPr>
          </w:p>
        </w:tc>
        <w:tc>
          <w:tcPr>
            <w:tcW w:w="4394" w:type="dxa"/>
          </w:tcPr>
          <w:p w14:paraId="3CFB8738" w14:textId="77777777" w:rsidR="00F5517B" w:rsidRDefault="00F5517B" w:rsidP="00AA1700">
            <w:pPr>
              <w:rPr>
                <w:rFonts w:ascii="Arial" w:hAnsi="Arial" w:cs="Arial"/>
                <w:sz w:val="20"/>
                <w:szCs w:val="20"/>
              </w:rPr>
            </w:pPr>
          </w:p>
          <w:p w14:paraId="187F3FBF" w14:textId="77777777" w:rsidR="00F5517B" w:rsidRPr="007E05CF" w:rsidRDefault="00F5517B" w:rsidP="00AA1700">
            <w:pPr>
              <w:rPr>
                <w:rFonts w:ascii="Arial" w:hAnsi="Arial" w:cs="Arial"/>
                <w:sz w:val="20"/>
                <w:szCs w:val="20"/>
              </w:rPr>
            </w:pPr>
          </w:p>
        </w:tc>
      </w:tr>
    </w:tbl>
    <w:p w14:paraId="4935978D" w14:textId="77777777" w:rsidR="00F5517B" w:rsidRDefault="00F5517B" w:rsidP="00F5517B">
      <w:pPr>
        <w:rPr>
          <w:rFonts w:ascii="Arial" w:hAnsi="Arial" w:cs="Arial"/>
          <w:b/>
          <w:sz w:val="20"/>
          <w:szCs w:val="20"/>
        </w:rPr>
      </w:pPr>
      <w:r>
        <w:rPr>
          <w:rFonts w:ascii="Arial" w:hAnsi="Arial" w:cs="Arial"/>
          <w:b/>
          <w:sz w:val="20"/>
          <w:szCs w:val="20"/>
        </w:rPr>
        <w:br w:type="page"/>
      </w:r>
    </w:p>
    <w:p w14:paraId="2803E7F9" w14:textId="77777777" w:rsidR="00F5517B" w:rsidRPr="00A101FE" w:rsidRDefault="00F5517B" w:rsidP="00F5517B">
      <w:pPr>
        <w:ind w:left="-900"/>
        <w:rPr>
          <w:rFonts w:ascii="Arial" w:hAnsi="Arial" w:cs="Arial"/>
          <w:b/>
          <w:sz w:val="20"/>
          <w:szCs w:val="20"/>
        </w:rPr>
      </w:pPr>
      <w:r w:rsidRPr="00A101FE">
        <w:rPr>
          <w:rFonts w:ascii="Arial" w:hAnsi="Arial" w:cs="Arial"/>
          <w:b/>
          <w:sz w:val="20"/>
          <w:szCs w:val="20"/>
        </w:rPr>
        <w:lastRenderedPageBreak/>
        <w:t>Employment History:</w:t>
      </w:r>
    </w:p>
    <w:p w14:paraId="38E6F694" w14:textId="77777777" w:rsidR="00F5517B" w:rsidRPr="007E05CF" w:rsidRDefault="00F5517B" w:rsidP="00F5517B">
      <w:pPr>
        <w:rPr>
          <w:rFonts w:ascii="Arial" w:hAnsi="Arial" w:cs="Arial"/>
          <w:sz w:val="20"/>
          <w:szCs w:val="20"/>
        </w:rPr>
      </w:pPr>
    </w:p>
    <w:p w14:paraId="0F8E4B4F" w14:textId="77777777" w:rsidR="00F5517B" w:rsidRPr="007E05CF" w:rsidRDefault="00F5517B" w:rsidP="00F5517B">
      <w:pPr>
        <w:ind w:left="-900" w:right="-1192"/>
        <w:rPr>
          <w:rFonts w:ascii="Arial" w:hAnsi="Arial" w:cs="Arial"/>
          <w:b/>
          <w:sz w:val="20"/>
          <w:szCs w:val="20"/>
        </w:rPr>
      </w:pPr>
      <w:r w:rsidRPr="007E05CF">
        <w:rPr>
          <w:rFonts w:ascii="Arial" w:hAnsi="Arial" w:cs="Arial"/>
          <w:sz w:val="20"/>
          <w:szCs w:val="20"/>
        </w:rPr>
        <w:t xml:space="preserve">Please outline your career history to date beginning with your most recent employment. </w:t>
      </w:r>
      <w:r w:rsidRPr="007E05CF">
        <w:rPr>
          <w:rFonts w:ascii="Arial" w:hAnsi="Arial" w:cs="Arial"/>
          <w:b/>
          <w:sz w:val="20"/>
          <w:szCs w:val="20"/>
        </w:rPr>
        <w:t xml:space="preserve">Please provide reasons for any gaps in employment. </w:t>
      </w:r>
    </w:p>
    <w:p w14:paraId="60EBCA5F" w14:textId="77777777" w:rsidR="00F5517B" w:rsidRPr="007E05CF" w:rsidRDefault="00F5517B" w:rsidP="00F5517B">
      <w:pPr>
        <w:rPr>
          <w:rFonts w:ascii="Arial" w:hAnsi="Arial" w:cs="Arial"/>
          <w:sz w:val="20"/>
          <w:szCs w:val="20"/>
        </w:rPr>
      </w:pPr>
    </w:p>
    <w:tbl>
      <w:tblPr>
        <w:tblW w:w="1044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2880"/>
        <w:gridCol w:w="3960"/>
      </w:tblGrid>
      <w:tr w:rsidR="00F5517B" w:rsidRPr="00A101FE" w14:paraId="6F5C6E2A" w14:textId="77777777" w:rsidTr="00AA1700">
        <w:tc>
          <w:tcPr>
            <w:tcW w:w="3600" w:type="dxa"/>
            <w:shd w:val="clear" w:color="auto" w:fill="D9D9D9" w:themeFill="background1" w:themeFillShade="D9"/>
          </w:tcPr>
          <w:p w14:paraId="50BF92F3" w14:textId="77777777" w:rsidR="00F5517B" w:rsidRPr="00A101FE" w:rsidRDefault="00F5517B" w:rsidP="00AA1700">
            <w:pPr>
              <w:jc w:val="center"/>
              <w:rPr>
                <w:rFonts w:ascii="Arial" w:hAnsi="Arial" w:cs="Arial"/>
                <w:sz w:val="20"/>
                <w:szCs w:val="20"/>
              </w:rPr>
            </w:pPr>
            <w:r w:rsidRPr="00A101FE">
              <w:rPr>
                <w:rFonts w:ascii="Arial" w:hAnsi="Arial" w:cs="Arial"/>
                <w:sz w:val="20"/>
                <w:szCs w:val="20"/>
              </w:rPr>
              <w:t xml:space="preserve">Name of Current Employer </w:t>
            </w:r>
          </w:p>
        </w:tc>
        <w:tc>
          <w:tcPr>
            <w:tcW w:w="2880" w:type="dxa"/>
            <w:shd w:val="clear" w:color="auto" w:fill="D9D9D9" w:themeFill="background1" w:themeFillShade="D9"/>
          </w:tcPr>
          <w:p w14:paraId="60755874" w14:textId="77777777" w:rsidR="00F5517B" w:rsidRPr="00A101FE" w:rsidRDefault="00F5517B" w:rsidP="00AA1700">
            <w:pPr>
              <w:jc w:val="center"/>
              <w:rPr>
                <w:rFonts w:ascii="Arial" w:hAnsi="Arial" w:cs="Arial"/>
                <w:sz w:val="20"/>
                <w:szCs w:val="20"/>
              </w:rPr>
            </w:pPr>
            <w:r w:rsidRPr="00A101FE">
              <w:rPr>
                <w:rFonts w:ascii="Arial" w:hAnsi="Arial" w:cs="Arial"/>
                <w:sz w:val="20"/>
                <w:szCs w:val="20"/>
              </w:rPr>
              <w:t xml:space="preserve"> Nature of Organisation and Sector</w:t>
            </w:r>
          </w:p>
        </w:tc>
        <w:tc>
          <w:tcPr>
            <w:tcW w:w="3960" w:type="dxa"/>
            <w:shd w:val="clear" w:color="auto" w:fill="D9D9D9" w:themeFill="background1" w:themeFillShade="D9"/>
          </w:tcPr>
          <w:p w14:paraId="10CF54BA" w14:textId="77777777" w:rsidR="00F5517B" w:rsidRPr="00A101FE" w:rsidRDefault="00F5517B" w:rsidP="00AA1700">
            <w:pPr>
              <w:jc w:val="center"/>
              <w:rPr>
                <w:rFonts w:ascii="Arial" w:hAnsi="Arial" w:cs="Arial"/>
                <w:sz w:val="20"/>
                <w:szCs w:val="20"/>
              </w:rPr>
            </w:pPr>
            <w:r w:rsidRPr="00A101FE">
              <w:rPr>
                <w:rFonts w:ascii="Arial" w:hAnsi="Arial" w:cs="Arial"/>
                <w:sz w:val="20"/>
                <w:szCs w:val="20"/>
              </w:rPr>
              <w:t>Title of Position(s) Held</w:t>
            </w:r>
          </w:p>
          <w:p w14:paraId="7CF21D56" w14:textId="77777777" w:rsidR="00F5517B" w:rsidRPr="00A101FE" w:rsidRDefault="00F5517B" w:rsidP="00AA1700">
            <w:pPr>
              <w:jc w:val="center"/>
              <w:rPr>
                <w:rFonts w:ascii="Arial" w:hAnsi="Arial" w:cs="Arial"/>
                <w:sz w:val="20"/>
                <w:szCs w:val="20"/>
              </w:rPr>
            </w:pPr>
          </w:p>
        </w:tc>
      </w:tr>
      <w:tr w:rsidR="00F5517B" w:rsidRPr="00A101FE" w14:paraId="797AE01C" w14:textId="77777777" w:rsidTr="00AA1700">
        <w:tc>
          <w:tcPr>
            <w:tcW w:w="3600" w:type="dxa"/>
            <w:tcBorders>
              <w:bottom w:val="single" w:sz="4" w:space="0" w:color="auto"/>
            </w:tcBorders>
          </w:tcPr>
          <w:p w14:paraId="47FB4043" w14:textId="77777777" w:rsidR="00F5517B" w:rsidRPr="00A101FE" w:rsidRDefault="00F5517B" w:rsidP="00AA1700">
            <w:pPr>
              <w:jc w:val="center"/>
              <w:rPr>
                <w:rFonts w:ascii="Arial" w:hAnsi="Arial" w:cs="Arial"/>
                <w:sz w:val="20"/>
                <w:szCs w:val="20"/>
              </w:rPr>
            </w:pPr>
          </w:p>
          <w:p w14:paraId="0CDD1FB0" w14:textId="77777777" w:rsidR="00F5517B" w:rsidRPr="00A101FE" w:rsidRDefault="00F5517B" w:rsidP="00AA1700">
            <w:pPr>
              <w:jc w:val="center"/>
              <w:rPr>
                <w:rFonts w:ascii="Arial" w:hAnsi="Arial" w:cs="Arial"/>
                <w:sz w:val="20"/>
                <w:szCs w:val="20"/>
              </w:rPr>
            </w:pPr>
          </w:p>
          <w:p w14:paraId="1A155225" w14:textId="77777777" w:rsidR="00F5517B" w:rsidRPr="00A101FE" w:rsidRDefault="00F5517B" w:rsidP="00AA1700">
            <w:pPr>
              <w:jc w:val="center"/>
              <w:rPr>
                <w:rFonts w:ascii="Arial" w:hAnsi="Arial" w:cs="Arial"/>
                <w:sz w:val="20"/>
                <w:szCs w:val="20"/>
              </w:rPr>
            </w:pPr>
          </w:p>
        </w:tc>
        <w:tc>
          <w:tcPr>
            <w:tcW w:w="2880" w:type="dxa"/>
            <w:tcBorders>
              <w:bottom w:val="single" w:sz="4" w:space="0" w:color="auto"/>
            </w:tcBorders>
          </w:tcPr>
          <w:p w14:paraId="3EFD198D" w14:textId="77777777" w:rsidR="00F5517B" w:rsidRPr="00A101FE" w:rsidRDefault="00F5517B" w:rsidP="00AA1700">
            <w:pPr>
              <w:jc w:val="center"/>
              <w:rPr>
                <w:rFonts w:ascii="Arial" w:hAnsi="Arial" w:cs="Arial"/>
                <w:sz w:val="20"/>
                <w:szCs w:val="20"/>
              </w:rPr>
            </w:pPr>
          </w:p>
        </w:tc>
        <w:tc>
          <w:tcPr>
            <w:tcW w:w="3960" w:type="dxa"/>
            <w:tcBorders>
              <w:bottom w:val="single" w:sz="4" w:space="0" w:color="auto"/>
            </w:tcBorders>
          </w:tcPr>
          <w:p w14:paraId="0ECA1456" w14:textId="77777777" w:rsidR="00F5517B" w:rsidRPr="00A101FE" w:rsidRDefault="00F5517B" w:rsidP="00AA1700">
            <w:pPr>
              <w:jc w:val="center"/>
              <w:rPr>
                <w:rFonts w:ascii="Arial" w:hAnsi="Arial" w:cs="Arial"/>
                <w:sz w:val="20"/>
                <w:szCs w:val="20"/>
              </w:rPr>
            </w:pPr>
          </w:p>
        </w:tc>
      </w:tr>
      <w:tr w:rsidR="00F5517B" w:rsidRPr="00A101FE" w14:paraId="4A83EE47" w14:textId="77777777" w:rsidTr="00AA1700">
        <w:tc>
          <w:tcPr>
            <w:tcW w:w="3600" w:type="dxa"/>
            <w:shd w:val="clear" w:color="auto" w:fill="D9D9D9" w:themeFill="background1" w:themeFillShade="D9"/>
          </w:tcPr>
          <w:p w14:paraId="79F48D33" w14:textId="77777777" w:rsidR="00F5517B" w:rsidRPr="00A101FE" w:rsidRDefault="00F5517B" w:rsidP="00AA1700">
            <w:pPr>
              <w:jc w:val="center"/>
              <w:rPr>
                <w:rFonts w:ascii="Arial" w:hAnsi="Arial" w:cs="Arial"/>
                <w:sz w:val="20"/>
                <w:szCs w:val="20"/>
              </w:rPr>
            </w:pPr>
            <w:r w:rsidRPr="00A101FE">
              <w:rPr>
                <w:rFonts w:ascii="Arial" w:hAnsi="Arial" w:cs="Arial"/>
                <w:sz w:val="20"/>
                <w:szCs w:val="20"/>
              </w:rPr>
              <w:t>Job Title of Line Manager(s)</w:t>
            </w:r>
          </w:p>
          <w:p w14:paraId="35D9E79F" w14:textId="77777777" w:rsidR="00F5517B" w:rsidRPr="00A101FE" w:rsidRDefault="00F5517B" w:rsidP="00AA1700">
            <w:pPr>
              <w:rPr>
                <w:rFonts w:ascii="Arial" w:hAnsi="Arial" w:cs="Arial"/>
                <w:sz w:val="20"/>
                <w:szCs w:val="20"/>
              </w:rPr>
            </w:pPr>
          </w:p>
        </w:tc>
        <w:tc>
          <w:tcPr>
            <w:tcW w:w="2880" w:type="dxa"/>
            <w:shd w:val="clear" w:color="auto" w:fill="D9D9D9" w:themeFill="background1" w:themeFillShade="D9"/>
          </w:tcPr>
          <w:p w14:paraId="03978F9D" w14:textId="77777777" w:rsidR="00F5517B" w:rsidRPr="00A101FE" w:rsidRDefault="00F5517B" w:rsidP="00AA1700">
            <w:pPr>
              <w:jc w:val="center"/>
              <w:rPr>
                <w:rFonts w:ascii="Arial" w:hAnsi="Arial" w:cs="Arial"/>
                <w:sz w:val="20"/>
                <w:szCs w:val="20"/>
              </w:rPr>
            </w:pPr>
            <w:r w:rsidRPr="00A101FE">
              <w:rPr>
                <w:rFonts w:ascii="Arial" w:hAnsi="Arial" w:cs="Arial"/>
                <w:sz w:val="20"/>
                <w:szCs w:val="20"/>
              </w:rPr>
              <w:t>Dates (Month and Year)</w:t>
            </w:r>
          </w:p>
          <w:p w14:paraId="686D2D22" w14:textId="77777777" w:rsidR="00F5517B" w:rsidRPr="00A101FE" w:rsidRDefault="00F5517B" w:rsidP="00AA1700">
            <w:pPr>
              <w:jc w:val="center"/>
              <w:rPr>
                <w:rFonts w:ascii="Arial" w:hAnsi="Arial" w:cs="Arial"/>
                <w:sz w:val="20"/>
                <w:szCs w:val="20"/>
              </w:rPr>
            </w:pPr>
            <w:r w:rsidRPr="00A101FE">
              <w:rPr>
                <w:rFonts w:ascii="Arial" w:hAnsi="Arial" w:cs="Arial"/>
                <w:sz w:val="20"/>
                <w:szCs w:val="20"/>
              </w:rPr>
              <w:t>From –To</w:t>
            </w:r>
          </w:p>
        </w:tc>
        <w:tc>
          <w:tcPr>
            <w:tcW w:w="3960" w:type="dxa"/>
            <w:shd w:val="clear" w:color="auto" w:fill="D9D9D9" w:themeFill="background1" w:themeFillShade="D9"/>
          </w:tcPr>
          <w:p w14:paraId="3F696CE9" w14:textId="77777777" w:rsidR="00F5517B" w:rsidRPr="00A101FE" w:rsidRDefault="00F5517B" w:rsidP="00AA1700">
            <w:pPr>
              <w:jc w:val="center"/>
              <w:rPr>
                <w:rFonts w:ascii="Arial" w:hAnsi="Arial" w:cs="Arial"/>
                <w:sz w:val="20"/>
                <w:szCs w:val="20"/>
              </w:rPr>
            </w:pPr>
            <w:r w:rsidRPr="00A101FE">
              <w:rPr>
                <w:rFonts w:ascii="Arial" w:hAnsi="Arial" w:cs="Arial"/>
                <w:sz w:val="20"/>
                <w:szCs w:val="20"/>
              </w:rPr>
              <w:t>Reason for seeking to leave</w:t>
            </w:r>
          </w:p>
        </w:tc>
      </w:tr>
      <w:tr w:rsidR="00F5517B" w:rsidRPr="00A101FE" w14:paraId="0D095744" w14:textId="77777777" w:rsidTr="00AA1700">
        <w:tc>
          <w:tcPr>
            <w:tcW w:w="3600" w:type="dxa"/>
            <w:tcBorders>
              <w:bottom w:val="single" w:sz="4" w:space="0" w:color="auto"/>
            </w:tcBorders>
          </w:tcPr>
          <w:p w14:paraId="4258E625" w14:textId="77777777" w:rsidR="00F5517B" w:rsidRPr="00A101FE" w:rsidRDefault="00F5517B" w:rsidP="00AA1700">
            <w:pPr>
              <w:rPr>
                <w:rFonts w:ascii="Arial" w:hAnsi="Arial" w:cs="Arial"/>
                <w:sz w:val="20"/>
                <w:szCs w:val="20"/>
              </w:rPr>
            </w:pPr>
          </w:p>
          <w:p w14:paraId="6781F6CD" w14:textId="77777777" w:rsidR="00F5517B" w:rsidRPr="00A101FE" w:rsidRDefault="00F5517B" w:rsidP="00AA1700">
            <w:pPr>
              <w:rPr>
                <w:rFonts w:ascii="Arial" w:hAnsi="Arial" w:cs="Arial"/>
                <w:sz w:val="20"/>
                <w:szCs w:val="20"/>
              </w:rPr>
            </w:pPr>
          </w:p>
        </w:tc>
        <w:tc>
          <w:tcPr>
            <w:tcW w:w="2880" w:type="dxa"/>
            <w:tcBorders>
              <w:bottom w:val="single" w:sz="4" w:space="0" w:color="auto"/>
            </w:tcBorders>
          </w:tcPr>
          <w:p w14:paraId="7FE5FCBF" w14:textId="77777777" w:rsidR="00F5517B" w:rsidRPr="00A101FE" w:rsidRDefault="00F5517B" w:rsidP="00AA1700">
            <w:pPr>
              <w:rPr>
                <w:rFonts w:ascii="Arial" w:hAnsi="Arial" w:cs="Arial"/>
                <w:sz w:val="20"/>
                <w:szCs w:val="20"/>
              </w:rPr>
            </w:pPr>
          </w:p>
          <w:p w14:paraId="351E2944" w14:textId="77777777" w:rsidR="00F5517B" w:rsidRPr="00A101FE" w:rsidRDefault="00F5517B" w:rsidP="00AA1700">
            <w:pPr>
              <w:rPr>
                <w:rFonts w:ascii="Arial" w:hAnsi="Arial" w:cs="Arial"/>
                <w:sz w:val="20"/>
                <w:szCs w:val="20"/>
              </w:rPr>
            </w:pPr>
          </w:p>
        </w:tc>
        <w:tc>
          <w:tcPr>
            <w:tcW w:w="3960" w:type="dxa"/>
            <w:tcBorders>
              <w:bottom w:val="single" w:sz="4" w:space="0" w:color="auto"/>
            </w:tcBorders>
          </w:tcPr>
          <w:p w14:paraId="6121F589" w14:textId="77777777" w:rsidR="00F5517B" w:rsidRPr="00A101FE" w:rsidRDefault="00F5517B" w:rsidP="00AA1700">
            <w:pPr>
              <w:rPr>
                <w:rFonts w:ascii="Arial" w:hAnsi="Arial" w:cs="Arial"/>
                <w:sz w:val="20"/>
                <w:szCs w:val="20"/>
              </w:rPr>
            </w:pPr>
          </w:p>
          <w:p w14:paraId="6ED56ED2" w14:textId="77777777" w:rsidR="00F5517B" w:rsidRPr="00A101FE" w:rsidRDefault="00F5517B" w:rsidP="00AA1700">
            <w:pPr>
              <w:rPr>
                <w:rFonts w:ascii="Arial" w:hAnsi="Arial" w:cs="Arial"/>
                <w:sz w:val="20"/>
                <w:szCs w:val="20"/>
              </w:rPr>
            </w:pPr>
          </w:p>
        </w:tc>
      </w:tr>
      <w:tr w:rsidR="00F5517B" w:rsidRPr="007E05CF" w14:paraId="658FF991" w14:textId="77777777" w:rsidTr="00AA1700">
        <w:tc>
          <w:tcPr>
            <w:tcW w:w="10440" w:type="dxa"/>
            <w:gridSpan w:val="3"/>
            <w:shd w:val="clear" w:color="auto" w:fill="D9D9D9" w:themeFill="background1" w:themeFillShade="D9"/>
          </w:tcPr>
          <w:p w14:paraId="3A65919D" w14:textId="77777777" w:rsidR="00F5517B" w:rsidRPr="00A101FE" w:rsidRDefault="00F5517B" w:rsidP="00AA1700">
            <w:pPr>
              <w:jc w:val="center"/>
              <w:rPr>
                <w:rFonts w:ascii="Arial" w:hAnsi="Arial" w:cs="Arial"/>
                <w:sz w:val="20"/>
                <w:szCs w:val="20"/>
              </w:rPr>
            </w:pPr>
            <w:r w:rsidRPr="00A101FE">
              <w:rPr>
                <w:rFonts w:ascii="Arial" w:hAnsi="Arial" w:cs="Arial"/>
                <w:sz w:val="20"/>
                <w:szCs w:val="20"/>
              </w:rPr>
              <w:t xml:space="preserve">Principal Duties of Post(s) Held </w:t>
            </w:r>
          </w:p>
        </w:tc>
      </w:tr>
      <w:tr w:rsidR="00F5517B" w:rsidRPr="007E05CF" w14:paraId="377BDAC5" w14:textId="77777777" w:rsidTr="00AA1700">
        <w:tc>
          <w:tcPr>
            <w:tcW w:w="10440" w:type="dxa"/>
            <w:gridSpan w:val="3"/>
          </w:tcPr>
          <w:p w14:paraId="5F661F18" w14:textId="77777777" w:rsidR="00F5517B" w:rsidRPr="007E05CF" w:rsidRDefault="00F5517B" w:rsidP="00AA1700">
            <w:pPr>
              <w:rPr>
                <w:rFonts w:ascii="Arial" w:hAnsi="Arial" w:cs="Arial"/>
                <w:sz w:val="20"/>
                <w:szCs w:val="20"/>
              </w:rPr>
            </w:pPr>
          </w:p>
          <w:p w14:paraId="6BC3B960" w14:textId="77777777" w:rsidR="00F5517B" w:rsidRPr="007E05CF" w:rsidRDefault="00F5517B" w:rsidP="00AA1700">
            <w:pPr>
              <w:rPr>
                <w:rFonts w:ascii="Arial" w:hAnsi="Arial" w:cs="Arial"/>
                <w:sz w:val="20"/>
                <w:szCs w:val="20"/>
              </w:rPr>
            </w:pPr>
          </w:p>
          <w:p w14:paraId="4EAB9A06" w14:textId="77777777" w:rsidR="00F5517B" w:rsidRPr="007E05CF" w:rsidRDefault="00F5517B" w:rsidP="00AA1700">
            <w:pPr>
              <w:rPr>
                <w:rFonts w:ascii="Arial" w:hAnsi="Arial" w:cs="Arial"/>
                <w:sz w:val="20"/>
                <w:szCs w:val="20"/>
              </w:rPr>
            </w:pPr>
          </w:p>
          <w:p w14:paraId="2840C5A7" w14:textId="77777777" w:rsidR="00F5517B" w:rsidRPr="007E05CF" w:rsidRDefault="00F5517B" w:rsidP="00AA1700">
            <w:pPr>
              <w:rPr>
                <w:rFonts w:ascii="Arial" w:hAnsi="Arial" w:cs="Arial"/>
                <w:sz w:val="20"/>
                <w:szCs w:val="20"/>
              </w:rPr>
            </w:pPr>
          </w:p>
          <w:p w14:paraId="57EB599B" w14:textId="77777777" w:rsidR="00F5517B" w:rsidRPr="007E05CF" w:rsidRDefault="00F5517B" w:rsidP="00AA1700">
            <w:pPr>
              <w:rPr>
                <w:rFonts w:ascii="Arial" w:hAnsi="Arial" w:cs="Arial"/>
                <w:sz w:val="20"/>
                <w:szCs w:val="20"/>
              </w:rPr>
            </w:pPr>
          </w:p>
          <w:p w14:paraId="7AD96326" w14:textId="77777777" w:rsidR="00F5517B" w:rsidRPr="007E05CF" w:rsidRDefault="00F5517B" w:rsidP="00AA1700">
            <w:pPr>
              <w:rPr>
                <w:rFonts w:ascii="Arial" w:hAnsi="Arial" w:cs="Arial"/>
                <w:sz w:val="20"/>
                <w:szCs w:val="20"/>
              </w:rPr>
            </w:pPr>
          </w:p>
          <w:p w14:paraId="00BDB2D4" w14:textId="77777777" w:rsidR="00F5517B" w:rsidRPr="007E05CF" w:rsidRDefault="00F5517B" w:rsidP="00AA1700">
            <w:pPr>
              <w:rPr>
                <w:rFonts w:ascii="Arial" w:hAnsi="Arial" w:cs="Arial"/>
                <w:sz w:val="20"/>
                <w:szCs w:val="20"/>
              </w:rPr>
            </w:pPr>
          </w:p>
          <w:p w14:paraId="0882129C" w14:textId="77777777" w:rsidR="00F5517B" w:rsidRPr="007E05CF" w:rsidRDefault="00F5517B" w:rsidP="00AA1700">
            <w:pPr>
              <w:rPr>
                <w:rFonts w:ascii="Arial" w:hAnsi="Arial" w:cs="Arial"/>
                <w:sz w:val="20"/>
                <w:szCs w:val="20"/>
              </w:rPr>
            </w:pPr>
          </w:p>
          <w:p w14:paraId="0110A8DE" w14:textId="77777777" w:rsidR="00F5517B" w:rsidRPr="007E05CF" w:rsidRDefault="00F5517B" w:rsidP="00AA1700">
            <w:pPr>
              <w:rPr>
                <w:rFonts w:ascii="Arial" w:hAnsi="Arial" w:cs="Arial"/>
                <w:sz w:val="20"/>
              </w:rPr>
            </w:pPr>
          </w:p>
          <w:p w14:paraId="772B027B" w14:textId="77777777" w:rsidR="00F5517B" w:rsidRPr="007E05CF" w:rsidRDefault="00F5517B" w:rsidP="00AA1700">
            <w:pPr>
              <w:rPr>
                <w:rFonts w:ascii="Arial" w:hAnsi="Arial" w:cs="Arial"/>
                <w:sz w:val="20"/>
                <w:szCs w:val="20"/>
              </w:rPr>
            </w:pPr>
          </w:p>
          <w:p w14:paraId="480B2939" w14:textId="77777777" w:rsidR="00F5517B" w:rsidRPr="007E05CF" w:rsidRDefault="00F5517B" w:rsidP="00AA1700">
            <w:pPr>
              <w:rPr>
                <w:rFonts w:ascii="Arial" w:hAnsi="Arial" w:cs="Arial"/>
                <w:sz w:val="20"/>
                <w:szCs w:val="20"/>
              </w:rPr>
            </w:pPr>
          </w:p>
          <w:p w14:paraId="6F395921" w14:textId="77777777" w:rsidR="00F5517B" w:rsidRPr="007E05CF" w:rsidRDefault="00F5517B" w:rsidP="00AA1700">
            <w:pPr>
              <w:rPr>
                <w:rFonts w:ascii="Arial" w:hAnsi="Arial" w:cs="Arial"/>
                <w:sz w:val="20"/>
              </w:rPr>
            </w:pPr>
          </w:p>
          <w:p w14:paraId="061D36A3" w14:textId="77777777" w:rsidR="00F5517B" w:rsidRPr="007E05CF" w:rsidRDefault="00F5517B" w:rsidP="00AA1700">
            <w:pPr>
              <w:rPr>
                <w:rFonts w:ascii="Arial" w:hAnsi="Arial" w:cs="Arial"/>
                <w:sz w:val="20"/>
                <w:szCs w:val="20"/>
              </w:rPr>
            </w:pPr>
          </w:p>
          <w:p w14:paraId="29C5B135" w14:textId="77777777" w:rsidR="00F5517B" w:rsidRDefault="00F5517B" w:rsidP="00AA1700">
            <w:pPr>
              <w:rPr>
                <w:rFonts w:ascii="Arial" w:hAnsi="Arial" w:cs="Arial"/>
                <w:sz w:val="20"/>
              </w:rPr>
            </w:pPr>
          </w:p>
          <w:p w14:paraId="202BF541" w14:textId="77777777" w:rsidR="00F5517B" w:rsidRPr="007E05CF" w:rsidRDefault="00F5517B" w:rsidP="00AA1700">
            <w:pPr>
              <w:rPr>
                <w:rFonts w:ascii="Arial" w:hAnsi="Arial" w:cs="Arial"/>
                <w:sz w:val="20"/>
              </w:rPr>
            </w:pPr>
          </w:p>
          <w:p w14:paraId="516C7E87" w14:textId="77777777" w:rsidR="00F5517B" w:rsidRPr="007E05CF" w:rsidRDefault="00F5517B" w:rsidP="00AA1700">
            <w:pPr>
              <w:rPr>
                <w:rFonts w:ascii="Arial" w:hAnsi="Arial" w:cs="Arial"/>
                <w:sz w:val="20"/>
              </w:rPr>
            </w:pPr>
          </w:p>
          <w:p w14:paraId="4A3ED88F" w14:textId="77777777" w:rsidR="00F5517B" w:rsidRPr="007E05CF" w:rsidRDefault="00F5517B" w:rsidP="00AA1700">
            <w:pPr>
              <w:rPr>
                <w:rFonts w:ascii="Arial" w:hAnsi="Arial" w:cs="Arial"/>
                <w:sz w:val="20"/>
                <w:szCs w:val="20"/>
              </w:rPr>
            </w:pPr>
          </w:p>
          <w:p w14:paraId="6806C5C8" w14:textId="77777777" w:rsidR="00F5517B" w:rsidRPr="007E05CF" w:rsidRDefault="00F5517B" w:rsidP="00AA1700">
            <w:pPr>
              <w:rPr>
                <w:rFonts w:ascii="Arial" w:hAnsi="Arial" w:cs="Arial"/>
                <w:sz w:val="20"/>
                <w:szCs w:val="20"/>
              </w:rPr>
            </w:pPr>
          </w:p>
          <w:p w14:paraId="66DE6FB5" w14:textId="77777777" w:rsidR="00F5517B" w:rsidRPr="007E05CF" w:rsidRDefault="00F5517B" w:rsidP="00AA1700">
            <w:pPr>
              <w:rPr>
                <w:rFonts w:ascii="Arial" w:hAnsi="Arial" w:cs="Arial"/>
                <w:sz w:val="20"/>
                <w:szCs w:val="20"/>
              </w:rPr>
            </w:pPr>
          </w:p>
          <w:p w14:paraId="7E705BBA" w14:textId="77777777" w:rsidR="00F5517B" w:rsidRPr="007E05CF" w:rsidRDefault="00F5517B" w:rsidP="00AA1700">
            <w:pPr>
              <w:rPr>
                <w:rFonts w:ascii="Arial" w:hAnsi="Arial" w:cs="Arial"/>
                <w:sz w:val="20"/>
                <w:szCs w:val="20"/>
              </w:rPr>
            </w:pPr>
          </w:p>
        </w:tc>
      </w:tr>
    </w:tbl>
    <w:p w14:paraId="25847622" w14:textId="77777777" w:rsidR="00F5517B" w:rsidRPr="007E05CF" w:rsidRDefault="00F5517B" w:rsidP="00F5517B">
      <w:pPr>
        <w:rPr>
          <w:rFonts w:ascii="Arial" w:hAnsi="Arial" w:cs="Arial"/>
          <w:i/>
          <w:iCs/>
          <w:sz w:val="20"/>
          <w:szCs w:val="20"/>
        </w:rPr>
      </w:pPr>
    </w:p>
    <w:tbl>
      <w:tblPr>
        <w:tblW w:w="1044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2880"/>
        <w:gridCol w:w="3960"/>
      </w:tblGrid>
      <w:tr w:rsidR="00F5517B" w:rsidRPr="007E05CF" w14:paraId="3F27D058" w14:textId="77777777" w:rsidTr="00AA1700">
        <w:tc>
          <w:tcPr>
            <w:tcW w:w="3600" w:type="dxa"/>
            <w:shd w:val="clear" w:color="auto" w:fill="D9D9D9" w:themeFill="background1" w:themeFillShade="D9"/>
          </w:tcPr>
          <w:p w14:paraId="65B4C387" w14:textId="77777777" w:rsidR="00F5517B" w:rsidRPr="007E05CF" w:rsidRDefault="00F5517B" w:rsidP="00AA1700">
            <w:pPr>
              <w:jc w:val="center"/>
              <w:rPr>
                <w:rFonts w:ascii="Arial" w:hAnsi="Arial" w:cs="Arial"/>
                <w:sz w:val="20"/>
                <w:szCs w:val="20"/>
              </w:rPr>
            </w:pPr>
            <w:r w:rsidRPr="007E05CF">
              <w:rPr>
                <w:rFonts w:ascii="Arial" w:hAnsi="Arial" w:cs="Arial"/>
                <w:sz w:val="20"/>
                <w:szCs w:val="20"/>
              </w:rPr>
              <w:t xml:space="preserve">Name of Previous Employer </w:t>
            </w:r>
          </w:p>
        </w:tc>
        <w:tc>
          <w:tcPr>
            <w:tcW w:w="2880" w:type="dxa"/>
            <w:shd w:val="clear" w:color="auto" w:fill="D9D9D9" w:themeFill="background1" w:themeFillShade="D9"/>
          </w:tcPr>
          <w:p w14:paraId="62BDEF54" w14:textId="77777777" w:rsidR="00F5517B" w:rsidRPr="007E05CF" w:rsidRDefault="00F5517B" w:rsidP="00AA1700">
            <w:pPr>
              <w:jc w:val="center"/>
              <w:rPr>
                <w:rFonts w:ascii="Arial" w:hAnsi="Arial" w:cs="Arial"/>
                <w:sz w:val="20"/>
                <w:szCs w:val="20"/>
              </w:rPr>
            </w:pPr>
            <w:r w:rsidRPr="007E05CF">
              <w:rPr>
                <w:rFonts w:ascii="Arial" w:hAnsi="Arial" w:cs="Arial"/>
                <w:sz w:val="20"/>
                <w:szCs w:val="20"/>
              </w:rPr>
              <w:t xml:space="preserve"> Nature of Organisation and Sector</w:t>
            </w:r>
          </w:p>
        </w:tc>
        <w:tc>
          <w:tcPr>
            <w:tcW w:w="3960" w:type="dxa"/>
            <w:shd w:val="clear" w:color="auto" w:fill="D9D9D9" w:themeFill="background1" w:themeFillShade="D9"/>
          </w:tcPr>
          <w:p w14:paraId="2B9348D3" w14:textId="77777777" w:rsidR="00F5517B" w:rsidRPr="007E05CF" w:rsidRDefault="00F5517B" w:rsidP="00AA1700">
            <w:pPr>
              <w:jc w:val="center"/>
              <w:rPr>
                <w:rFonts w:ascii="Arial" w:hAnsi="Arial" w:cs="Arial"/>
                <w:sz w:val="20"/>
                <w:szCs w:val="20"/>
              </w:rPr>
            </w:pPr>
            <w:r w:rsidRPr="007E05CF">
              <w:rPr>
                <w:rFonts w:ascii="Arial" w:hAnsi="Arial" w:cs="Arial"/>
                <w:sz w:val="20"/>
                <w:szCs w:val="20"/>
              </w:rPr>
              <w:t>Title of Position(s) Held</w:t>
            </w:r>
          </w:p>
          <w:p w14:paraId="4C5DA24A" w14:textId="77777777" w:rsidR="00F5517B" w:rsidRPr="007E05CF" w:rsidRDefault="00F5517B" w:rsidP="00AA1700">
            <w:pPr>
              <w:jc w:val="center"/>
              <w:rPr>
                <w:rFonts w:ascii="Arial" w:hAnsi="Arial" w:cs="Arial"/>
                <w:sz w:val="20"/>
                <w:szCs w:val="20"/>
              </w:rPr>
            </w:pPr>
          </w:p>
        </w:tc>
      </w:tr>
      <w:tr w:rsidR="00F5517B" w:rsidRPr="007E05CF" w14:paraId="06C8F822" w14:textId="77777777" w:rsidTr="00AA1700">
        <w:tc>
          <w:tcPr>
            <w:tcW w:w="3600" w:type="dxa"/>
            <w:tcBorders>
              <w:bottom w:val="single" w:sz="4" w:space="0" w:color="auto"/>
            </w:tcBorders>
          </w:tcPr>
          <w:p w14:paraId="7570832D" w14:textId="77777777" w:rsidR="00F5517B" w:rsidRPr="007E05CF" w:rsidRDefault="00F5517B" w:rsidP="00AA1700">
            <w:pPr>
              <w:jc w:val="center"/>
              <w:rPr>
                <w:rFonts w:ascii="Arial" w:hAnsi="Arial" w:cs="Arial"/>
                <w:sz w:val="20"/>
                <w:szCs w:val="20"/>
              </w:rPr>
            </w:pPr>
          </w:p>
          <w:p w14:paraId="786552ED" w14:textId="77777777" w:rsidR="00F5517B" w:rsidRPr="007E05CF" w:rsidRDefault="00F5517B" w:rsidP="00AA1700">
            <w:pPr>
              <w:jc w:val="center"/>
              <w:rPr>
                <w:rFonts w:ascii="Arial" w:hAnsi="Arial" w:cs="Arial"/>
                <w:sz w:val="20"/>
                <w:szCs w:val="20"/>
              </w:rPr>
            </w:pPr>
          </w:p>
        </w:tc>
        <w:tc>
          <w:tcPr>
            <w:tcW w:w="2880" w:type="dxa"/>
            <w:tcBorders>
              <w:bottom w:val="single" w:sz="4" w:space="0" w:color="auto"/>
            </w:tcBorders>
          </w:tcPr>
          <w:p w14:paraId="622B386B" w14:textId="77777777" w:rsidR="00F5517B" w:rsidRPr="007E05CF" w:rsidRDefault="00F5517B" w:rsidP="00AA1700">
            <w:pPr>
              <w:jc w:val="center"/>
              <w:rPr>
                <w:rFonts w:ascii="Arial" w:hAnsi="Arial" w:cs="Arial"/>
                <w:sz w:val="20"/>
                <w:szCs w:val="20"/>
              </w:rPr>
            </w:pPr>
          </w:p>
        </w:tc>
        <w:tc>
          <w:tcPr>
            <w:tcW w:w="3960" w:type="dxa"/>
            <w:tcBorders>
              <w:bottom w:val="single" w:sz="4" w:space="0" w:color="auto"/>
            </w:tcBorders>
          </w:tcPr>
          <w:p w14:paraId="2F20577C" w14:textId="77777777" w:rsidR="00F5517B" w:rsidRPr="007E05CF" w:rsidRDefault="00F5517B" w:rsidP="00AA1700">
            <w:pPr>
              <w:jc w:val="center"/>
              <w:rPr>
                <w:rFonts w:ascii="Arial" w:hAnsi="Arial" w:cs="Arial"/>
                <w:sz w:val="20"/>
                <w:szCs w:val="20"/>
              </w:rPr>
            </w:pPr>
          </w:p>
        </w:tc>
      </w:tr>
      <w:tr w:rsidR="00F5517B" w:rsidRPr="007E05CF" w14:paraId="42368ACF" w14:textId="77777777" w:rsidTr="00AA1700">
        <w:tc>
          <w:tcPr>
            <w:tcW w:w="3600" w:type="dxa"/>
            <w:shd w:val="clear" w:color="auto" w:fill="D9D9D9" w:themeFill="background1" w:themeFillShade="D9"/>
          </w:tcPr>
          <w:p w14:paraId="66E3D9C9" w14:textId="77777777" w:rsidR="00F5517B" w:rsidRPr="007E05CF" w:rsidRDefault="00F5517B" w:rsidP="00AA1700">
            <w:pPr>
              <w:jc w:val="center"/>
              <w:rPr>
                <w:rFonts w:ascii="Arial" w:hAnsi="Arial" w:cs="Arial"/>
                <w:sz w:val="20"/>
                <w:szCs w:val="20"/>
              </w:rPr>
            </w:pPr>
            <w:r w:rsidRPr="007E05CF">
              <w:rPr>
                <w:rFonts w:ascii="Arial" w:hAnsi="Arial" w:cs="Arial"/>
                <w:sz w:val="20"/>
                <w:szCs w:val="20"/>
              </w:rPr>
              <w:t>Job Title of Line Manager(s)</w:t>
            </w:r>
          </w:p>
          <w:p w14:paraId="4E26DF04" w14:textId="77777777" w:rsidR="00F5517B" w:rsidRPr="007E05CF" w:rsidRDefault="00F5517B" w:rsidP="00AA1700">
            <w:pPr>
              <w:rPr>
                <w:rFonts w:ascii="Arial" w:hAnsi="Arial" w:cs="Arial"/>
                <w:sz w:val="20"/>
                <w:szCs w:val="20"/>
              </w:rPr>
            </w:pPr>
          </w:p>
        </w:tc>
        <w:tc>
          <w:tcPr>
            <w:tcW w:w="2880" w:type="dxa"/>
            <w:shd w:val="clear" w:color="auto" w:fill="D9D9D9" w:themeFill="background1" w:themeFillShade="D9"/>
          </w:tcPr>
          <w:p w14:paraId="444684FA" w14:textId="77777777" w:rsidR="00F5517B" w:rsidRPr="007E05CF" w:rsidRDefault="00F5517B" w:rsidP="00AA1700">
            <w:pPr>
              <w:jc w:val="center"/>
              <w:rPr>
                <w:rFonts w:ascii="Arial" w:hAnsi="Arial" w:cs="Arial"/>
                <w:sz w:val="20"/>
                <w:szCs w:val="20"/>
              </w:rPr>
            </w:pPr>
            <w:r w:rsidRPr="007E05CF">
              <w:rPr>
                <w:rFonts w:ascii="Arial" w:hAnsi="Arial" w:cs="Arial"/>
                <w:sz w:val="20"/>
                <w:szCs w:val="20"/>
              </w:rPr>
              <w:t>Dates (Month and Year)</w:t>
            </w:r>
          </w:p>
          <w:p w14:paraId="60685392" w14:textId="77777777" w:rsidR="00F5517B" w:rsidRPr="007E05CF" w:rsidRDefault="00F5517B" w:rsidP="00AA1700">
            <w:pPr>
              <w:jc w:val="center"/>
              <w:rPr>
                <w:rFonts w:ascii="Arial" w:hAnsi="Arial" w:cs="Arial"/>
                <w:sz w:val="20"/>
                <w:szCs w:val="20"/>
              </w:rPr>
            </w:pPr>
            <w:r w:rsidRPr="007E05CF">
              <w:rPr>
                <w:rFonts w:ascii="Arial" w:hAnsi="Arial" w:cs="Arial"/>
                <w:sz w:val="20"/>
                <w:szCs w:val="20"/>
              </w:rPr>
              <w:t>From -To</w:t>
            </w:r>
          </w:p>
        </w:tc>
        <w:tc>
          <w:tcPr>
            <w:tcW w:w="3960" w:type="dxa"/>
            <w:shd w:val="clear" w:color="auto" w:fill="D9D9D9" w:themeFill="background1" w:themeFillShade="D9"/>
          </w:tcPr>
          <w:p w14:paraId="1D5ADF55" w14:textId="77777777" w:rsidR="00F5517B" w:rsidRPr="007E05CF" w:rsidRDefault="00F5517B" w:rsidP="00AA1700">
            <w:pPr>
              <w:jc w:val="center"/>
              <w:rPr>
                <w:rFonts w:ascii="Arial" w:hAnsi="Arial" w:cs="Arial"/>
                <w:sz w:val="20"/>
                <w:szCs w:val="20"/>
              </w:rPr>
            </w:pPr>
            <w:r w:rsidRPr="007E05CF">
              <w:rPr>
                <w:rFonts w:ascii="Arial" w:hAnsi="Arial" w:cs="Arial"/>
                <w:sz w:val="20"/>
                <w:szCs w:val="20"/>
              </w:rPr>
              <w:t>Reason for leaving</w:t>
            </w:r>
          </w:p>
        </w:tc>
      </w:tr>
      <w:tr w:rsidR="00F5517B" w:rsidRPr="007E05CF" w14:paraId="52B96B7C" w14:textId="77777777" w:rsidTr="00AA1700">
        <w:tc>
          <w:tcPr>
            <w:tcW w:w="3600" w:type="dxa"/>
            <w:tcBorders>
              <w:bottom w:val="single" w:sz="4" w:space="0" w:color="auto"/>
            </w:tcBorders>
          </w:tcPr>
          <w:p w14:paraId="4177F340" w14:textId="77777777" w:rsidR="00F5517B" w:rsidRPr="007E05CF" w:rsidRDefault="00F5517B" w:rsidP="00AA1700">
            <w:pPr>
              <w:rPr>
                <w:rFonts w:ascii="Arial" w:hAnsi="Arial" w:cs="Arial"/>
                <w:sz w:val="20"/>
                <w:szCs w:val="20"/>
              </w:rPr>
            </w:pPr>
          </w:p>
        </w:tc>
        <w:tc>
          <w:tcPr>
            <w:tcW w:w="2880" w:type="dxa"/>
            <w:tcBorders>
              <w:bottom w:val="single" w:sz="4" w:space="0" w:color="auto"/>
            </w:tcBorders>
          </w:tcPr>
          <w:p w14:paraId="31BBC61A" w14:textId="77777777" w:rsidR="00F5517B" w:rsidRPr="007E05CF" w:rsidRDefault="00F5517B" w:rsidP="00AA1700">
            <w:pPr>
              <w:rPr>
                <w:rFonts w:ascii="Arial" w:hAnsi="Arial" w:cs="Arial"/>
                <w:sz w:val="20"/>
                <w:szCs w:val="20"/>
              </w:rPr>
            </w:pPr>
          </w:p>
        </w:tc>
        <w:tc>
          <w:tcPr>
            <w:tcW w:w="3960" w:type="dxa"/>
            <w:tcBorders>
              <w:bottom w:val="single" w:sz="4" w:space="0" w:color="auto"/>
            </w:tcBorders>
          </w:tcPr>
          <w:p w14:paraId="0BABA3D9" w14:textId="77777777" w:rsidR="00F5517B" w:rsidRPr="007E05CF" w:rsidRDefault="00F5517B" w:rsidP="00AA1700">
            <w:pPr>
              <w:rPr>
                <w:rFonts w:ascii="Arial" w:hAnsi="Arial" w:cs="Arial"/>
                <w:sz w:val="20"/>
                <w:szCs w:val="20"/>
              </w:rPr>
            </w:pPr>
          </w:p>
        </w:tc>
      </w:tr>
      <w:tr w:rsidR="00F5517B" w:rsidRPr="007E05CF" w14:paraId="4F842C7A" w14:textId="77777777" w:rsidTr="00AA1700">
        <w:tc>
          <w:tcPr>
            <w:tcW w:w="10440" w:type="dxa"/>
            <w:gridSpan w:val="3"/>
            <w:shd w:val="clear" w:color="auto" w:fill="D9D9D9" w:themeFill="background1" w:themeFillShade="D9"/>
          </w:tcPr>
          <w:p w14:paraId="2E5D61F8" w14:textId="77777777" w:rsidR="00F5517B" w:rsidRPr="007E05CF" w:rsidRDefault="00F5517B" w:rsidP="00AA1700">
            <w:pPr>
              <w:jc w:val="center"/>
              <w:rPr>
                <w:rFonts w:ascii="Arial" w:hAnsi="Arial" w:cs="Arial"/>
                <w:sz w:val="20"/>
                <w:szCs w:val="20"/>
              </w:rPr>
            </w:pPr>
            <w:r w:rsidRPr="007E05CF">
              <w:rPr>
                <w:rFonts w:ascii="Arial" w:hAnsi="Arial" w:cs="Arial"/>
                <w:sz w:val="20"/>
                <w:szCs w:val="20"/>
              </w:rPr>
              <w:t xml:space="preserve">Principal Duties of Post(s) Held </w:t>
            </w:r>
          </w:p>
        </w:tc>
      </w:tr>
      <w:tr w:rsidR="00F5517B" w:rsidRPr="007E05CF" w14:paraId="037286C1" w14:textId="77777777" w:rsidTr="00AA1700">
        <w:tc>
          <w:tcPr>
            <w:tcW w:w="10440" w:type="dxa"/>
            <w:gridSpan w:val="3"/>
          </w:tcPr>
          <w:p w14:paraId="1CAB25CE" w14:textId="77777777" w:rsidR="00F5517B" w:rsidRPr="007E05CF" w:rsidRDefault="00F5517B" w:rsidP="00AA1700">
            <w:pPr>
              <w:rPr>
                <w:rFonts w:ascii="Arial" w:hAnsi="Arial" w:cs="Arial"/>
                <w:sz w:val="20"/>
                <w:szCs w:val="20"/>
              </w:rPr>
            </w:pPr>
          </w:p>
          <w:p w14:paraId="6CD60F5F" w14:textId="77777777" w:rsidR="00F5517B" w:rsidRPr="007E05CF" w:rsidRDefault="00F5517B" w:rsidP="00AA1700">
            <w:pPr>
              <w:rPr>
                <w:rFonts w:ascii="Arial" w:hAnsi="Arial" w:cs="Arial"/>
                <w:sz w:val="20"/>
                <w:szCs w:val="20"/>
              </w:rPr>
            </w:pPr>
          </w:p>
          <w:p w14:paraId="6B18B0E9" w14:textId="77777777" w:rsidR="00F5517B" w:rsidRDefault="00F5517B" w:rsidP="00AA1700">
            <w:pPr>
              <w:rPr>
                <w:rFonts w:ascii="Arial" w:hAnsi="Arial" w:cs="Arial"/>
                <w:sz w:val="20"/>
                <w:szCs w:val="20"/>
              </w:rPr>
            </w:pPr>
          </w:p>
          <w:p w14:paraId="2D47CF29" w14:textId="77777777" w:rsidR="00F5517B" w:rsidRPr="007E05CF" w:rsidRDefault="00F5517B" w:rsidP="00AA1700">
            <w:pPr>
              <w:rPr>
                <w:rFonts w:ascii="Arial" w:hAnsi="Arial" w:cs="Arial"/>
                <w:sz w:val="20"/>
                <w:szCs w:val="20"/>
              </w:rPr>
            </w:pPr>
          </w:p>
          <w:p w14:paraId="36E31CC1" w14:textId="77777777" w:rsidR="00F5517B" w:rsidRPr="007E05CF" w:rsidRDefault="00F5517B" w:rsidP="00AA1700">
            <w:pPr>
              <w:rPr>
                <w:rFonts w:ascii="Arial" w:hAnsi="Arial" w:cs="Arial"/>
                <w:sz w:val="20"/>
                <w:szCs w:val="20"/>
              </w:rPr>
            </w:pPr>
          </w:p>
          <w:p w14:paraId="41D2EF2E" w14:textId="77777777" w:rsidR="00F5517B" w:rsidRPr="007E05CF" w:rsidRDefault="00F5517B" w:rsidP="00AA1700">
            <w:pPr>
              <w:rPr>
                <w:rFonts w:ascii="Arial" w:hAnsi="Arial" w:cs="Arial"/>
                <w:sz w:val="20"/>
                <w:szCs w:val="20"/>
              </w:rPr>
            </w:pPr>
          </w:p>
          <w:p w14:paraId="542E9419" w14:textId="77777777" w:rsidR="00F5517B" w:rsidRPr="007E05CF" w:rsidRDefault="00F5517B" w:rsidP="00AA1700">
            <w:pPr>
              <w:rPr>
                <w:rFonts w:ascii="Arial" w:hAnsi="Arial" w:cs="Arial"/>
                <w:sz w:val="20"/>
                <w:szCs w:val="20"/>
              </w:rPr>
            </w:pPr>
          </w:p>
          <w:p w14:paraId="19F45B80" w14:textId="77777777" w:rsidR="00F5517B" w:rsidRPr="007E05CF" w:rsidRDefault="00F5517B" w:rsidP="00AA1700">
            <w:pPr>
              <w:rPr>
                <w:rFonts w:ascii="Arial" w:hAnsi="Arial" w:cs="Arial"/>
                <w:sz w:val="20"/>
                <w:szCs w:val="20"/>
              </w:rPr>
            </w:pPr>
          </w:p>
          <w:p w14:paraId="4E66FDDD" w14:textId="77777777" w:rsidR="00F5517B" w:rsidRPr="007E05CF" w:rsidRDefault="00F5517B" w:rsidP="00AA1700">
            <w:pPr>
              <w:rPr>
                <w:rFonts w:ascii="Arial" w:hAnsi="Arial" w:cs="Arial"/>
                <w:sz w:val="20"/>
                <w:szCs w:val="20"/>
              </w:rPr>
            </w:pPr>
          </w:p>
          <w:p w14:paraId="6025E23F" w14:textId="77777777" w:rsidR="00F5517B" w:rsidRPr="007E05CF" w:rsidRDefault="00F5517B" w:rsidP="00AA1700">
            <w:pPr>
              <w:rPr>
                <w:rFonts w:ascii="Arial" w:hAnsi="Arial" w:cs="Arial"/>
                <w:sz w:val="20"/>
              </w:rPr>
            </w:pPr>
          </w:p>
          <w:p w14:paraId="2865785C" w14:textId="77777777" w:rsidR="00F5517B" w:rsidRPr="007E05CF" w:rsidRDefault="00F5517B" w:rsidP="00AA1700">
            <w:pPr>
              <w:rPr>
                <w:rFonts w:ascii="Arial" w:hAnsi="Arial" w:cs="Arial"/>
                <w:sz w:val="20"/>
              </w:rPr>
            </w:pPr>
          </w:p>
          <w:p w14:paraId="57C7235C" w14:textId="77777777" w:rsidR="00F5517B" w:rsidRPr="007E05CF" w:rsidRDefault="00F5517B" w:rsidP="00AA1700">
            <w:pPr>
              <w:rPr>
                <w:rFonts w:ascii="Arial" w:hAnsi="Arial" w:cs="Arial"/>
                <w:sz w:val="20"/>
              </w:rPr>
            </w:pPr>
          </w:p>
          <w:p w14:paraId="0DA45445" w14:textId="77777777" w:rsidR="00F5517B" w:rsidRPr="007E05CF" w:rsidRDefault="00F5517B" w:rsidP="00AA1700">
            <w:pPr>
              <w:rPr>
                <w:rFonts w:ascii="Arial" w:hAnsi="Arial" w:cs="Arial"/>
                <w:sz w:val="20"/>
              </w:rPr>
            </w:pPr>
          </w:p>
          <w:p w14:paraId="7441985B" w14:textId="77777777" w:rsidR="00F5517B" w:rsidRPr="007E05CF" w:rsidRDefault="00F5517B" w:rsidP="00AA1700">
            <w:pPr>
              <w:rPr>
                <w:rFonts w:ascii="Arial" w:hAnsi="Arial" w:cs="Arial"/>
                <w:sz w:val="20"/>
                <w:szCs w:val="20"/>
              </w:rPr>
            </w:pPr>
          </w:p>
          <w:p w14:paraId="137ECB3B" w14:textId="77777777" w:rsidR="00F5517B" w:rsidRPr="007E05CF" w:rsidRDefault="00F5517B" w:rsidP="00AA1700">
            <w:pPr>
              <w:rPr>
                <w:rFonts w:ascii="Arial" w:hAnsi="Arial" w:cs="Arial"/>
                <w:sz w:val="20"/>
                <w:szCs w:val="20"/>
              </w:rPr>
            </w:pPr>
          </w:p>
          <w:p w14:paraId="024746C4" w14:textId="77777777" w:rsidR="00F5517B" w:rsidRPr="007E05CF" w:rsidRDefault="00F5517B" w:rsidP="00AA1700">
            <w:pPr>
              <w:rPr>
                <w:rFonts w:ascii="Arial" w:hAnsi="Arial" w:cs="Arial"/>
                <w:sz w:val="20"/>
                <w:szCs w:val="20"/>
              </w:rPr>
            </w:pPr>
          </w:p>
        </w:tc>
      </w:tr>
    </w:tbl>
    <w:p w14:paraId="5BA83A69" w14:textId="77777777" w:rsidR="00F5517B" w:rsidRPr="007E05CF" w:rsidRDefault="00F5517B" w:rsidP="00F5517B">
      <w:pPr>
        <w:ind w:left="-900" w:right="-1333"/>
        <w:rPr>
          <w:rFonts w:ascii="Arial" w:hAnsi="Arial" w:cs="Arial"/>
          <w:b/>
          <w:sz w:val="20"/>
          <w:szCs w:val="20"/>
        </w:rPr>
      </w:pPr>
      <w:r w:rsidRPr="007E05CF">
        <w:rPr>
          <w:rFonts w:ascii="Arial" w:hAnsi="Arial" w:cs="Arial"/>
          <w:b/>
          <w:sz w:val="20"/>
          <w:szCs w:val="20"/>
        </w:rPr>
        <w:lastRenderedPageBreak/>
        <w:t>Employment History</w:t>
      </w:r>
      <w:r w:rsidRPr="007E05CF">
        <w:rPr>
          <w:rFonts w:ascii="Arial" w:hAnsi="Arial" w:cs="Arial"/>
          <w:b/>
          <w:sz w:val="20"/>
        </w:rPr>
        <w:t xml:space="preserve"> Continued</w:t>
      </w:r>
      <w:r w:rsidRPr="007E05CF">
        <w:rPr>
          <w:rFonts w:ascii="Arial" w:hAnsi="Arial" w:cs="Arial"/>
          <w:b/>
          <w:sz w:val="20"/>
          <w:szCs w:val="20"/>
        </w:rPr>
        <w:t>:</w:t>
      </w:r>
    </w:p>
    <w:p w14:paraId="5FD5A3A0" w14:textId="77777777" w:rsidR="00F5517B" w:rsidRPr="007E05CF" w:rsidRDefault="00F5517B" w:rsidP="00F5517B">
      <w:pPr>
        <w:rPr>
          <w:rFonts w:ascii="Arial" w:hAnsi="Arial" w:cs="Arial"/>
          <w:sz w:val="20"/>
          <w:szCs w:val="20"/>
        </w:rPr>
      </w:pPr>
    </w:p>
    <w:p w14:paraId="21F32BB6" w14:textId="77777777" w:rsidR="00F5517B" w:rsidRPr="007E05CF" w:rsidRDefault="00F5517B" w:rsidP="00F5517B">
      <w:pPr>
        <w:ind w:left="-900" w:right="-1192"/>
        <w:rPr>
          <w:rFonts w:ascii="Arial" w:hAnsi="Arial" w:cs="Arial"/>
          <w:b/>
          <w:sz w:val="20"/>
          <w:szCs w:val="20"/>
        </w:rPr>
      </w:pPr>
      <w:r w:rsidRPr="007E05CF">
        <w:rPr>
          <w:rFonts w:ascii="Arial" w:hAnsi="Arial" w:cs="Arial"/>
          <w:sz w:val="20"/>
          <w:szCs w:val="20"/>
        </w:rPr>
        <w:t xml:space="preserve">Please outline your career history to date beginning with your most recent employment. </w:t>
      </w:r>
      <w:r w:rsidRPr="007E05CF">
        <w:rPr>
          <w:rFonts w:ascii="Arial" w:hAnsi="Arial" w:cs="Arial"/>
          <w:b/>
          <w:sz w:val="20"/>
          <w:szCs w:val="20"/>
        </w:rPr>
        <w:t xml:space="preserve">Please provide reasons for any gaps in employment. </w:t>
      </w:r>
    </w:p>
    <w:p w14:paraId="08E09EE4" w14:textId="77777777" w:rsidR="00F5517B" w:rsidRPr="007E05CF" w:rsidRDefault="00F5517B" w:rsidP="00F5517B">
      <w:pPr>
        <w:rPr>
          <w:rFonts w:ascii="Arial" w:hAnsi="Arial" w:cs="Arial"/>
          <w:sz w:val="20"/>
          <w:szCs w:val="20"/>
        </w:rPr>
      </w:pPr>
    </w:p>
    <w:tbl>
      <w:tblPr>
        <w:tblW w:w="1044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2880"/>
        <w:gridCol w:w="3960"/>
      </w:tblGrid>
      <w:tr w:rsidR="00F5517B" w:rsidRPr="007E05CF" w14:paraId="1636CDF1" w14:textId="77777777" w:rsidTr="00AA1700">
        <w:tc>
          <w:tcPr>
            <w:tcW w:w="3600" w:type="dxa"/>
            <w:shd w:val="clear" w:color="auto" w:fill="D9D9D9" w:themeFill="background1" w:themeFillShade="D9"/>
          </w:tcPr>
          <w:p w14:paraId="2C3C4607" w14:textId="77777777" w:rsidR="00F5517B" w:rsidRPr="007E05CF" w:rsidRDefault="00F5517B" w:rsidP="00AA1700">
            <w:pPr>
              <w:jc w:val="center"/>
              <w:rPr>
                <w:rFonts w:ascii="Arial" w:hAnsi="Arial" w:cs="Arial"/>
                <w:sz w:val="20"/>
                <w:szCs w:val="20"/>
              </w:rPr>
            </w:pPr>
            <w:r w:rsidRPr="007E05CF">
              <w:rPr>
                <w:rFonts w:ascii="Arial" w:hAnsi="Arial" w:cs="Arial"/>
                <w:sz w:val="20"/>
                <w:szCs w:val="20"/>
              </w:rPr>
              <w:t xml:space="preserve">Name of Current Employer </w:t>
            </w:r>
          </w:p>
        </w:tc>
        <w:tc>
          <w:tcPr>
            <w:tcW w:w="2880" w:type="dxa"/>
            <w:shd w:val="clear" w:color="auto" w:fill="D9D9D9" w:themeFill="background1" w:themeFillShade="D9"/>
          </w:tcPr>
          <w:p w14:paraId="1F575309" w14:textId="77777777" w:rsidR="00F5517B" w:rsidRPr="007E05CF" w:rsidRDefault="00F5517B" w:rsidP="00AA1700">
            <w:pPr>
              <w:jc w:val="center"/>
              <w:rPr>
                <w:rFonts w:ascii="Arial" w:hAnsi="Arial" w:cs="Arial"/>
                <w:sz w:val="20"/>
                <w:szCs w:val="20"/>
              </w:rPr>
            </w:pPr>
            <w:r w:rsidRPr="007E05CF">
              <w:rPr>
                <w:rFonts w:ascii="Arial" w:hAnsi="Arial" w:cs="Arial"/>
                <w:sz w:val="20"/>
                <w:szCs w:val="20"/>
              </w:rPr>
              <w:t xml:space="preserve"> Nature of Organisation </w:t>
            </w:r>
            <w:proofErr w:type="gramStart"/>
            <w:r w:rsidRPr="007E05CF">
              <w:rPr>
                <w:rFonts w:ascii="Arial" w:hAnsi="Arial" w:cs="Arial"/>
                <w:sz w:val="20"/>
                <w:szCs w:val="20"/>
              </w:rPr>
              <w:t>and  Sector</w:t>
            </w:r>
            <w:proofErr w:type="gramEnd"/>
          </w:p>
        </w:tc>
        <w:tc>
          <w:tcPr>
            <w:tcW w:w="3960" w:type="dxa"/>
            <w:shd w:val="clear" w:color="auto" w:fill="D9D9D9" w:themeFill="background1" w:themeFillShade="D9"/>
          </w:tcPr>
          <w:p w14:paraId="74194799" w14:textId="77777777" w:rsidR="00F5517B" w:rsidRPr="007E05CF" w:rsidRDefault="00F5517B" w:rsidP="00AA1700">
            <w:pPr>
              <w:jc w:val="center"/>
              <w:rPr>
                <w:rFonts w:ascii="Arial" w:hAnsi="Arial" w:cs="Arial"/>
                <w:sz w:val="20"/>
                <w:szCs w:val="20"/>
              </w:rPr>
            </w:pPr>
            <w:r w:rsidRPr="007E05CF">
              <w:rPr>
                <w:rFonts w:ascii="Arial" w:hAnsi="Arial" w:cs="Arial"/>
                <w:sz w:val="20"/>
                <w:szCs w:val="20"/>
              </w:rPr>
              <w:t>Title of Position(s) Held</w:t>
            </w:r>
          </w:p>
          <w:p w14:paraId="08DCB5CA" w14:textId="77777777" w:rsidR="00F5517B" w:rsidRPr="007E05CF" w:rsidRDefault="00F5517B" w:rsidP="00AA1700">
            <w:pPr>
              <w:jc w:val="center"/>
              <w:rPr>
                <w:rFonts w:ascii="Arial" w:hAnsi="Arial" w:cs="Arial"/>
                <w:sz w:val="20"/>
                <w:szCs w:val="20"/>
              </w:rPr>
            </w:pPr>
          </w:p>
        </w:tc>
      </w:tr>
      <w:tr w:rsidR="00F5517B" w:rsidRPr="007E05CF" w14:paraId="0735F800" w14:textId="77777777" w:rsidTr="00AA1700">
        <w:tc>
          <w:tcPr>
            <w:tcW w:w="3600" w:type="dxa"/>
            <w:tcBorders>
              <w:bottom w:val="single" w:sz="4" w:space="0" w:color="auto"/>
            </w:tcBorders>
          </w:tcPr>
          <w:p w14:paraId="4F875BEF" w14:textId="77777777" w:rsidR="00F5517B" w:rsidRPr="007E05CF" w:rsidRDefault="00F5517B" w:rsidP="00AA1700">
            <w:pPr>
              <w:jc w:val="center"/>
              <w:rPr>
                <w:rFonts w:ascii="Arial" w:hAnsi="Arial" w:cs="Arial"/>
                <w:sz w:val="20"/>
                <w:szCs w:val="20"/>
              </w:rPr>
            </w:pPr>
          </w:p>
          <w:p w14:paraId="16DEC14F" w14:textId="77777777" w:rsidR="00F5517B" w:rsidRPr="007E05CF" w:rsidRDefault="00F5517B" w:rsidP="00AA1700">
            <w:pPr>
              <w:jc w:val="center"/>
              <w:rPr>
                <w:rFonts w:ascii="Arial" w:hAnsi="Arial" w:cs="Arial"/>
                <w:sz w:val="20"/>
                <w:szCs w:val="20"/>
              </w:rPr>
            </w:pPr>
          </w:p>
          <w:p w14:paraId="7AAAB33C" w14:textId="77777777" w:rsidR="00F5517B" w:rsidRPr="007E05CF" w:rsidRDefault="00F5517B" w:rsidP="00AA1700">
            <w:pPr>
              <w:jc w:val="center"/>
              <w:rPr>
                <w:rFonts w:ascii="Arial" w:hAnsi="Arial" w:cs="Arial"/>
                <w:sz w:val="20"/>
                <w:szCs w:val="20"/>
              </w:rPr>
            </w:pPr>
          </w:p>
        </w:tc>
        <w:tc>
          <w:tcPr>
            <w:tcW w:w="2880" w:type="dxa"/>
            <w:tcBorders>
              <w:bottom w:val="single" w:sz="4" w:space="0" w:color="auto"/>
            </w:tcBorders>
          </w:tcPr>
          <w:p w14:paraId="01AB0634" w14:textId="77777777" w:rsidR="00F5517B" w:rsidRPr="007E05CF" w:rsidRDefault="00F5517B" w:rsidP="00AA1700">
            <w:pPr>
              <w:jc w:val="center"/>
              <w:rPr>
                <w:rFonts w:ascii="Arial" w:hAnsi="Arial" w:cs="Arial"/>
                <w:sz w:val="20"/>
                <w:szCs w:val="20"/>
              </w:rPr>
            </w:pPr>
          </w:p>
        </w:tc>
        <w:tc>
          <w:tcPr>
            <w:tcW w:w="3960" w:type="dxa"/>
            <w:tcBorders>
              <w:bottom w:val="single" w:sz="4" w:space="0" w:color="auto"/>
            </w:tcBorders>
          </w:tcPr>
          <w:p w14:paraId="1919A0AE" w14:textId="77777777" w:rsidR="00F5517B" w:rsidRPr="007E05CF" w:rsidRDefault="00F5517B" w:rsidP="00AA1700">
            <w:pPr>
              <w:jc w:val="center"/>
              <w:rPr>
                <w:rFonts w:ascii="Arial" w:hAnsi="Arial" w:cs="Arial"/>
                <w:sz w:val="20"/>
                <w:szCs w:val="20"/>
              </w:rPr>
            </w:pPr>
          </w:p>
        </w:tc>
      </w:tr>
      <w:tr w:rsidR="00F5517B" w:rsidRPr="007E05CF" w14:paraId="27512F64" w14:textId="77777777" w:rsidTr="00AA1700">
        <w:tc>
          <w:tcPr>
            <w:tcW w:w="3600" w:type="dxa"/>
            <w:shd w:val="clear" w:color="auto" w:fill="D9D9D9" w:themeFill="background1" w:themeFillShade="D9"/>
          </w:tcPr>
          <w:p w14:paraId="3C77D8BD" w14:textId="77777777" w:rsidR="00F5517B" w:rsidRPr="007E05CF" w:rsidRDefault="00F5517B" w:rsidP="00AA1700">
            <w:pPr>
              <w:jc w:val="center"/>
              <w:rPr>
                <w:rFonts w:ascii="Arial" w:hAnsi="Arial" w:cs="Arial"/>
                <w:sz w:val="20"/>
                <w:szCs w:val="20"/>
              </w:rPr>
            </w:pPr>
            <w:r w:rsidRPr="007E05CF">
              <w:rPr>
                <w:rFonts w:ascii="Arial" w:hAnsi="Arial" w:cs="Arial"/>
                <w:sz w:val="20"/>
                <w:szCs w:val="20"/>
              </w:rPr>
              <w:t>Job Title of Line Manager(s)</w:t>
            </w:r>
          </w:p>
          <w:p w14:paraId="5CC2A21A" w14:textId="77777777" w:rsidR="00F5517B" w:rsidRPr="007E05CF" w:rsidRDefault="00F5517B" w:rsidP="00AA1700">
            <w:pPr>
              <w:rPr>
                <w:rFonts w:ascii="Arial" w:hAnsi="Arial" w:cs="Arial"/>
                <w:sz w:val="20"/>
                <w:szCs w:val="20"/>
              </w:rPr>
            </w:pPr>
          </w:p>
        </w:tc>
        <w:tc>
          <w:tcPr>
            <w:tcW w:w="2880" w:type="dxa"/>
            <w:shd w:val="clear" w:color="auto" w:fill="D9D9D9" w:themeFill="background1" w:themeFillShade="D9"/>
          </w:tcPr>
          <w:p w14:paraId="31D19850" w14:textId="77777777" w:rsidR="00F5517B" w:rsidRPr="007E05CF" w:rsidRDefault="00F5517B" w:rsidP="00AA1700">
            <w:pPr>
              <w:jc w:val="center"/>
              <w:rPr>
                <w:rFonts w:ascii="Arial" w:hAnsi="Arial" w:cs="Arial"/>
                <w:sz w:val="20"/>
                <w:szCs w:val="20"/>
              </w:rPr>
            </w:pPr>
            <w:r w:rsidRPr="007E05CF">
              <w:rPr>
                <w:rFonts w:ascii="Arial" w:hAnsi="Arial" w:cs="Arial"/>
                <w:sz w:val="20"/>
                <w:szCs w:val="20"/>
              </w:rPr>
              <w:t>Dates (Month and Year)</w:t>
            </w:r>
          </w:p>
          <w:p w14:paraId="50CCF8DF" w14:textId="77777777" w:rsidR="00F5517B" w:rsidRPr="007E05CF" w:rsidRDefault="00F5517B" w:rsidP="00AA1700">
            <w:pPr>
              <w:jc w:val="center"/>
              <w:rPr>
                <w:rFonts w:ascii="Arial" w:hAnsi="Arial" w:cs="Arial"/>
                <w:sz w:val="20"/>
                <w:szCs w:val="20"/>
              </w:rPr>
            </w:pPr>
            <w:r w:rsidRPr="007E05CF">
              <w:rPr>
                <w:rFonts w:ascii="Arial" w:hAnsi="Arial" w:cs="Arial"/>
                <w:sz w:val="20"/>
                <w:szCs w:val="20"/>
              </w:rPr>
              <w:t>From –To</w:t>
            </w:r>
          </w:p>
        </w:tc>
        <w:tc>
          <w:tcPr>
            <w:tcW w:w="3960" w:type="dxa"/>
            <w:shd w:val="clear" w:color="auto" w:fill="D9D9D9" w:themeFill="background1" w:themeFillShade="D9"/>
          </w:tcPr>
          <w:p w14:paraId="62746B9C" w14:textId="77777777" w:rsidR="00F5517B" w:rsidRPr="007E05CF" w:rsidRDefault="00F5517B" w:rsidP="00AA1700">
            <w:pPr>
              <w:jc w:val="center"/>
              <w:rPr>
                <w:rFonts w:ascii="Arial" w:hAnsi="Arial" w:cs="Arial"/>
                <w:sz w:val="20"/>
                <w:szCs w:val="20"/>
              </w:rPr>
            </w:pPr>
            <w:r w:rsidRPr="007E05CF">
              <w:rPr>
                <w:rFonts w:ascii="Arial" w:hAnsi="Arial" w:cs="Arial"/>
                <w:sz w:val="20"/>
                <w:szCs w:val="20"/>
              </w:rPr>
              <w:t>Reason for seeking to leave</w:t>
            </w:r>
          </w:p>
        </w:tc>
      </w:tr>
      <w:tr w:rsidR="00F5517B" w:rsidRPr="007E05CF" w14:paraId="7EC51757" w14:textId="77777777" w:rsidTr="00AA1700">
        <w:tc>
          <w:tcPr>
            <w:tcW w:w="3600" w:type="dxa"/>
            <w:tcBorders>
              <w:bottom w:val="single" w:sz="4" w:space="0" w:color="auto"/>
            </w:tcBorders>
          </w:tcPr>
          <w:p w14:paraId="7093E27F" w14:textId="77777777" w:rsidR="00F5517B" w:rsidRPr="007E05CF" w:rsidRDefault="00F5517B" w:rsidP="00AA1700">
            <w:pPr>
              <w:rPr>
                <w:rFonts w:ascii="Arial" w:hAnsi="Arial" w:cs="Arial"/>
                <w:sz w:val="20"/>
                <w:szCs w:val="20"/>
              </w:rPr>
            </w:pPr>
          </w:p>
          <w:p w14:paraId="746513CD" w14:textId="77777777" w:rsidR="00F5517B" w:rsidRPr="007E05CF" w:rsidRDefault="00F5517B" w:rsidP="00AA1700">
            <w:pPr>
              <w:rPr>
                <w:rFonts w:ascii="Arial" w:hAnsi="Arial" w:cs="Arial"/>
                <w:sz w:val="20"/>
                <w:szCs w:val="20"/>
              </w:rPr>
            </w:pPr>
          </w:p>
        </w:tc>
        <w:tc>
          <w:tcPr>
            <w:tcW w:w="2880" w:type="dxa"/>
            <w:tcBorders>
              <w:bottom w:val="single" w:sz="4" w:space="0" w:color="auto"/>
            </w:tcBorders>
          </w:tcPr>
          <w:p w14:paraId="64B58E71" w14:textId="77777777" w:rsidR="00F5517B" w:rsidRPr="007E05CF" w:rsidRDefault="00F5517B" w:rsidP="00AA1700">
            <w:pPr>
              <w:rPr>
                <w:rFonts w:ascii="Arial" w:hAnsi="Arial" w:cs="Arial"/>
                <w:sz w:val="20"/>
                <w:szCs w:val="20"/>
              </w:rPr>
            </w:pPr>
          </w:p>
          <w:p w14:paraId="24265F57" w14:textId="77777777" w:rsidR="00F5517B" w:rsidRPr="007E05CF" w:rsidRDefault="00F5517B" w:rsidP="00AA1700">
            <w:pPr>
              <w:rPr>
                <w:rFonts w:ascii="Arial" w:hAnsi="Arial" w:cs="Arial"/>
                <w:sz w:val="20"/>
                <w:szCs w:val="20"/>
              </w:rPr>
            </w:pPr>
          </w:p>
        </w:tc>
        <w:tc>
          <w:tcPr>
            <w:tcW w:w="3960" w:type="dxa"/>
            <w:tcBorders>
              <w:bottom w:val="single" w:sz="4" w:space="0" w:color="auto"/>
            </w:tcBorders>
          </w:tcPr>
          <w:p w14:paraId="6F2461B9" w14:textId="77777777" w:rsidR="00F5517B" w:rsidRPr="007E05CF" w:rsidRDefault="00F5517B" w:rsidP="00AA1700">
            <w:pPr>
              <w:rPr>
                <w:rFonts w:ascii="Arial" w:hAnsi="Arial" w:cs="Arial"/>
                <w:sz w:val="20"/>
                <w:szCs w:val="20"/>
              </w:rPr>
            </w:pPr>
          </w:p>
          <w:p w14:paraId="61C5DD3B" w14:textId="77777777" w:rsidR="00F5517B" w:rsidRPr="007E05CF" w:rsidRDefault="00F5517B" w:rsidP="00AA1700">
            <w:pPr>
              <w:rPr>
                <w:rFonts w:ascii="Arial" w:hAnsi="Arial" w:cs="Arial"/>
                <w:sz w:val="20"/>
                <w:szCs w:val="20"/>
              </w:rPr>
            </w:pPr>
          </w:p>
        </w:tc>
      </w:tr>
      <w:tr w:rsidR="00F5517B" w:rsidRPr="007E05CF" w14:paraId="06353991" w14:textId="77777777" w:rsidTr="00AA1700">
        <w:tc>
          <w:tcPr>
            <w:tcW w:w="10440" w:type="dxa"/>
            <w:gridSpan w:val="3"/>
            <w:shd w:val="clear" w:color="auto" w:fill="D9D9D9" w:themeFill="background1" w:themeFillShade="D9"/>
          </w:tcPr>
          <w:p w14:paraId="6A1D6EEC" w14:textId="77777777" w:rsidR="00F5517B" w:rsidRPr="007E05CF" w:rsidRDefault="00F5517B" w:rsidP="00AA1700">
            <w:pPr>
              <w:jc w:val="center"/>
              <w:rPr>
                <w:rFonts w:ascii="Arial" w:hAnsi="Arial" w:cs="Arial"/>
                <w:sz w:val="20"/>
                <w:szCs w:val="20"/>
              </w:rPr>
            </w:pPr>
            <w:r w:rsidRPr="007E05CF">
              <w:rPr>
                <w:rFonts w:ascii="Arial" w:hAnsi="Arial" w:cs="Arial"/>
                <w:sz w:val="20"/>
                <w:szCs w:val="20"/>
              </w:rPr>
              <w:t xml:space="preserve">Principal Duties of Post(s) Held </w:t>
            </w:r>
          </w:p>
        </w:tc>
      </w:tr>
      <w:tr w:rsidR="00F5517B" w:rsidRPr="007E05CF" w14:paraId="0BDC4772" w14:textId="77777777" w:rsidTr="00AA1700">
        <w:tc>
          <w:tcPr>
            <w:tcW w:w="10440" w:type="dxa"/>
            <w:gridSpan w:val="3"/>
            <w:shd w:val="clear" w:color="auto" w:fill="FFFFFF" w:themeFill="background1"/>
          </w:tcPr>
          <w:p w14:paraId="42EE1D62" w14:textId="77777777" w:rsidR="00F5517B" w:rsidRPr="007E05CF" w:rsidRDefault="00F5517B" w:rsidP="00AA1700">
            <w:pPr>
              <w:rPr>
                <w:rFonts w:ascii="Arial" w:hAnsi="Arial" w:cs="Arial"/>
                <w:sz w:val="20"/>
                <w:szCs w:val="20"/>
              </w:rPr>
            </w:pPr>
          </w:p>
          <w:p w14:paraId="43EA0ACC" w14:textId="77777777" w:rsidR="00F5517B" w:rsidRPr="007E05CF" w:rsidRDefault="00F5517B" w:rsidP="00AA1700">
            <w:pPr>
              <w:rPr>
                <w:rFonts w:ascii="Arial" w:hAnsi="Arial" w:cs="Arial"/>
                <w:sz w:val="20"/>
                <w:szCs w:val="20"/>
              </w:rPr>
            </w:pPr>
          </w:p>
          <w:p w14:paraId="04AD17EB" w14:textId="77777777" w:rsidR="00F5517B" w:rsidRPr="007E05CF" w:rsidRDefault="00F5517B" w:rsidP="00AA1700">
            <w:pPr>
              <w:rPr>
                <w:rFonts w:ascii="Arial" w:hAnsi="Arial" w:cs="Arial"/>
                <w:sz w:val="20"/>
                <w:szCs w:val="20"/>
              </w:rPr>
            </w:pPr>
          </w:p>
          <w:p w14:paraId="7F7B43BF" w14:textId="77777777" w:rsidR="00F5517B" w:rsidRPr="007E05CF" w:rsidRDefault="00F5517B" w:rsidP="00AA1700">
            <w:pPr>
              <w:rPr>
                <w:rFonts w:ascii="Arial" w:hAnsi="Arial" w:cs="Arial"/>
                <w:sz w:val="20"/>
                <w:szCs w:val="20"/>
              </w:rPr>
            </w:pPr>
          </w:p>
          <w:p w14:paraId="36E2EB20" w14:textId="77777777" w:rsidR="00F5517B" w:rsidRPr="007E05CF" w:rsidRDefault="00F5517B" w:rsidP="00AA1700">
            <w:pPr>
              <w:rPr>
                <w:rFonts w:ascii="Arial" w:hAnsi="Arial" w:cs="Arial"/>
                <w:sz w:val="20"/>
                <w:szCs w:val="20"/>
              </w:rPr>
            </w:pPr>
          </w:p>
          <w:p w14:paraId="3A630477" w14:textId="77777777" w:rsidR="00F5517B" w:rsidRPr="007E05CF" w:rsidRDefault="00F5517B" w:rsidP="00AA1700">
            <w:pPr>
              <w:rPr>
                <w:rFonts w:ascii="Arial" w:hAnsi="Arial" w:cs="Arial"/>
                <w:sz w:val="20"/>
                <w:szCs w:val="20"/>
              </w:rPr>
            </w:pPr>
          </w:p>
          <w:p w14:paraId="03AF1AE8" w14:textId="77777777" w:rsidR="00F5517B" w:rsidRPr="007E05CF" w:rsidRDefault="00F5517B" w:rsidP="00AA1700">
            <w:pPr>
              <w:rPr>
                <w:rFonts w:ascii="Arial" w:hAnsi="Arial" w:cs="Arial"/>
                <w:sz w:val="20"/>
                <w:szCs w:val="20"/>
              </w:rPr>
            </w:pPr>
          </w:p>
          <w:p w14:paraId="6FA7E94E" w14:textId="77777777" w:rsidR="00F5517B" w:rsidRPr="007E05CF" w:rsidRDefault="00F5517B" w:rsidP="00AA1700">
            <w:pPr>
              <w:rPr>
                <w:rFonts w:ascii="Arial" w:hAnsi="Arial" w:cs="Arial"/>
                <w:sz w:val="20"/>
                <w:szCs w:val="20"/>
              </w:rPr>
            </w:pPr>
          </w:p>
          <w:p w14:paraId="17AE49ED" w14:textId="77777777" w:rsidR="00F5517B" w:rsidRPr="007E05CF" w:rsidRDefault="00F5517B" w:rsidP="00AA1700">
            <w:pPr>
              <w:rPr>
                <w:rFonts w:ascii="Arial" w:hAnsi="Arial" w:cs="Arial"/>
                <w:sz w:val="20"/>
              </w:rPr>
            </w:pPr>
          </w:p>
          <w:p w14:paraId="1456D4DA" w14:textId="77777777" w:rsidR="00F5517B" w:rsidRPr="007E05CF" w:rsidRDefault="00F5517B" w:rsidP="00AA1700">
            <w:pPr>
              <w:rPr>
                <w:rFonts w:ascii="Arial" w:hAnsi="Arial" w:cs="Arial"/>
                <w:sz w:val="20"/>
                <w:szCs w:val="20"/>
              </w:rPr>
            </w:pPr>
          </w:p>
          <w:p w14:paraId="62307B2C" w14:textId="77777777" w:rsidR="00F5517B" w:rsidRPr="007E05CF" w:rsidRDefault="00F5517B" w:rsidP="00AA1700">
            <w:pPr>
              <w:rPr>
                <w:rFonts w:ascii="Arial" w:hAnsi="Arial" w:cs="Arial"/>
                <w:sz w:val="20"/>
                <w:szCs w:val="20"/>
              </w:rPr>
            </w:pPr>
          </w:p>
          <w:p w14:paraId="78F227DD" w14:textId="77777777" w:rsidR="00F5517B" w:rsidRPr="007E05CF" w:rsidRDefault="00F5517B" w:rsidP="00AA1700">
            <w:pPr>
              <w:rPr>
                <w:rFonts w:ascii="Arial" w:hAnsi="Arial" w:cs="Arial"/>
                <w:sz w:val="20"/>
              </w:rPr>
            </w:pPr>
          </w:p>
          <w:p w14:paraId="7CF0442A" w14:textId="77777777" w:rsidR="00F5517B" w:rsidRPr="007E05CF" w:rsidRDefault="00F5517B" w:rsidP="00AA1700">
            <w:pPr>
              <w:rPr>
                <w:rFonts w:ascii="Arial" w:hAnsi="Arial" w:cs="Arial"/>
                <w:sz w:val="20"/>
                <w:szCs w:val="20"/>
              </w:rPr>
            </w:pPr>
          </w:p>
          <w:p w14:paraId="2873FB44" w14:textId="77777777" w:rsidR="00F5517B" w:rsidRPr="007E05CF" w:rsidRDefault="00F5517B" w:rsidP="00AA1700">
            <w:pPr>
              <w:rPr>
                <w:rFonts w:ascii="Arial" w:hAnsi="Arial" w:cs="Arial"/>
                <w:sz w:val="20"/>
                <w:szCs w:val="20"/>
              </w:rPr>
            </w:pPr>
          </w:p>
          <w:p w14:paraId="047B2ADC" w14:textId="77777777" w:rsidR="00F5517B" w:rsidRPr="007E05CF" w:rsidRDefault="00F5517B" w:rsidP="00AA1700">
            <w:pPr>
              <w:rPr>
                <w:rFonts w:ascii="Arial" w:hAnsi="Arial" w:cs="Arial"/>
                <w:sz w:val="20"/>
                <w:szCs w:val="20"/>
              </w:rPr>
            </w:pPr>
          </w:p>
          <w:p w14:paraId="0427F485" w14:textId="77777777" w:rsidR="00F5517B" w:rsidRPr="007E05CF" w:rsidRDefault="00F5517B" w:rsidP="00AA1700">
            <w:pPr>
              <w:rPr>
                <w:rFonts w:ascii="Arial" w:hAnsi="Arial" w:cs="Arial"/>
                <w:sz w:val="20"/>
                <w:szCs w:val="20"/>
              </w:rPr>
            </w:pPr>
          </w:p>
        </w:tc>
      </w:tr>
    </w:tbl>
    <w:p w14:paraId="1CAD8B93" w14:textId="77777777" w:rsidR="00F5517B" w:rsidRPr="007E05CF" w:rsidRDefault="00F5517B" w:rsidP="00F5517B">
      <w:pPr>
        <w:rPr>
          <w:rFonts w:ascii="Arial" w:hAnsi="Arial" w:cs="Arial"/>
          <w:i/>
          <w:iCs/>
          <w:sz w:val="20"/>
          <w:szCs w:val="20"/>
        </w:rPr>
      </w:pPr>
    </w:p>
    <w:tbl>
      <w:tblPr>
        <w:tblW w:w="1044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2880"/>
        <w:gridCol w:w="3960"/>
      </w:tblGrid>
      <w:tr w:rsidR="00F5517B" w:rsidRPr="007E05CF" w14:paraId="674D2C56" w14:textId="77777777" w:rsidTr="00AA1700">
        <w:tc>
          <w:tcPr>
            <w:tcW w:w="3600" w:type="dxa"/>
            <w:shd w:val="clear" w:color="auto" w:fill="D9D9D9" w:themeFill="background1" w:themeFillShade="D9"/>
          </w:tcPr>
          <w:p w14:paraId="48D051DB" w14:textId="77777777" w:rsidR="00F5517B" w:rsidRPr="007E05CF" w:rsidRDefault="00F5517B" w:rsidP="00AA1700">
            <w:pPr>
              <w:jc w:val="center"/>
              <w:rPr>
                <w:rFonts w:ascii="Arial" w:hAnsi="Arial" w:cs="Arial"/>
                <w:sz w:val="20"/>
                <w:szCs w:val="20"/>
              </w:rPr>
            </w:pPr>
            <w:r w:rsidRPr="007E05CF">
              <w:rPr>
                <w:rFonts w:ascii="Arial" w:hAnsi="Arial" w:cs="Arial"/>
                <w:sz w:val="20"/>
                <w:szCs w:val="20"/>
              </w:rPr>
              <w:t xml:space="preserve">Name of Previous Employer </w:t>
            </w:r>
          </w:p>
        </w:tc>
        <w:tc>
          <w:tcPr>
            <w:tcW w:w="2880" w:type="dxa"/>
            <w:shd w:val="clear" w:color="auto" w:fill="D9D9D9" w:themeFill="background1" w:themeFillShade="D9"/>
          </w:tcPr>
          <w:p w14:paraId="7AE11506" w14:textId="77777777" w:rsidR="00F5517B" w:rsidRPr="007E05CF" w:rsidRDefault="00F5517B" w:rsidP="00AA1700">
            <w:pPr>
              <w:jc w:val="center"/>
              <w:rPr>
                <w:rFonts w:ascii="Arial" w:hAnsi="Arial" w:cs="Arial"/>
                <w:sz w:val="20"/>
                <w:szCs w:val="20"/>
              </w:rPr>
            </w:pPr>
            <w:r w:rsidRPr="007E05CF">
              <w:rPr>
                <w:rFonts w:ascii="Arial" w:hAnsi="Arial" w:cs="Arial"/>
                <w:sz w:val="20"/>
                <w:szCs w:val="20"/>
              </w:rPr>
              <w:t xml:space="preserve"> Nature of Organisation and Business Sector</w:t>
            </w:r>
          </w:p>
        </w:tc>
        <w:tc>
          <w:tcPr>
            <w:tcW w:w="3960" w:type="dxa"/>
            <w:shd w:val="clear" w:color="auto" w:fill="D9D9D9" w:themeFill="background1" w:themeFillShade="D9"/>
          </w:tcPr>
          <w:p w14:paraId="27F0788C" w14:textId="77777777" w:rsidR="00F5517B" w:rsidRPr="007E05CF" w:rsidRDefault="00F5517B" w:rsidP="00AA1700">
            <w:pPr>
              <w:jc w:val="center"/>
              <w:rPr>
                <w:rFonts w:ascii="Arial" w:hAnsi="Arial" w:cs="Arial"/>
                <w:sz w:val="20"/>
                <w:szCs w:val="20"/>
              </w:rPr>
            </w:pPr>
            <w:r w:rsidRPr="007E05CF">
              <w:rPr>
                <w:rFonts w:ascii="Arial" w:hAnsi="Arial" w:cs="Arial"/>
                <w:sz w:val="20"/>
                <w:szCs w:val="20"/>
              </w:rPr>
              <w:t>Title of Position(s) Held</w:t>
            </w:r>
          </w:p>
          <w:p w14:paraId="4F4D65F4" w14:textId="77777777" w:rsidR="00F5517B" w:rsidRPr="007E05CF" w:rsidRDefault="00F5517B" w:rsidP="00AA1700">
            <w:pPr>
              <w:jc w:val="center"/>
              <w:rPr>
                <w:rFonts w:ascii="Arial" w:hAnsi="Arial" w:cs="Arial"/>
                <w:sz w:val="20"/>
                <w:szCs w:val="20"/>
              </w:rPr>
            </w:pPr>
          </w:p>
        </w:tc>
      </w:tr>
      <w:tr w:rsidR="00F5517B" w:rsidRPr="007E05CF" w14:paraId="2A6787D4" w14:textId="77777777" w:rsidTr="00AA1700">
        <w:tc>
          <w:tcPr>
            <w:tcW w:w="3600" w:type="dxa"/>
            <w:tcBorders>
              <w:bottom w:val="single" w:sz="4" w:space="0" w:color="auto"/>
            </w:tcBorders>
          </w:tcPr>
          <w:p w14:paraId="16AAD243" w14:textId="77777777" w:rsidR="00F5517B" w:rsidRPr="007E05CF" w:rsidRDefault="00F5517B" w:rsidP="00AA1700">
            <w:pPr>
              <w:jc w:val="center"/>
              <w:rPr>
                <w:rFonts w:ascii="Arial" w:hAnsi="Arial" w:cs="Arial"/>
                <w:sz w:val="20"/>
                <w:szCs w:val="20"/>
              </w:rPr>
            </w:pPr>
          </w:p>
          <w:p w14:paraId="325100D9" w14:textId="77777777" w:rsidR="00F5517B" w:rsidRPr="007E05CF" w:rsidRDefault="00F5517B" w:rsidP="00AA1700">
            <w:pPr>
              <w:jc w:val="center"/>
              <w:rPr>
                <w:rFonts w:ascii="Arial" w:hAnsi="Arial" w:cs="Arial"/>
                <w:sz w:val="20"/>
                <w:szCs w:val="20"/>
              </w:rPr>
            </w:pPr>
          </w:p>
        </w:tc>
        <w:tc>
          <w:tcPr>
            <w:tcW w:w="2880" w:type="dxa"/>
            <w:tcBorders>
              <w:bottom w:val="single" w:sz="4" w:space="0" w:color="auto"/>
            </w:tcBorders>
          </w:tcPr>
          <w:p w14:paraId="689A5A9F" w14:textId="77777777" w:rsidR="00F5517B" w:rsidRPr="007E05CF" w:rsidRDefault="00F5517B" w:rsidP="00AA1700">
            <w:pPr>
              <w:jc w:val="center"/>
              <w:rPr>
                <w:rFonts w:ascii="Arial" w:hAnsi="Arial" w:cs="Arial"/>
                <w:sz w:val="20"/>
                <w:szCs w:val="20"/>
              </w:rPr>
            </w:pPr>
          </w:p>
        </w:tc>
        <w:tc>
          <w:tcPr>
            <w:tcW w:w="3960" w:type="dxa"/>
            <w:tcBorders>
              <w:bottom w:val="single" w:sz="4" w:space="0" w:color="auto"/>
            </w:tcBorders>
          </w:tcPr>
          <w:p w14:paraId="04938525" w14:textId="77777777" w:rsidR="00F5517B" w:rsidRPr="007E05CF" w:rsidRDefault="00F5517B" w:rsidP="00AA1700">
            <w:pPr>
              <w:jc w:val="center"/>
              <w:rPr>
                <w:rFonts w:ascii="Arial" w:hAnsi="Arial" w:cs="Arial"/>
                <w:sz w:val="20"/>
                <w:szCs w:val="20"/>
              </w:rPr>
            </w:pPr>
          </w:p>
        </w:tc>
      </w:tr>
      <w:tr w:rsidR="00F5517B" w:rsidRPr="007E05CF" w14:paraId="1134F584" w14:textId="77777777" w:rsidTr="00AA1700">
        <w:tc>
          <w:tcPr>
            <w:tcW w:w="3600" w:type="dxa"/>
            <w:shd w:val="clear" w:color="auto" w:fill="D9D9D9" w:themeFill="background1" w:themeFillShade="D9"/>
          </w:tcPr>
          <w:p w14:paraId="60D28A02" w14:textId="77777777" w:rsidR="00F5517B" w:rsidRPr="007E05CF" w:rsidRDefault="00F5517B" w:rsidP="00AA1700">
            <w:pPr>
              <w:jc w:val="center"/>
              <w:rPr>
                <w:rFonts w:ascii="Arial" w:hAnsi="Arial" w:cs="Arial"/>
                <w:sz w:val="20"/>
                <w:szCs w:val="20"/>
              </w:rPr>
            </w:pPr>
            <w:r w:rsidRPr="007E05CF">
              <w:rPr>
                <w:rFonts w:ascii="Arial" w:hAnsi="Arial" w:cs="Arial"/>
                <w:sz w:val="20"/>
                <w:szCs w:val="20"/>
              </w:rPr>
              <w:t>Job Title of Line Manager(s)</w:t>
            </w:r>
          </w:p>
          <w:p w14:paraId="08055F33" w14:textId="77777777" w:rsidR="00F5517B" w:rsidRPr="007E05CF" w:rsidRDefault="00F5517B" w:rsidP="00AA1700">
            <w:pPr>
              <w:rPr>
                <w:rFonts w:ascii="Arial" w:hAnsi="Arial" w:cs="Arial"/>
                <w:sz w:val="20"/>
                <w:szCs w:val="20"/>
              </w:rPr>
            </w:pPr>
          </w:p>
        </w:tc>
        <w:tc>
          <w:tcPr>
            <w:tcW w:w="2880" w:type="dxa"/>
            <w:shd w:val="clear" w:color="auto" w:fill="D9D9D9" w:themeFill="background1" w:themeFillShade="D9"/>
          </w:tcPr>
          <w:p w14:paraId="5121CD4A" w14:textId="77777777" w:rsidR="00F5517B" w:rsidRPr="007E05CF" w:rsidRDefault="00F5517B" w:rsidP="00AA1700">
            <w:pPr>
              <w:jc w:val="center"/>
              <w:rPr>
                <w:rFonts w:ascii="Arial" w:hAnsi="Arial" w:cs="Arial"/>
                <w:sz w:val="20"/>
                <w:szCs w:val="20"/>
              </w:rPr>
            </w:pPr>
            <w:r w:rsidRPr="007E05CF">
              <w:rPr>
                <w:rFonts w:ascii="Arial" w:hAnsi="Arial" w:cs="Arial"/>
                <w:sz w:val="20"/>
                <w:szCs w:val="20"/>
              </w:rPr>
              <w:t>Dates (Month and Year)</w:t>
            </w:r>
          </w:p>
          <w:p w14:paraId="18CD7EB4" w14:textId="77777777" w:rsidR="00F5517B" w:rsidRPr="007E05CF" w:rsidRDefault="00F5517B" w:rsidP="00AA1700">
            <w:pPr>
              <w:jc w:val="center"/>
              <w:rPr>
                <w:rFonts w:ascii="Arial" w:hAnsi="Arial" w:cs="Arial"/>
                <w:sz w:val="20"/>
                <w:szCs w:val="20"/>
              </w:rPr>
            </w:pPr>
            <w:r w:rsidRPr="007E05CF">
              <w:rPr>
                <w:rFonts w:ascii="Arial" w:hAnsi="Arial" w:cs="Arial"/>
                <w:sz w:val="20"/>
                <w:szCs w:val="20"/>
              </w:rPr>
              <w:t>From -To</w:t>
            </w:r>
          </w:p>
        </w:tc>
        <w:tc>
          <w:tcPr>
            <w:tcW w:w="3960" w:type="dxa"/>
            <w:shd w:val="clear" w:color="auto" w:fill="D9D9D9" w:themeFill="background1" w:themeFillShade="D9"/>
          </w:tcPr>
          <w:p w14:paraId="1E828BAC" w14:textId="77777777" w:rsidR="00F5517B" w:rsidRPr="007E05CF" w:rsidRDefault="00F5517B" w:rsidP="00AA1700">
            <w:pPr>
              <w:jc w:val="center"/>
              <w:rPr>
                <w:rFonts w:ascii="Arial" w:hAnsi="Arial" w:cs="Arial"/>
                <w:sz w:val="20"/>
                <w:szCs w:val="20"/>
              </w:rPr>
            </w:pPr>
            <w:r w:rsidRPr="007E05CF">
              <w:rPr>
                <w:rFonts w:ascii="Arial" w:hAnsi="Arial" w:cs="Arial"/>
                <w:sz w:val="20"/>
                <w:szCs w:val="20"/>
              </w:rPr>
              <w:t>Reason for leaving</w:t>
            </w:r>
          </w:p>
        </w:tc>
      </w:tr>
      <w:tr w:rsidR="00F5517B" w:rsidRPr="007E05CF" w14:paraId="7597D68F" w14:textId="77777777" w:rsidTr="00AA1700">
        <w:tc>
          <w:tcPr>
            <w:tcW w:w="3600" w:type="dxa"/>
            <w:tcBorders>
              <w:bottom w:val="single" w:sz="4" w:space="0" w:color="auto"/>
            </w:tcBorders>
          </w:tcPr>
          <w:p w14:paraId="37BB8CFD" w14:textId="77777777" w:rsidR="00F5517B" w:rsidRPr="007E05CF" w:rsidRDefault="00F5517B" w:rsidP="00AA1700">
            <w:pPr>
              <w:rPr>
                <w:rFonts w:ascii="Arial" w:hAnsi="Arial" w:cs="Arial"/>
                <w:sz w:val="20"/>
                <w:szCs w:val="20"/>
              </w:rPr>
            </w:pPr>
          </w:p>
        </w:tc>
        <w:tc>
          <w:tcPr>
            <w:tcW w:w="2880" w:type="dxa"/>
            <w:tcBorders>
              <w:bottom w:val="single" w:sz="4" w:space="0" w:color="auto"/>
            </w:tcBorders>
          </w:tcPr>
          <w:p w14:paraId="311C9D0E" w14:textId="77777777" w:rsidR="00F5517B" w:rsidRPr="007E05CF" w:rsidRDefault="00F5517B" w:rsidP="00AA1700">
            <w:pPr>
              <w:rPr>
                <w:rFonts w:ascii="Arial" w:hAnsi="Arial" w:cs="Arial"/>
                <w:sz w:val="20"/>
                <w:szCs w:val="20"/>
              </w:rPr>
            </w:pPr>
          </w:p>
        </w:tc>
        <w:tc>
          <w:tcPr>
            <w:tcW w:w="3960" w:type="dxa"/>
            <w:tcBorders>
              <w:bottom w:val="single" w:sz="4" w:space="0" w:color="auto"/>
            </w:tcBorders>
          </w:tcPr>
          <w:p w14:paraId="31C1DF14" w14:textId="77777777" w:rsidR="00F5517B" w:rsidRPr="007E05CF" w:rsidRDefault="00F5517B" w:rsidP="00AA1700">
            <w:pPr>
              <w:rPr>
                <w:rFonts w:ascii="Arial" w:hAnsi="Arial" w:cs="Arial"/>
                <w:sz w:val="20"/>
                <w:szCs w:val="20"/>
              </w:rPr>
            </w:pPr>
          </w:p>
        </w:tc>
      </w:tr>
      <w:tr w:rsidR="00F5517B" w:rsidRPr="007E05CF" w14:paraId="265AB12A" w14:textId="77777777" w:rsidTr="00AA1700">
        <w:tc>
          <w:tcPr>
            <w:tcW w:w="10440" w:type="dxa"/>
            <w:gridSpan w:val="3"/>
            <w:shd w:val="clear" w:color="auto" w:fill="D9D9D9" w:themeFill="background1" w:themeFillShade="D9"/>
          </w:tcPr>
          <w:p w14:paraId="5D0F130D" w14:textId="77777777" w:rsidR="00F5517B" w:rsidRPr="007E05CF" w:rsidRDefault="00F5517B" w:rsidP="00AA1700">
            <w:pPr>
              <w:jc w:val="center"/>
              <w:rPr>
                <w:rFonts w:ascii="Arial" w:hAnsi="Arial" w:cs="Arial"/>
                <w:sz w:val="20"/>
                <w:szCs w:val="20"/>
              </w:rPr>
            </w:pPr>
            <w:r w:rsidRPr="007E05CF">
              <w:rPr>
                <w:rFonts w:ascii="Arial" w:hAnsi="Arial" w:cs="Arial"/>
                <w:sz w:val="20"/>
                <w:szCs w:val="20"/>
              </w:rPr>
              <w:t xml:space="preserve">Principal Duties of Post(s) Held </w:t>
            </w:r>
          </w:p>
        </w:tc>
      </w:tr>
      <w:tr w:rsidR="00F5517B" w:rsidRPr="007E05CF" w14:paraId="189D1DAF" w14:textId="77777777" w:rsidTr="00AA1700">
        <w:tc>
          <w:tcPr>
            <w:tcW w:w="10440" w:type="dxa"/>
            <w:gridSpan w:val="3"/>
          </w:tcPr>
          <w:p w14:paraId="004B7121" w14:textId="77777777" w:rsidR="00F5517B" w:rsidRPr="007E05CF" w:rsidRDefault="00F5517B" w:rsidP="00AA1700">
            <w:pPr>
              <w:rPr>
                <w:rFonts w:ascii="Arial" w:hAnsi="Arial" w:cs="Arial"/>
                <w:sz w:val="20"/>
                <w:szCs w:val="20"/>
              </w:rPr>
            </w:pPr>
          </w:p>
          <w:p w14:paraId="693F9C6F" w14:textId="77777777" w:rsidR="00F5517B" w:rsidRPr="007E05CF" w:rsidRDefault="00F5517B" w:rsidP="00AA1700">
            <w:pPr>
              <w:rPr>
                <w:rFonts w:ascii="Arial" w:hAnsi="Arial" w:cs="Arial"/>
                <w:sz w:val="20"/>
                <w:szCs w:val="20"/>
              </w:rPr>
            </w:pPr>
          </w:p>
          <w:p w14:paraId="486136ED" w14:textId="77777777" w:rsidR="00F5517B" w:rsidRPr="007E05CF" w:rsidRDefault="00F5517B" w:rsidP="00AA1700">
            <w:pPr>
              <w:rPr>
                <w:rFonts w:ascii="Arial" w:hAnsi="Arial" w:cs="Arial"/>
                <w:sz w:val="20"/>
                <w:szCs w:val="20"/>
              </w:rPr>
            </w:pPr>
          </w:p>
          <w:p w14:paraId="5484F9D6" w14:textId="77777777" w:rsidR="00F5517B" w:rsidRPr="007E05CF" w:rsidRDefault="00F5517B" w:rsidP="00AA1700">
            <w:pPr>
              <w:rPr>
                <w:rFonts w:ascii="Arial" w:hAnsi="Arial" w:cs="Arial"/>
                <w:sz w:val="20"/>
                <w:szCs w:val="20"/>
              </w:rPr>
            </w:pPr>
          </w:p>
          <w:p w14:paraId="0C717B7C" w14:textId="77777777" w:rsidR="00F5517B" w:rsidRPr="007E05CF" w:rsidRDefault="00F5517B" w:rsidP="00AA1700">
            <w:pPr>
              <w:rPr>
                <w:rFonts w:ascii="Arial" w:hAnsi="Arial" w:cs="Arial"/>
                <w:sz w:val="20"/>
                <w:szCs w:val="20"/>
              </w:rPr>
            </w:pPr>
          </w:p>
          <w:p w14:paraId="789AF75F" w14:textId="77777777" w:rsidR="00F5517B" w:rsidRPr="007E05CF" w:rsidRDefault="00F5517B" w:rsidP="00AA1700">
            <w:pPr>
              <w:rPr>
                <w:rFonts w:ascii="Arial" w:hAnsi="Arial" w:cs="Arial"/>
                <w:sz w:val="20"/>
                <w:szCs w:val="20"/>
              </w:rPr>
            </w:pPr>
          </w:p>
          <w:p w14:paraId="6C10E19C" w14:textId="77777777" w:rsidR="00F5517B" w:rsidRPr="007E05CF" w:rsidRDefault="00F5517B" w:rsidP="00AA1700">
            <w:pPr>
              <w:rPr>
                <w:rFonts w:ascii="Arial" w:hAnsi="Arial" w:cs="Arial"/>
                <w:sz w:val="20"/>
                <w:szCs w:val="20"/>
              </w:rPr>
            </w:pPr>
          </w:p>
          <w:p w14:paraId="5EABFF4D" w14:textId="77777777" w:rsidR="00F5517B" w:rsidRPr="007E05CF" w:rsidRDefault="00F5517B" w:rsidP="00AA1700">
            <w:pPr>
              <w:rPr>
                <w:rFonts w:ascii="Arial" w:hAnsi="Arial" w:cs="Arial"/>
                <w:sz w:val="20"/>
                <w:szCs w:val="20"/>
              </w:rPr>
            </w:pPr>
          </w:p>
          <w:p w14:paraId="076E20E4" w14:textId="77777777" w:rsidR="00F5517B" w:rsidRPr="007E05CF" w:rsidRDefault="00F5517B" w:rsidP="00AA1700">
            <w:pPr>
              <w:rPr>
                <w:rFonts w:ascii="Arial" w:hAnsi="Arial" w:cs="Arial"/>
                <w:sz w:val="20"/>
                <w:szCs w:val="20"/>
              </w:rPr>
            </w:pPr>
          </w:p>
          <w:p w14:paraId="26F07E3B" w14:textId="77777777" w:rsidR="00F5517B" w:rsidRPr="007E05CF" w:rsidRDefault="00F5517B" w:rsidP="00AA1700">
            <w:pPr>
              <w:rPr>
                <w:rFonts w:ascii="Arial" w:hAnsi="Arial" w:cs="Arial"/>
                <w:sz w:val="20"/>
                <w:szCs w:val="20"/>
              </w:rPr>
            </w:pPr>
          </w:p>
          <w:p w14:paraId="73276822" w14:textId="77777777" w:rsidR="00F5517B" w:rsidRPr="007E05CF" w:rsidRDefault="00F5517B" w:rsidP="00AA1700">
            <w:pPr>
              <w:rPr>
                <w:rFonts w:ascii="Arial" w:hAnsi="Arial" w:cs="Arial"/>
                <w:sz w:val="20"/>
              </w:rPr>
            </w:pPr>
          </w:p>
          <w:p w14:paraId="49D2E43A" w14:textId="77777777" w:rsidR="00F5517B" w:rsidRPr="007E05CF" w:rsidRDefault="00F5517B" w:rsidP="00AA1700">
            <w:pPr>
              <w:rPr>
                <w:rFonts w:ascii="Arial" w:hAnsi="Arial" w:cs="Arial"/>
                <w:sz w:val="20"/>
              </w:rPr>
            </w:pPr>
          </w:p>
          <w:p w14:paraId="3A8A52EC" w14:textId="77777777" w:rsidR="00F5517B" w:rsidRPr="007E05CF" w:rsidRDefault="00F5517B" w:rsidP="00AA1700">
            <w:pPr>
              <w:rPr>
                <w:rFonts w:ascii="Arial" w:hAnsi="Arial" w:cs="Arial"/>
                <w:sz w:val="20"/>
              </w:rPr>
            </w:pPr>
          </w:p>
          <w:p w14:paraId="679BF702" w14:textId="77777777" w:rsidR="00F5517B" w:rsidRPr="007E05CF" w:rsidRDefault="00F5517B" w:rsidP="00AA1700">
            <w:pPr>
              <w:rPr>
                <w:rFonts w:ascii="Arial" w:hAnsi="Arial" w:cs="Arial"/>
                <w:sz w:val="20"/>
              </w:rPr>
            </w:pPr>
          </w:p>
          <w:p w14:paraId="655FE84F" w14:textId="77777777" w:rsidR="00F5517B" w:rsidRPr="007E05CF" w:rsidRDefault="00F5517B" w:rsidP="00AA1700">
            <w:pPr>
              <w:rPr>
                <w:rFonts w:ascii="Arial" w:hAnsi="Arial" w:cs="Arial"/>
                <w:sz w:val="20"/>
                <w:szCs w:val="20"/>
              </w:rPr>
            </w:pPr>
          </w:p>
          <w:p w14:paraId="2B5FFDB6" w14:textId="77777777" w:rsidR="00F5517B" w:rsidRPr="007E05CF" w:rsidRDefault="00F5517B" w:rsidP="00AA1700">
            <w:pPr>
              <w:rPr>
                <w:rFonts w:ascii="Arial" w:hAnsi="Arial" w:cs="Arial"/>
                <w:sz w:val="20"/>
                <w:szCs w:val="20"/>
              </w:rPr>
            </w:pPr>
          </w:p>
          <w:p w14:paraId="1C94EEE2" w14:textId="77777777" w:rsidR="00F5517B" w:rsidRPr="007E05CF" w:rsidRDefault="00F5517B" w:rsidP="00AA1700">
            <w:pPr>
              <w:rPr>
                <w:rFonts w:ascii="Arial" w:hAnsi="Arial" w:cs="Arial"/>
                <w:sz w:val="20"/>
                <w:szCs w:val="20"/>
              </w:rPr>
            </w:pPr>
          </w:p>
        </w:tc>
      </w:tr>
    </w:tbl>
    <w:p w14:paraId="5E888449" w14:textId="77777777" w:rsidR="00F5517B" w:rsidRDefault="00F5517B" w:rsidP="00F5517B">
      <w:pPr>
        <w:ind w:left="-900" w:right="-1333" w:hanging="234"/>
        <w:rPr>
          <w:rFonts w:ascii="Arial" w:hAnsi="Arial" w:cs="Arial"/>
          <w:b/>
          <w:sz w:val="20"/>
          <w:szCs w:val="20"/>
        </w:rPr>
      </w:pPr>
    </w:p>
    <w:p w14:paraId="3647C9D3" w14:textId="77777777" w:rsidR="00F5517B" w:rsidRDefault="00F5517B" w:rsidP="00F5517B">
      <w:pPr>
        <w:rPr>
          <w:rFonts w:ascii="Arial" w:hAnsi="Arial" w:cs="Arial"/>
          <w:b/>
          <w:sz w:val="20"/>
          <w:szCs w:val="20"/>
        </w:rPr>
      </w:pPr>
      <w:r>
        <w:rPr>
          <w:rFonts w:ascii="Arial" w:hAnsi="Arial" w:cs="Arial"/>
          <w:b/>
          <w:sz w:val="20"/>
          <w:szCs w:val="20"/>
        </w:rPr>
        <w:br w:type="page"/>
      </w:r>
    </w:p>
    <w:p w14:paraId="7B166D4E" w14:textId="77777777" w:rsidR="00F5517B" w:rsidRPr="007E05CF" w:rsidRDefault="00F5517B" w:rsidP="00F5517B">
      <w:pPr>
        <w:ind w:left="-900" w:right="-1333"/>
        <w:rPr>
          <w:rFonts w:ascii="Arial" w:hAnsi="Arial" w:cs="Arial"/>
          <w:b/>
          <w:sz w:val="20"/>
          <w:szCs w:val="20"/>
        </w:rPr>
      </w:pPr>
      <w:r w:rsidRPr="007E05CF">
        <w:rPr>
          <w:rFonts w:ascii="Arial" w:hAnsi="Arial" w:cs="Arial"/>
          <w:b/>
          <w:sz w:val="20"/>
          <w:szCs w:val="20"/>
        </w:rPr>
        <w:lastRenderedPageBreak/>
        <w:t>Selection Criteria:</w:t>
      </w:r>
    </w:p>
    <w:p w14:paraId="266C3862" w14:textId="77777777" w:rsidR="00F5517B" w:rsidRPr="007E05CF" w:rsidRDefault="00F5517B" w:rsidP="00F5517B">
      <w:pPr>
        <w:ind w:left="-851" w:right="-1192"/>
        <w:rPr>
          <w:rFonts w:ascii="Arial" w:hAnsi="Arial" w:cs="Arial"/>
          <w:bCs/>
          <w:sz w:val="20"/>
          <w:szCs w:val="20"/>
        </w:rPr>
      </w:pPr>
    </w:p>
    <w:p w14:paraId="20BBC293" w14:textId="77777777" w:rsidR="00F5517B" w:rsidRPr="007E05CF" w:rsidRDefault="00F5517B" w:rsidP="00F5517B">
      <w:pPr>
        <w:ind w:left="-851" w:right="-1192"/>
        <w:rPr>
          <w:rFonts w:ascii="Arial" w:hAnsi="Arial" w:cs="Arial"/>
          <w:bCs/>
          <w:sz w:val="20"/>
          <w:szCs w:val="20"/>
        </w:rPr>
      </w:pPr>
      <w:r w:rsidRPr="007E05CF">
        <w:rPr>
          <w:rFonts w:ascii="Arial" w:hAnsi="Arial" w:cs="Arial"/>
          <w:bCs/>
          <w:sz w:val="20"/>
          <w:szCs w:val="20"/>
        </w:rPr>
        <w:t xml:space="preserve">As part of the application </w:t>
      </w:r>
      <w:proofErr w:type="gramStart"/>
      <w:r w:rsidRPr="007E05CF">
        <w:rPr>
          <w:rFonts w:ascii="Arial" w:hAnsi="Arial" w:cs="Arial"/>
          <w:bCs/>
          <w:sz w:val="20"/>
          <w:szCs w:val="20"/>
        </w:rPr>
        <w:t>process</w:t>
      </w:r>
      <w:proofErr w:type="gramEnd"/>
      <w:r w:rsidRPr="007E05CF">
        <w:rPr>
          <w:rFonts w:ascii="Arial" w:hAnsi="Arial" w:cs="Arial"/>
          <w:bCs/>
          <w:sz w:val="20"/>
          <w:szCs w:val="20"/>
        </w:rPr>
        <w:t xml:space="preserve"> you are required to provide specific examples below of how you meet the essential and desirable criteria. This information will be used to assess your suitability for the post and so you should therefore complete in as much detail as possible. Failure to provide sufficient information/detail may risk your application not being short-listed. </w:t>
      </w:r>
    </w:p>
    <w:p w14:paraId="5E243301" w14:textId="77777777" w:rsidR="00F5517B" w:rsidRPr="007E05CF" w:rsidRDefault="00F5517B" w:rsidP="00F5517B">
      <w:pPr>
        <w:ind w:left="-851" w:right="-1192"/>
        <w:rPr>
          <w:rFonts w:ascii="Arial" w:hAnsi="Arial" w:cs="Arial"/>
          <w:bCs/>
          <w:sz w:val="20"/>
          <w:szCs w:val="20"/>
        </w:rPr>
      </w:pPr>
    </w:p>
    <w:p w14:paraId="2DC590A5" w14:textId="77777777" w:rsidR="00F5517B" w:rsidRPr="007E05CF" w:rsidRDefault="00F5517B" w:rsidP="00F5517B">
      <w:pPr>
        <w:ind w:right="-1192"/>
        <w:rPr>
          <w:rFonts w:ascii="Arial" w:hAnsi="Arial" w:cs="Arial"/>
          <w:b/>
          <w:bCs/>
          <w:sz w:val="20"/>
          <w:szCs w:val="20"/>
        </w:rPr>
      </w:pPr>
    </w:p>
    <w:tbl>
      <w:tblPr>
        <w:tblW w:w="10328"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8"/>
      </w:tblGrid>
      <w:tr w:rsidR="00F5517B" w:rsidRPr="007E05CF" w14:paraId="1BA79CA6" w14:textId="77777777" w:rsidTr="00AA1700">
        <w:trPr>
          <w:trHeight w:val="493"/>
        </w:trPr>
        <w:tc>
          <w:tcPr>
            <w:tcW w:w="10328" w:type="dxa"/>
            <w:shd w:val="clear" w:color="auto" w:fill="D9D9D9" w:themeFill="background1" w:themeFillShade="D9"/>
          </w:tcPr>
          <w:p w14:paraId="0F4AD745" w14:textId="77777777" w:rsidR="00F5517B" w:rsidRDefault="00F5517B" w:rsidP="00AA1700">
            <w:pPr>
              <w:rPr>
                <w:rFonts w:ascii="Arial" w:hAnsi="Arial" w:cs="Arial"/>
                <w:b/>
                <w:bCs/>
                <w:sz w:val="20"/>
                <w:szCs w:val="20"/>
              </w:rPr>
            </w:pPr>
            <w:r>
              <w:rPr>
                <w:rFonts w:ascii="Arial" w:hAnsi="Arial" w:cs="Arial"/>
                <w:b/>
                <w:bCs/>
                <w:sz w:val="20"/>
                <w:szCs w:val="20"/>
              </w:rPr>
              <w:t xml:space="preserve">Qualifications: A </w:t>
            </w:r>
            <w:r w:rsidRPr="11181302">
              <w:rPr>
                <w:rFonts w:ascii="Arial" w:hAnsi="Arial" w:cs="Arial"/>
                <w:b/>
                <w:bCs/>
                <w:sz w:val="20"/>
                <w:szCs w:val="20"/>
              </w:rPr>
              <w:t>recognised</w:t>
            </w:r>
            <w:r>
              <w:rPr>
                <w:rFonts w:ascii="Arial" w:hAnsi="Arial" w:cs="Arial"/>
                <w:b/>
                <w:bCs/>
                <w:sz w:val="20"/>
                <w:szCs w:val="20"/>
              </w:rPr>
              <w:t xml:space="preserve"> degree in Business Administration, Management, Finance, Human Resources, or a related field (Level 8 or higher preferred).</w:t>
            </w:r>
          </w:p>
          <w:p w14:paraId="453136ED" w14:textId="77777777" w:rsidR="00F5517B" w:rsidRDefault="00F5517B" w:rsidP="00AA1700">
            <w:pPr>
              <w:rPr>
                <w:rFonts w:ascii="Arial" w:hAnsi="Arial" w:cs="Arial"/>
                <w:b/>
                <w:bCs/>
                <w:sz w:val="20"/>
                <w:szCs w:val="20"/>
              </w:rPr>
            </w:pPr>
          </w:p>
          <w:p w14:paraId="0C14F92B" w14:textId="77777777" w:rsidR="00F5517B" w:rsidRPr="007E05CF" w:rsidRDefault="00F5517B" w:rsidP="00AA1700">
            <w:pPr>
              <w:rPr>
                <w:rFonts w:ascii="Arial" w:hAnsi="Arial" w:cs="Arial"/>
                <w:b/>
                <w:bCs/>
                <w:sz w:val="20"/>
                <w:szCs w:val="20"/>
              </w:rPr>
            </w:pPr>
            <w:r>
              <w:rPr>
                <w:rFonts w:ascii="Arial" w:hAnsi="Arial" w:cs="Arial"/>
                <w:b/>
                <w:bCs/>
                <w:sz w:val="20"/>
                <w:szCs w:val="20"/>
              </w:rPr>
              <w:t>Please confirm if you have a recognised degree in Business Administration, Management, Finance, Human Resources, or a related field (Level 8 or higher preferred).</w:t>
            </w:r>
          </w:p>
        </w:tc>
      </w:tr>
      <w:tr w:rsidR="00F5517B" w:rsidRPr="007E05CF" w14:paraId="3C5EB053" w14:textId="77777777" w:rsidTr="00AA1700">
        <w:trPr>
          <w:trHeight w:val="1817"/>
        </w:trPr>
        <w:tc>
          <w:tcPr>
            <w:tcW w:w="10328" w:type="dxa"/>
          </w:tcPr>
          <w:p w14:paraId="08313E5C" w14:textId="77777777" w:rsidR="00F5517B" w:rsidRPr="007E05CF" w:rsidRDefault="00F5517B" w:rsidP="00AA1700">
            <w:pPr>
              <w:ind w:right="-1192"/>
              <w:rPr>
                <w:rFonts w:ascii="Arial" w:hAnsi="Arial" w:cs="Arial"/>
                <w:b/>
                <w:bCs/>
                <w:sz w:val="20"/>
                <w:szCs w:val="20"/>
              </w:rPr>
            </w:pPr>
          </w:p>
          <w:p w14:paraId="64320FC9" w14:textId="77777777" w:rsidR="00F5517B" w:rsidRPr="007E05CF" w:rsidRDefault="00F5517B" w:rsidP="00AA1700">
            <w:pPr>
              <w:ind w:right="-1192"/>
              <w:rPr>
                <w:rFonts w:ascii="Arial" w:hAnsi="Arial" w:cs="Arial"/>
                <w:b/>
                <w:bCs/>
                <w:sz w:val="20"/>
                <w:szCs w:val="20"/>
              </w:rPr>
            </w:pPr>
          </w:p>
          <w:p w14:paraId="6F946CFB" w14:textId="77777777" w:rsidR="00F5517B" w:rsidRPr="007E05CF" w:rsidRDefault="00F5517B" w:rsidP="00AA1700">
            <w:pPr>
              <w:ind w:right="-1192"/>
              <w:rPr>
                <w:rFonts w:ascii="Arial" w:hAnsi="Arial" w:cs="Arial"/>
                <w:b/>
                <w:bCs/>
                <w:sz w:val="20"/>
                <w:szCs w:val="20"/>
              </w:rPr>
            </w:pPr>
          </w:p>
          <w:p w14:paraId="2C25C6A8" w14:textId="77777777" w:rsidR="00F5517B" w:rsidRPr="007E05CF" w:rsidRDefault="00F5517B" w:rsidP="00AA1700">
            <w:pPr>
              <w:ind w:right="-1192"/>
              <w:rPr>
                <w:rFonts w:ascii="Arial" w:hAnsi="Arial" w:cs="Arial"/>
                <w:b/>
                <w:bCs/>
                <w:sz w:val="20"/>
              </w:rPr>
            </w:pPr>
          </w:p>
          <w:p w14:paraId="4042DD0B" w14:textId="77777777" w:rsidR="00F5517B" w:rsidRPr="007E05CF" w:rsidRDefault="00F5517B" w:rsidP="00AA1700">
            <w:pPr>
              <w:ind w:right="-1192"/>
              <w:rPr>
                <w:rFonts w:ascii="Arial" w:hAnsi="Arial" w:cs="Arial"/>
                <w:b/>
                <w:bCs/>
                <w:sz w:val="20"/>
              </w:rPr>
            </w:pPr>
          </w:p>
          <w:p w14:paraId="6026C9CF" w14:textId="77777777" w:rsidR="00F5517B" w:rsidRPr="007E05CF" w:rsidRDefault="00F5517B" w:rsidP="00AA1700">
            <w:pPr>
              <w:ind w:right="-1192"/>
              <w:rPr>
                <w:rFonts w:ascii="Arial" w:hAnsi="Arial" w:cs="Arial"/>
                <w:b/>
                <w:bCs/>
                <w:sz w:val="20"/>
              </w:rPr>
            </w:pPr>
          </w:p>
          <w:p w14:paraId="4B18E9BC" w14:textId="77777777" w:rsidR="00F5517B" w:rsidRPr="007E05CF" w:rsidRDefault="00F5517B" w:rsidP="00AA1700">
            <w:pPr>
              <w:ind w:right="-1192"/>
              <w:rPr>
                <w:rFonts w:ascii="Arial" w:hAnsi="Arial" w:cs="Arial"/>
                <w:b/>
                <w:bCs/>
                <w:sz w:val="20"/>
                <w:szCs w:val="20"/>
              </w:rPr>
            </w:pPr>
          </w:p>
          <w:p w14:paraId="15CB9B7B" w14:textId="77777777" w:rsidR="00F5517B" w:rsidRPr="007E05CF" w:rsidRDefault="00F5517B" w:rsidP="00AA1700">
            <w:pPr>
              <w:ind w:right="-1192"/>
              <w:rPr>
                <w:rFonts w:ascii="Arial" w:hAnsi="Arial" w:cs="Arial"/>
                <w:b/>
                <w:bCs/>
                <w:sz w:val="20"/>
                <w:szCs w:val="20"/>
              </w:rPr>
            </w:pPr>
          </w:p>
          <w:p w14:paraId="3F186A6B" w14:textId="77777777" w:rsidR="00F5517B" w:rsidRPr="007E05CF" w:rsidRDefault="00F5517B" w:rsidP="00AA1700">
            <w:pPr>
              <w:ind w:right="-1192"/>
              <w:rPr>
                <w:rFonts w:ascii="Arial" w:hAnsi="Arial" w:cs="Arial"/>
                <w:b/>
                <w:bCs/>
                <w:sz w:val="20"/>
                <w:szCs w:val="20"/>
              </w:rPr>
            </w:pPr>
          </w:p>
          <w:p w14:paraId="26B74F35" w14:textId="77777777" w:rsidR="00F5517B" w:rsidRPr="007E05CF" w:rsidRDefault="00F5517B" w:rsidP="00AA1700">
            <w:pPr>
              <w:ind w:right="-1192"/>
              <w:rPr>
                <w:rFonts w:ascii="Arial" w:hAnsi="Arial" w:cs="Arial"/>
                <w:b/>
                <w:bCs/>
                <w:sz w:val="20"/>
                <w:szCs w:val="20"/>
              </w:rPr>
            </w:pPr>
          </w:p>
          <w:p w14:paraId="616670E7" w14:textId="77777777" w:rsidR="00F5517B" w:rsidRPr="007E05CF" w:rsidRDefault="00F5517B" w:rsidP="00AA1700">
            <w:pPr>
              <w:ind w:right="-1192"/>
              <w:rPr>
                <w:rFonts w:ascii="Arial" w:hAnsi="Arial" w:cs="Arial"/>
                <w:b/>
                <w:bCs/>
                <w:sz w:val="20"/>
                <w:szCs w:val="20"/>
              </w:rPr>
            </w:pPr>
          </w:p>
          <w:p w14:paraId="32064727" w14:textId="77777777" w:rsidR="00F5517B" w:rsidRPr="007E05CF" w:rsidRDefault="00F5517B" w:rsidP="00AA1700">
            <w:pPr>
              <w:ind w:right="-1192"/>
              <w:rPr>
                <w:rFonts w:ascii="Arial" w:hAnsi="Arial" w:cs="Arial"/>
                <w:b/>
                <w:bCs/>
                <w:sz w:val="20"/>
                <w:szCs w:val="20"/>
              </w:rPr>
            </w:pPr>
          </w:p>
          <w:p w14:paraId="35E478F6" w14:textId="77777777" w:rsidR="00F5517B" w:rsidRPr="007E05CF" w:rsidRDefault="00F5517B" w:rsidP="00AA1700">
            <w:pPr>
              <w:ind w:right="-1192"/>
              <w:rPr>
                <w:rFonts w:ascii="Arial" w:hAnsi="Arial" w:cs="Arial"/>
                <w:b/>
                <w:bCs/>
                <w:sz w:val="20"/>
                <w:szCs w:val="20"/>
              </w:rPr>
            </w:pPr>
          </w:p>
          <w:p w14:paraId="19014E62" w14:textId="77777777" w:rsidR="00F5517B" w:rsidRPr="007E05CF" w:rsidRDefault="00F5517B" w:rsidP="00AA1700">
            <w:pPr>
              <w:ind w:right="-1192"/>
              <w:rPr>
                <w:rFonts w:ascii="Arial" w:hAnsi="Arial" w:cs="Arial"/>
                <w:b/>
                <w:bCs/>
                <w:sz w:val="20"/>
                <w:szCs w:val="20"/>
              </w:rPr>
            </w:pPr>
          </w:p>
          <w:p w14:paraId="6228D759" w14:textId="77777777" w:rsidR="00F5517B" w:rsidRPr="007E05CF" w:rsidRDefault="00F5517B" w:rsidP="00AA1700">
            <w:pPr>
              <w:ind w:right="-1192"/>
              <w:rPr>
                <w:rFonts w:ascii="Arial" w:hAnsi="Arial" w:cs="Arial"/>
                <w:b/>
                <w:bCs/>
                <w:sz w:val="20"/>
                <w:szCs w:val="20"/>
              </w:rPr>
            </w:pPr>
          </w:p>
          <w:p w14:paraId="53DA51B0" w14:textId="77777777" w:rsidR="00F5517B" w:rsidRPr="007E05CF" w:rsidRDefault="00F5517B" w:rsidP="00AA1700">
            <w:pPr>
              <w:ind w:right="-1192"/>
              <w:rPr>
                <w:rFonts w:ascii="Arial" w:hAnsi="Arial" w:cs="Arial"/>
                <w:b/>
                <w:bCs/>
                <w:sz w:val="20"/>
                <w:szCs w:val="20"/>
              </w:rPr>
            </w:pPr>
          </w:p>
          <w:p w14:paraId="797CBD67" w14:textId="77777777" w:rsidR="00F5517B" w:rsidRPr="007E05CF" w:rsidRDefault="00F5517B" w:rsidP="00AA1700">
            <w:pPr>
              <w:ind w:right="-1192"/>
              <w:rPr>
                <w:rFonts w:ascii="Arial" w:hAnsi="Arial" w:cs="Arial"/>
                <w:b/>
                <w:bCs/>
                <w:sz w:val="20"/>
                <w:szCs w:val="20"/>
              </w:rPr>
            </w:pPr>
          </w:p>
          <w:p w14:paraId="417B0AE9" w14:textId="77777777" w:rsidR="00F5517B" w:rsidRPr="007E05CF" w:rsidRDefault="00F5517B" w:rsidP="00AA1700">
            <w:pPr>
              <w:ind w:right="-1192"/>
              <w:rPr>
                <w:rFonts w:ascii="Arial" w:hAnsi="Arial" w:cs="Arial"/>
                <w:b/>
                <w:bCs/>
                <w:sz w:val="20"/>
                <w:szCs w:val="20"/>
              </w:rPr>
            </w:pPr>
          </w:p>
          <w:p w14:paraId="285E551A" w14:textId="77777777" w:rsidR="00F5517B" w:rsidRPr="007E05CF" w:rsidRDefault="00F5517B" w:rsidP="00AA1700">
            <w:pPr>
              <w:ind w:right="-1192"/>
              <w:rPr>
                <w:rFonts w:ascii="Arial" w:hAnsi="Arial" w:cs="Arial"/>
                <w:b/>
                <w:bCs/>
                <w:sz w:val="20"/>
              </w:rPr>
            </w:pPr>
          </w:p>
          <w:p w14:paraId="45F392B9" w14:textId="77777777" w:rsidR="00F5517B" w:rsidRPr="007E05CF" w:rsidRDefault="00F5517B" w:rsidP="00AA1700">
            <w:pPr>
              <w:ind w:right="-1192"/>
              <w:rPr>
                <w:rFonts w:ascii="Arial" w:hAnsi="Arial" w:cs="Arial"/>
                <w:b/>
                <w:bCs/>
                <w:sz w:val="20"/>
                <w:szCs w:val="20"/>
              </w:rPr>
            </w:pPr>
          </w:p>
          <w:p w14:paraId="2C50999A" w14:textId="77777777" w:rsidR="00F5517B" w:rsidRPr="007E05CF" w:rsidRDefault="00F5517B" w:rsidP="00AA1700">
            <w:pPr>
              <w:ind w:right="-1192"/>
              <w:rPr>
                <w:rFonts w:ascii="Arial" w:hAnsi="Arial" w:cs="Arial"/>
                <w:b/>
                <w:bCs/>
                <w:sz w:val="20"/>
                <w:szCs w:val="20"/>
              </w:rPr>
            </w:pPr>
          </w:p>
          <w:p w14:paraId="2B216CFB" w14:textId="77777777" w:rsidR="00F5517B" w:rsidRPr="007E05CF" w:rsidRDefault="00F5517B" w:rsidP="00AA1700">
            <w:pPr>
              <w:ind w:right="-1192"/>
              <w:rPr>
                <w:rFonts w:ascii="Arial" w:hAnsi="Arial" w:cs="Arial"/>
                <w:b/>
                <w:bCs/>
                <w:sz w:val="20"/>
                <w:szCs w:val="20"/>
              </w:rPr>
            </w:pPr>
          </w:p>
        </w:tc>
      </w:tr>
    </w:tbl>
    <w:p w14:paraId="179F4383" w14:textId="77777777" w:rsidR="00F5517B" w:rsidRDefault="00F5517B" w:rsidP="00F5517B">
      <w:pPr>
        <w:rPr>
          <w:rFonts w:ascii="Arial" w:hAnsi="Arial" w:cs="Arial"/>
          <w:b/>
          <w:sz w:val="20"/>
          <w:szCs w:val="20"/>
        </w:rPr>
      </w:pPr>
    </w:p>
    <w:tbl>
      <w:tblPr>
        <w:tblW w:w="10328"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8"/>
      </w:tblGrid>
      <w:tr w:rsidR="00F5517B" w:rsidRPr="007E05CF" w14:paraId="5232B0ED" w14:textId="77777777" w:rsidTr="00AA1700">
        <w:trPr>
          <w:trHeight w:val="493"/>
        </w:trPr>
        <w:tc>
          <w:tcPr>
            <w:tcW w:w="10328" w:type="dxa"/>
            <w:shd w:val="clear" w:color="auto" w:fill="D9D9D9" w:themeFill="background1" w:themeFillShade="D9"/>
          </w:tcPr>
          <w:p w14:paraId="53EDA685" w14:textId="77777777" w:rsidR="00F5517B" w:rsidRDefault="00F5517B" w:rsidP="00AA1700">
            <w:pPr>
              <w:rPr>
                <w:rFonts w:ascii="Arial" w:hAnsi="Arial" w:cs="Arial"/>
                <w:b/>
                <w:bCs/>
                <w:sz w:val="20"/>
                <w:szCs w:val="20"/>
              </w:rPr>
            </w:pPr>
            <w:r>
              <w:rPr>
                <w:rFonts w:ascii="Arial" w:hAnsi="Arial" w:cs="Arial"/>
                <w:b/>
                <w:bCs/>
                <w:sz w:val="20"/>
                <w:szCs w:val="20"/>
              </w:rPr>
              <w:t>Qualifications: Minimum of 5-7 years’ senior management experience, ideally in operations, HR, or organisational leadership roles.</w:t>
            </w:r>
          </w:p>
          <w:p w14:paraId="5F1A236B" w14:textId="77777777" w:rsidR="00F5517B" w:rsidRDefault="00F5517B" w:rsidP="00AA1700">
            <w:pPr>
              <w:rPr>
                <w:rFonts w:ascii="Arial" w:hAnsi="Arial" w:cs="Arial"/>
                <w:b/>
                <w:bCs/>
                <w:sz w:val="20"/>
                <w:szCs w:val="20"/>
              </w:rPr>
            </w:pPr>
          </w:p>
          <w:p w14:paraId="08CD9751" w14:textId="77777777" w:rsidR="00F5517B" w:rsidRPr="007E05CF" w:rsidRDefault="00F5517B" w:rsidP="00AA1700">
            <w:pPr>
              <w:rPr>
                <w:rFonts w:ascii="Arial" w:hAnsi="Arial" w:cs="Arial"/>
                <w:b/>
                <w:bCs/>
                <w:sz w:val="20"/>
                <w:szCs w:val="20"/>
              </w:rPr>
            </w:pPr>
            <w:r>
              <w:rPr>
                <w:rFonts w:ascii="Arial" w:hAnsi="Arial" w:cs="Arial"/>
                <w:b/>
                <w:bCs/>
                <w:sz w:val="20"/>
                <w:szCs w:val="20"/>
              </w:rPr>
              <w:t xml:space="preserve">Please demonstrate your </w:t>
            </w:r>
            <w:r w:rsidRPr="11181302">
              <w:rPr>
                <w:rFonts w:ascii="Arial" w:hAnsi="Arial" w:cs="Arial"/>
                <w:b/>
                <w:bCs/>
                <w:sz w:val="20"/>
                <w:szCs w:val="20"/>
              </w:rPr>
              <w:t>experience</w:t>
            </w:r>
            <w:r>
              <w:rPr>
                <w:rFonts w:ascii="Arial" w:hAnsi="Arial" w:cs="Arial"/>
                <w:b/>
                <w:bCs/>
                <w:sz w:val="20"/>
                <w:szCs w:val="20"/>
              </w:rPr>
              <w:t xml:space="preserve"> in operations, HR, or </w:t>
            </w:r>
            <w:r w:rsidRPr="11181302">
              <w:rPr>
                <w:rFonts w:ascii="Arial" w:hAnsi="Arial" w:cs="Arial"/>
                <w:b/>
                <w:bCs/>
                <w:sz w:val="20"/>
                <w:szCs w:val="20"/>
              </w:rPr>
              <w:t>organisational</w:t>
            </w:r>
            <w:r>
              <w:rPr>
                <w:rFonts w:ascii="Arial" w:hAnsi="Arial" w:cs="Arial"/>
                <w:b/>
                <w:bCs/>
                <w:sz w:val="20"/>
                <w:szCs w:val="20"/>
              </w:rPr>
              <w:t xml:space="preserve"> leadership roles.</w:t>
            </w:r>
          </w:p>
        </w:tc>
      </w:tr>
      <w:tr w:rsidR="00F5517B" w:rsidRPr="007E05CF" w14:paraId="110AEBCE" w14:textId="77777777" w:rsidTr="00AA1700">
        <w:trPr>
          <w:trHeight w:val="1817"/>
        </w:trPr>
        <w:tc>
          <w:tcPr>
            <w:tcW w:w="10328" w:type="dxa"/>
          </w:tcPr>
          <w:p w14:paraId="7DBA5E45" w14:textId="77777777" w:rsidR="00F5517B" w:rsidRPr="007E05CF" w:rsidRDefault="00F5517B" w:rsidP="00AA1700">
            <w:pPr>
              <w:ind w:right="-1192"/>
              <w:rPr>
                <w:rFonts w:ascii="Arial" w:hAnsi="Arial" w:cs="Arial"/>
                <w:b/>
                <w:bCs/>
                <w:sz w:val="20"/>
                <w:szCs w:val="20"/>
              </w:rPr>
            </w:pPr>
          </w:p>
          <w:p w14:paraId="71BF65AA" w14:textId="77777777" w:rsidR="00F5517B" w:rsidRPr="007E05CF" w:rsidRDefault="00F5517B" w:rsidP="00AA1700">
            <w:pPr>
              <w:ind w:right="-1192"/>
              <w:rPr>
                <w:rFonts w:ascii="Arial" w:hAnsi="Arial" w:cs="Arial"/>
                <w:b/>
                <w:bCs/>
                <w:sz w:val="20"/>
                <w:szCs w:val="20"/>
              </w:rPr>
            </w:pPr>
          </w:p>
          <w:p w14:paraId="56AC1A7A" w14:textId="77777777" w:rsidR="00F5517B" w:rsidRPr="007E05CF" w:rsidRDefault="00F5517B" w:rsidP="00AA1700">
            <w:pPr>
              <w:ind w:right="-1192"/>
              <w:rPr>
                <w:rFonts w:ascii="Arial" w:hAnsi="Arial" w:cs="Arial"/>
                <w:b/>
                <w:bCs/>
                <w:sz w:val="20"/>
                <w:szCs w:val="20"/>
              </w:rPr>
            </w:pPr>
          </w:p>
          <w:p w14:paraId="23808D91" w14:textId="77777777" w:rsidR="00F5517B" w:rsidRPr="007E05CF" w:rsidRDefault="00F5517B" w:rsidP="00AA1700">
            <w:pPr>
              <w:ind w:right="-1192"/>
              <w:rPr>
                <w:rFonts w:ascii="Arial" w:hAnsi="Arial" w:cs="Arial"/>
                <w:b/>
                <w:bCs/>
                <w:sz w:val="20"/>
              </w:rPr>
            </w:pPr>
          </w:p>
          <w:p w14:paraId="15C3C5F3" w14:textId="77777777" w:rsidR="00F5517B" w:rsidRPr="007E05CF" w:rsidRDefault="00F5517B" w:rsidP="00AA1700">
            <w:pPr>
              <w:ind w:right="-1192"/>
              <w:rPr>
                <w:rFonts w:ascii="Arial" w:hAnsi="Arial" w:cs="Arial"/>
                <w:b/>
                <w:bCs/>
                <w:sz w:val="20"/>
              </w:rPr>
            </w:pPr>
          </w:p>
          <w:p w14:paraId="128DBFB1" w14:textId="77777777" w:rsidR="00F5517B" w:rsidRPr="007E05CF" w:rsidRDefault="00F5517B" w:rsidP="00AA1700">
            <w:pPr>
              <w:ind w:right="-1192"/>
              <w:rPr>
                <w:rFonts w:ascii="Arial" w:hAnsi="Arial" w:cs="Arial"/>
                <w:b/>
                <w:bCs/>
                <w:sz w:val="20"/>
              </w:rPr>
            </w:pPr>
          </w:p>
          <w:p w14:paraId="62FF968E" w14:textId="77777777" w:rsidR="00F5517B" w:rsidRPr="007E05CF" w:rsidRDefault="00F5517B" w:rsidP="00AA1700">
            <w:pPr>
              <w:ind w:right="-1192"/>
              <w:rPr>
                <w:rFonts w:ascii="Arial" w:hAnsi="Arial" w:cs="Arial"/>
                <w:b/>
                <w:bCs/>
                <w:sz w:val="20"/>
                <w:szCs w:val="20"/>
              </w:rPr>
            </w:pPr>
          </w:p>
          <w:p w14:paraId="023FBAB4" w14:textId="77777777" w:rsidR="00F5517B" w:rsidRPr="007E05CF" w:rsidRDefault="00F5517B" w:rsidP="00AA1700">
            <w:pPr>
              <w:ind w:right="-1192"/>
              <w:rPr>
                <w:rFonts w:ascii="Arial" w:hAnsi="Arial" w:cs="Arial"/>
                <w:b/>
                <w:bCs/>
                <w:sz w:val="20"/>
                <w:szCs w:val="20"/>
              </w:rPr>
            </w:pPr>
          </w:p>
          <w:p w14:paraId="61EA3B31" w14:textId="77777777" w:rsidR="00F5517B" w:rsidRPr="007E05CF" w:rsidRDefault="00F5517B" w:rsidP="00AA1700">
            <w:pPr>
              <w:ind w:right="-1192"/>
              <w:rPr>
                <w:rFonts w:ascii="Arial" w:hAnsi="Arial" w:cs="Arial"/>
                <w:b/>
                <w:bCs/>
                <w:sz w:val="20"/>
                <w:szCs w:val="20"/>
              </w:rPr>
            </w:pPr>
          </w:p>
          <w:p w14:paraId="71EDC2A8" w14:textId="77777777" w:rsidR="00F5517B" w:rsidRPr="007E05CF" w:rsidRDefault="00F5517B" w:rsidP="00AA1700">
            <w:pPr>
              <w:ind w:right="-1192"/>
              <w:rPr>
                <w:rFonts w:ascii="Arial" w:hAnsi="Arial" w:cs="Arial"/>
                <w:b/>
                <w:bCs/>
                <w:sz w:val="20"/>
                <w:szCs w:val="20"/>
              </w:rPr>
            </w:pPr>
          </w:p>
          <w:p w14:paraId="4951A18A" w14:textId="77777777" w:rsidR="00F5517B" w:rsidRPr="007E05CF" w:rsidRDefault="00F5517B" w:rsidP="00AA1700">
            <w:pPr>
              <w:ind w:right="-1192"/>
              <w:rPr>
                <w:rFonts w:ascii="Arial" w:hAnsi="Arial" w:cs="Arial"/>
                <w:b/>
                <w:bCs/>
                <w:sz w:val="20"/>
                <w:szCs w:val="20"/>
              </w:rPr>
            </w:pPr>
          </w:p>
          <w:p w14:paraId="5BAF045F" w14:textId="77777777" w:rsidR="00F5517B" w:rsidRPr="007E05CF" w:rsidRDefault="00F5517B" w:rsidP="00AA1700">
            <w:pPr>
              <w:ind w:right="-1192"/>
              <w:rPr>
                <w:rFonts w:ascii="Arial" w:hAnsi="Arial" w:cs="Arial"/>
                <w:b/>
                <w:bCs/>
                <w:sz w:val="20"/>
                <w:szCs w:val="20"/>
              </w:rPr>
            </w:pPr>
          </w:p>
          <w:p w14:paraId="64479729" w14:textId="77777777" w:rsidR="00F5517B" w:rsidRPr="007E05CF" w:rsidRDefault="00F5517B" w:rsidP="00AA1700">
            <w:pPr>
              <w:ind w:right="-1192"/>
              <w:rPr>
                <w:rFonts w:ascii="Arial" w:hAnsi="Arial" w:cs="Arial"/>
                <w:b/>
                <w:bCs/>
                <w:sz w:val="20"/>
                <w:szCs w:val="20"/>
              </w:rPr>
            </w:pPr>
          </w:p>
          <w:p w14:paraId="297EFA41" w14:textId="77777777" w:rsidR="00F5517B" w:rsidRPr="007E05CF" w:rsidRDefault="00F5517B" w:rsidP="00AA1700">
            <w:pPr>
              <w:ind w:right="-1192"/>
              <w:rPr>
                <w:rFonts w:ascii="Arial" w:hAnsi="Arial" w:cs="Arial"/>
                <w:b/>
                <w:bCs/>
                <w:sz w:val="20"/>
                <w:szCs w:val="20"/>
              </w:rPr>
            </w:pPr>
          </w:p>
          <w:p w14:paraId="07535AD8" w14:textId="77777777" w:rsidR="00F5517B" w:rsidRPr="007E05CF" w:rsidRDefault="00F5517B" w:rsidP="00AA1700">
            <w:pPr>
              <w:ind w:right="-1192"/>
              <w:rPr>
                <w:rFonts w:ascii="Arial" w:hAnsi="Arial" w:cs="Arial"/>
                <w:b/>
                <w:bCs/>
                <w:sz w:val="20"/>
                <w:szCs w:val="20"/>
              </w:rPr>
            </w:pPr>
          </w:p>
          <w:p w14:paraId="23D0D208" w14:textId="77777777" w:rsidR="00F5517B" w:rsidRPr="007E05CF" w:rsidRDefault="00F5517B" w:rsidP="00AA1700">
            <w:pPr>
              <w:ind w:right="-1192"/>
              <w:rPr>
                <w:rFonts w:ascii="Arial" w:hAnsi="Arial" w:cs="Arial"/>
                <w:b/>
                <w:bCs/>
                <w:sz w:val="20"/>
                <w:szCs w:val="20"/>
              </w:rPr>
            </w:pPr>
          </w:p>
          <w:p w14:paraId="1D165446" w14:textId="77777777" w:rsidR="00F5517B" w:rsidRPr="007E05CF" w:rsidRDefault="00F5517B" w:rsidP="00AA1700">
            <w:pPr>
              <w:ind w:right="-1192"/>
              <w:rPr>
                <w:rFonts w:ascii="Arial" w:hAnsi="Arial" w:cs="Arial"/>
                <w:b/>
                <w:bCs/>
                <w:sz w:val="20"/>
                <w:szCs w:val="20"/>
              </w:rPr>
            </w:pPr>
          </w:p>
          <w:p w14:paraId="7CABD353" w14:textId="77777777" w:rsidR="00F5517B" w:rsidRPr="007E05CF" w:rsidRDefault="00F5517B" w:rsidP="00AA1700">
            <w:pPr>
              <w:ind w:right="-1192"/>
              <w:rPr>
                <w:rFonts w:ascii="Arial" w:hAnsi="Arial" w:cs="Arial"/>
                <w:b/>
                <w:bCs/>
                <w:sz w:val="20"/>
                <w:szCs w:val="20"/>
              </w:rPr>
            </w:pPr>
          </w:p>
          <w:p w14:paraId="66D70572" w14:textId="77777777" w:rsidR="00F5517B" w:rsidRPr="007E05CF" w:rsidRDefault="00F5517B" w:rsidP="00AA1700">
            <w:pPr>
              <w:ind w:right="-1192"/>
              <w:rPr>
                <w:rFonts w:ascii="Arial" w:hAnsi="Arial" w:cs="Arial"/>
                <w:b/>
                <w:bCs/>
                <w:sz w:val="20"/>
              </w:rPr>
            </w:pPr>
          </w:p>
          <w:p w14:paraId="61F8CEA3" w14:textId="77777777" w:rsidR="00F5517B" w:rsidRPr="007E05CF" w:rsidRDefault="00F5517B" w:rsidP="00AA1700">
            <w:pPr>
              <w:ind w:right="-1192"/>
              <w:rPr>
                <w:rFonts w:ascii="Arial" w:hAnsi="Arial" w:cs="Arial"/>
                <w:b/>
                <w:bCs/>
                <w:sz w:val="20"/>
                <w:szCs w:val="20"/>
              </w:rPr>
            </w:pPr>
          </w:p>
          <w:p w14:paraId="211C3675" w14:textId="77777777" w:rsidR="00F5517B" w:rsidRPr="007E05CF" w:rsidRDefault="00F5517B" w:rsidP="00AA1700">
            <w:pPr>
              <w:ind w:right="-1192"/>
              <w:rPr>
                <w:rFonts w:ascii="Arial" w:hAnsi="Arial" w:cs="Arial"/>
                <w:b/>
                <w:bCs/>
                <w:sz w:val="20"/>
                <w:szCs w:val="20"/>
              </w:rPr>
            </w:pPr>
          </w:p>
          <w:p w14:paraId="5261E7EA" w14:textId="77777777" w:rsidR="00F5517B" w:rsidRPr="007E05CF" w:rsidRDefault="00F5517B" w:rsidP="00AA1700">
            <w:pPr>
              <w:ind w:right="-1192"/>
              <w:rPr>
                <w:rFonts w:ascii="Arial" w:hAnsi="Arial" w:cs="Arial"/>
                <w:b/>
                <w:bCs/>
                <w:sz w:val="20"/>
                <w:szCs w:val="20"/>
              </w:rPr>
            </w:pPr>
          </w:p>
        </w:tc>
      </w:tr>
    </w:tbl>
    <w:p w14:paraId="6B04F19C" w14:textId="77777777" w:rsidR="00F5517B" w:rsidRDefault="00F5517B" w:rsidP="00F5517B">
      <w:pPr>
        <w:rPr>
          <w:rFonts w:ascii="Arial" w:hAnsi="Arial" w:cs="Arial"/>
          <w:b/>
          <w:sz w:val="20"/>
          <w:szCs w:val="20"/>
        </w:rPr>
      </w:pPr>
    </w:p>
    <w:p w14:paraId="37B5DB38" w14:textId="77777777" w:rsidR="00F5517B" w:rsidRDefault="00F5517B" w:rsidP="00F5517B">
      <w:pPr>
        <w:rPr>
          <w:rFonts w:ascii="Arial" w:hAnsi="Arial" w:cs="Arial"/>
          <w:b/>
          <w:sz w:val="20"/>
          <w:szCs w:val="20"/>
        </w:rPr>
      </w:pPr>
    </w:p>
    <w:tbl>
      <w:tblPr>
        <w:tblW w:w="10328"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8"/>
      </w:tblGrid>
      <w:tr w:rsidR="00F5517B" w:rsidRPr="007E05CF" w14:paraId="0EB7C82D" w14:textId="77777777" w:rsidTr="00AA1700">
        <w:trPr>
          <w:trHeight w:val="493"/>
        </w:trPr>
        <w:tc>
          <w:tcPr>
            <w:tcW w:w="10328" w:type="dxa"/>
            <w:shd w:val="clear" w:color="auto" w:fill="D9D9D9" w:themeFill="background1" w:themeFillShade="D9"/>
          </w:tcPr>
          <w:p w14:paraId="56A7BC66" w14:textId="77777777" w:rsidR="00F5517B" w:rsidRDefault="00F5517B" w:rsidP="00AA1700">
            <w:pPr>
              <w:rPr>
                <w:rFonts w:ascii="Arial" w:hAnsi="Arial" w:cs="Arial"/>
                <w:b/>
                <w:bCs/>
                <w:sz w:val="20"/>
                <w:szCs w:val="20"/>
              </w:rPr>
            </w:pPr>
            <w:r>
              <w:rPr>
                <w:rFonts w:ascii="Arial" w:hAnsi="Arial" w:cs="Arial"/>
                <w:b/>
                <w:bCs/>
                <w:sz w:val="20"/>
                <w:szCs w:val="20"/>
              </w:rPr>
              <w:t>Qualifications: Familiarity with Irish charity law, nonprofit, values-driven, or faith-based organisational contexts is a distinct advantage.</w:t>
            </w:r>
          </w:p>
          <w:p w14:paraId="7BF372B6" w14:textId="77777777" w:rsidR="00F5517B" w:rsidRDefault="00F5517B" w:rsidP="00AA1700">
            <w:pPr>
              <w:rPr>
                <w:rFonts w:ascii="Arial" w:hAnsi="Arial" w:cs="Arial"/>
                <w:b/>
                <w:bCs/>
                <w:sz w:val="20"/>
                <w:szCs w:val="20"/>
              </w:rPr>
            </w:pPr>
          </w:p>
          <w:p w14:paraId="4584B245" w14:textId="77777777" w:rsidR="00F5517B" w:rsidRPr="007E05CF" w:rsidRDefault="00F5517B" w:rsidP="00AA1700">
            <w:pPr>
              <w:rPr>
                <w:rFonts w:ascii="Arial" w:hAnsi="Arial" w:cs="Arial"/>
                <w:b/>
                <w:bCs/>
                <w:sz w:val="20"/>
                <w:szCs w:val="20"/>
              </w:rPr>
            </w:pPr>
            <w:r w:rsidRPr="11181302">
              <w:rPr>
                <w:rFonts w:ascii="Arial" w:hAnsi="Arial" w:cs="Arial"/>
                <w:b/>
                <w:bCs/>
                <w:sz w:val="20"/>
                <w:szCs w:val="20"/>
              </w:rPr>
              <w:t xml:space="preserve">Please </w:t>
            </w:r>
            <w:proofErr w:type="spellStart"/>
            <w:r w:rsidRPr="11181302">
              <w:rPr>
                <w:rFonts w:ascii="Arial" w:hAnsi="Arial" w:cs="Arial"/>
                <w:b/>
                <w:bCs/>
                <w:sz w:val="20"/>
                <w:szCs w:val="20"/>
              </w:rPr>
              <w:t>demonstate</w:t>
            </w:r>
            <w:proofErr w:type="spellEnd"/>
            <w:r w:rsidRPr="11181302">
              <w:rPr>
                <w:rFonts w:ascii="Arial" w:hAnsi="Arial" w:cs="Arial"/>
                <w:b/>
                <w:bCs/>
                <w:sz w:val="20"/>
                <w:szCs w:val="20"/>
              </w:rPr>
              <w:t xml:space="preserve"> any</w:t>
            </w:r>
            <w:r>
              <w:rPr>
                <w:rFonts w:ascii="Arial" w:hAnsi="Arial" w:cs="Arial"/>
                <w:b/>
                <w:bCs/>
                <w:sz w:val="20"/>
                <w:szCs w:val="20"/>
              </w:rPr>
              <w:t xml:space="preserve"> experience with working in Irish charity law, nonprofit, values-driven, or faith-based organisations</w:t>
            </w:r>
            <w:r w:rsidRPr="11181302">
              <w:rPr>
                <w:rFonts w:ascii="Arial" w:hAnsi="Arial" w:cs="Arial"/>
                <w:b/>
                <w:bCs/>
                <w:sz w:val="20"/>
                <w:szCs w:val="20"/>
              </w:rPr>
              <w:t>.</w:t>
            </w:r>
          </w:p>
        </w:tc>
      </w:tr>
      <w:tr w:rsidR="00F5517B" w:rsidRPr="007E05CF" w14:paraId="17BFD36C" w14:textId="77777777" w:rsidTr="00AA1700">
        <w:trPr>
          <w:trHeight w:val="1817"/>
        </w:trPr>
        <w:tc>
          <w:tcPr>
            <w:tcW w:w="10328" w:type="dxa"/>
          </w:tcPr>
          <w:p w14:paraId="3B872849" w14:textId="77777777" w:rsidR="00F5517B" w:rsidRPr="007E05CF" w:rsidRDefault="00F5517B" w:rsidP="00AA1700">
            <w:pPr>
              <w:ind w:right="-1192"/>
              <w:rPr>
                <w:rFonts w:ascii="Arial" w:hAnsi="Arial" w:cs="Arial"/>
                <w:b/>
                <w:bCs/>
                <w:sz w:val="20"/>
                <w:szCs w:val="20"/>
              </w:rPr>
            </w:pPr>
          </w:p>
          <w:p w14:paraId="4B214C5D" w14:textId="77777777" w:rsidR="00F5517B" w:rsidRPr="007E05CF" w:rsidRDefault="00F5517B" w:rsidP="00AA1700">
            <w:pPr>
              <w:ind w:right="-1192"/>
              <w:rPr>
                <w:rFonts w:ascii="Arial" w:hAnsi="Arial" w:cs="Arial"/>
                <w:b/>
                <w:bCs/>
                <w:sz w:val="20"/>
                <w:szCs w:val="20"/>
              </w:rPr>
            </w:pPr>
          </w:p>
          <w:p w14:paraId="577B6F70" w14:textId="77777777" w:rsidR="00F5517B" w:rsidRPr="007E05CF" w:rsidRDefault="00F5517B" w:rsidP="00AA1700">
            <w:pPr>
              <w:ind w:right="-1192"/>
              <w:rPr>
                <w:rFonts w:ascii="Arial" w:hAnsi="Arial" w:cs="Arial"/>
                <w:b/>
                <w:bCs/>
                <w:sz w:val="20"/>
                <w:szCs w:val="20"/>
              </w:rPr>
            </w:pPr>
          </w:p>
          <w:p w14:paraId="356F0BDB" w14:textId="77777777" w:rsidR="00F5517B" w:rsidRPr="007E05CF" w:rsidRDefault="00F5517B" w:rsidP="00AA1700">
            <w:pPr>
              <w:ind w:right="-1192"/>
              <w:rPr>
                <w:rFonts w:ascii="Arial" w:hAnsi="Arial" w:cs="Arial"/>
                <w:b/>
                <w:bCs/>
                <w:sz w:val="20"/>
              </w:rPr>
            </w:pPr>
          </w:p>
          <w:p w14:paraId="0026A72E" w14:textId="77777777" w:rsidR="00F5517B" w:rsidRPr="007E05CF" w:rsidRDefault="00F5517B" w:rsidP="00AA1700">
            <w:pPr>
              <w:ind w:right="-1192"/>
              <w:rPr>
                <w:rFonts w:ascii="Arial" w:hAnsi="Arial" w:cs="Arial"/>
                <w:b/>
                <w:bCs/>
                <w:sz w:val="20"/>
              </w:rPr>
            </w:pPr>
          </w:p>
          <w:p w14:paraId="65E84249" w14:textId="77777777" w:rsidR="00F5517B" w:rsidRPr="007E05CF" w:rsidRDefault="00F5517B" w:rsidP="00AA1700">
            <w:pPr>
              <w:ind w:right="-1192"/>
              <w:rPr>
                <w:rFonts w:ascii="Arial" w:hAnsi="Arial" w:cs="Arial"/>
                <w:b/>
                <w:bCs/>
                <w:sz w:val="20"/>
              </w:rPr>
            </w:pPr>
          </w:p>
          <w:p w14:paraId="1A43DBAA" w14:textId="77777777" w:rsidR="00F5517B" w:rsidRPr="007E05CF" w:rsidRDefault="00F5517B" w:rsidP="00AA1700">
            <w:pPr>
              <w:ind w:right="-1192"/>
              <w:rPr>
                <w:rFonts w:ascii="Arial" w:hAnsi="Arial" w:cs="Arial"/>
                <w:b/>
                <w:bCs/>
                <w:sz w:val="20"/>
                <w:szCs w:val="20"/>
              </w:rPr>
            </w:pPr>
          </w:p>
          <w:p w14:paraId="384ED543" w14:textId="77777777" w:rsidR="00F5517B" w:rsidRPr="007E05CF" w:rsidRDefault="00F5517B" w:rsidP="00AA1700">
            <w:pPr>
              <w:ind w:right="-1192"/>
              <w:rPr>
                <w:rFonts w:ascii="Arial" w:hAnsi="Arial" w:cs="Arial"/>
                <w:b/>
                <w:bCs/>
                <w:sz w:val="20"/>
                <w:szCs w:val="20"/>
              </w:rPr>
            </w:pPr>
          </w:p>
          <w:p w14:paraId="43583046" w14:textId="77777777" w:rsidR="00F5517B" w:rsidRPr="007E05CF" w:rsidRDefault="00F5517B" w:rsidP="00AA1700">
            <w:pPr>
              <w:ind w:right="-1192"/>
              <w:rPr>
                <w:rFonts w:ascii="Arial" w:hAnsi="Arial" w:cs="Arial"/>
                <w:b/>
                <w:bCs/>
                <w:sz w:val="20"/>
                <w:szCs w:val="20"/>
              </w:rPr>
            </w:pPr>
          </w:p>
          <w:p w14:paraId="2940CB77" w14:textId="77777777" w:rsidR="00F5517B" w:rsidRPr="007E05CF" w:rsidRDefault="00F5517B" w:rsidP="00AA1700">
            <w:pPr>
              <w:ind w:right="-1192"/>
              <w:rPr>
                <w:rFonts w:ascii="Arial" w:hAnsi="Arial" w:cs="Arial"/>
                <w:b/>
                <w:bCs/>
                <w:sz w:val="20"/>
                <w:szCs w:val="20"/>
              </w:rPr>
            </w:pPr>
          </w:p>
          <w:p w14:paraId="35CA6C7F" w14:textId="77777777" w:rsidR="00F5517B" w:rsidRPr="007E05CF" w:rsidRDefault="00F5517B" w:rsidP="00AA1700">
            <w:pPr>
              <w:ind w:right="-1192"/>
              <w:rPr>
                <w:rFonts w:ascii="Arial" w:hAnsi="Arial" w:cs="Arial"/>
                <w:b/>
                <w:bCs/>
                <w:sz w:val="20"/>
                <w:szCs w:val="20"/>
              </w:rPr>
            </w:pPr>
          </w:p>
          <w:p w14:paraId="31B11CEE" w14:textId="77777777" w:rsidR="00F5517B" w:rsidRPr="007E05CF" w:rsidRDefault="00F5517B" w:rsidP="00AA1700">
            <w:pPr>
              <w:ind w:right="-1192"/>
              <w:rPr>
                <w:rFonts w:ascii="Arial" w:hAnsi="Arial" w:cs="Arial"/>
                <w:b/>
                <w:bCs/>
                <w:sz w:val="20"/>
                <w:szCs w:val="20"/>
              </w:rPr>
            </w:pPr>
          </w:p>
          <w:p w14:paraId="72AF934D" w14:textId="77777777" w:rsidR="00F5517B" w:rsidRPr="007E05CF" w:rsidRDefault="00F5517B" w:rsidP="00AA1700">
            <w:pPr>
              <w:ind w:right="-1192"/>
              <w:rPr>
                <w:rFonts w:ascii="Arial" w:hAnsi="Arial" w:cs="Arial"/>
                <w:b/>
                <w:bCs/>
                <w:sz w:val="20"/>
                <w:szCs w:val="20"/>
              </w:rPr>
            </w:pPr>
          </w:p>
          <w:p w14:paraId="54B2DDB1" w14:textId="77777777" w:rsidR="00F5517B" w:rsidRPr="007E05CF" w:rsidRDefault="00F5517B" w:rsidP="00AA1700">
            <w:pPr>
              <w:ind w:right="-1192"/>
              <w:rPr>
                <w:rFonts w:ascii="Arial" w:hAnsi="Arial" w:cs="Arial"/>
                <w:b/>
                <w:bCs/>
                <w:sz w:val="20"/>
                <w:szCs w:val="20"/>
              </w:rPr>
            </w:pPr>
          </w:p>
          <w:p w14:paraId="6CEFBEB7" w14:textId="77777777" w:rsidR="00F5517B" w:rsidRPr="007E05CF" w:rsidRDefault="00F5517B" w:rsidP="00AA1700">
            <w:pPr>
              <w:ind w:right="-1192"/>
              <w:rPr>
                <w:rFonts w:ascii="Arial" w:hAnsi="Arial" w:cs="Arial"/>
                <w:b/>
                <w:bCs/>
                <w:sz w:val="20"/>
                <w:szCs w:val="20"/>
              </w:rPr>
            </w:pPr>
          </w:p>
          <w:p w14:paraId="44747681" w14:textId="77777777" w:rsidR="00F5517B" w:rsidRPr="007E05CF" w:rsidRDefault="00F5517B" w:rsidP="00AA1700">
            <w:pPr>
              <w:ind w:right="-1192"/>
              <w:rPr>
                <w:rFonts w:ascii="Arial" w:hAnsi="Arial" w:cs="Arial"/>
                <w:b/>
                <w:bCs/>
                <w:sz w:val="20"/>
                <w:szCs w:val="20"/>
              </w:rPr>
            </w:pPr>
          </w:p>
          <w:p w14:paraId="42F30ECD" w14:textId="77777777" w:rsidR="00F5517B" w:rsidRPr="007E05CF" w:rsidRDefault="00F5517B" w:rsidP="00AA1700">
            <w:pPr>
              <w:ind w:right="-1192"/>
              <w:rPr>
                <w:rFonts w:ascii="Arial" w:hAnsi="Arial" w:cs="Arial"/>
                <w:b/>
                <w:bCs/>
                <w:sz w:val="20"/>
                <w:szCs w:val="20"/>
              </w:rPr>
            </w:pPr>
          </w:p>
          <w:p w14:paraId="018BA372" w14:textId="77777777" w:rsidR="00F5517B" w:rsidRPr="007E05CF" w:rsidRDefault="00F5517B" w:rsidP="00AA1700">
            <w:pPr>
              <w:ind w:right="-1192"/>
              <w:rPr>
                <w:rFonts w:ascii="Arial" w:hAnsi="Arial" w:cs="Arial"/>
                <w:b/>
                <w:bCs/>
                <w:sz w:val="20"/>
                <w:szCs w:val="20"/>
              </w:rPr>
            </w:pPr>
          </w:p>
          <w:p w14:paraId="6509FF23" w14:textId="77777777" w:rsidR="00F5517B" w:rsidRPr="007E05CF" w:rsidRDefault="00F5517B" w:rsidP="00AA1700">
            <w:pPr>
              <w:ind w:right="-1192"/>
              <w:rPr>
                <w:rFonts w:ascii="Arial" w:hAnsi="Arial" w:cs="Arial"/>
                <w:b/>
                <w:bCs/>
                <w:sz w:val="20"/>
              </w:rPr>
            </w:pPr>
          </w:p>
          <w:p w14:paraId="4B8DE0CB" w14:textId="77777777" w:rsidR="00F5517B" w:rsidRPr="007E05CF" w:rsidRDefault="00F5517B" w:rsidP="00AA1700">
            <w:pPr>
              <w:ind w:right="-1192"/>
              <w:rPr>
                <w:rFonts w:ascii="Arial" w:hAnsi="Arial" w:cs="Arial"/>
                <w:b/>
                <w:bCs/>
                <w:sz w:val="20"/>
                <w:szCs w:val="20"/>
              </w:rPr>
            </w:pPr>
          </w:p>
          <w:p w14:paraId="1CF5B373" w14:textId="77777777" w:rsidR="00F5517B" w:rsidRPr="007E05CF" w:rsidRDefault="00F5517B" w:rsidP="00AA1700">
            <w:pPr>
              <w:ind w:right="-1192"/>
              <w:rPr>
                <w:rFonts w:ascii="Arial" w:hAnsi="Arial" w:cs="Arial"/>
                <w:b/>
                <w:bCs/>
                <w:sz w:val="20"/>
                <w:szCs w:val="20"/>
              </w:rPr>
            </w:pPr>
          </w:p>
          <w:p w14:paraId="18F2053E" w14:textId="77777777" w:rsidR="00F5517B" w:rsidRPr="007E05CF" w:rsidRDefault="00F5517B" w:rsidP="00AA1700">
            <w:pPr>
              <w:ind w:right="-1192"/>
              <w:rPr>
                <w:rFonts w:ascii="Arial" w:hAnsi="Arial" w:cs="Arial"/>
                <w:b/>
                <w:bCs/>
                <w:sz w:val="20"/>
                <w:szCs w:val="20"/>
              </w:rPr>
            </w:pPr>
          </w:p>
        </w:tc>
      </w:tr>
    </w:tbl>
    <w:p w14:paraId="351E9D0B" w14:textId="77777777" w:rsidR="00F5517B" w:rsidRDefault="00F5517B" w:rsidP="00F5517B">
      <w:pPr>
        <w:rPr>
          <w:rFonts w:ascii="Arial" w:hAnsi="Arial" w:cs="Arial"/>
          <w:b/>
          <w:sz w:val="20"/>
          <w:szCs w:val="20"/>
        </w:rPr>
      </w:pPr>
    </w:p>
    <w:tbl>
      <w:tblPr>
        <w:tblW w:w="10328"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8"/>
      </w:tblGrid>
      <w:tr w:rsidR="00F5517B" w:rsidRPr="007E05CF" w14:paraId="1786E35C" w14:textId="77777777" w:rsidTr="00AA1700">
        <w:trPr>
          <w:trHeight w:val="493"/>
        </w:trPr>
        <w:tc>
          <w:tcPr>
            <w:tcW w:w="10328" w:type="dxa"/>
            <w:shd w:val="clear" w:color="auto" w:fill="D9D9D9" w:themeFill="background1" w:themeFillShade="D9"/>
          </w:tcPr>
          <w:p w14:paraId="727B7B6C" w14:textId="77777777" w:rsidR="00F5517B" w:rsidRDefault="00F5517B" w:rsidP="00AA1700">
            <w:pPr>
              <w:rPr>
                <w:rFonts w:ascii="Arial" w:hAnsi="Arial" w:cs="Arial"/>
                <w:b/>
                <w:bCs/>
                <w:sz w:val="20"/>
                <w:szCs w:val="20"/>
              </w:rPr>
            </w:pPr>
            <w:r>
              <w:rPr>
                <w:rFonts w:ascii="Arial" w:hAnsi="Arial" w:cs="Arial"/>
                <w:b/>
                <w:bCs/>
                <w:sz w:val="20"/>
                <w:szCs w:val="20"/>
              </w:rPr>
              <w:t>Qualifications: Proven track record in leading and managing staff, including performance reviews and mentoring.</w:t>
            </w:r>
          </w:p>
          <w:p w14:paraId="063AC291" w14:textId="77777777" w:rsidR="00F5517B" w:rsidRDefault="00F5517B" w:rsidP="00AA1700">
            <w:pPr>
              <w:rPr>
                <w:rFonts w:ascii="Arial" w:hAnsi="Arial" w:cs="Arial"/>
                <w:b/>
                <w:bCs/>
                <w:sz w:val="20"/>
                <w:szCs w:val="20"/>
              </w:rPr>
            </w:pPr>
          </w:p>
          <w:p w14:paraId="1746F08C" w14:textId="77777777" w:rsidR="00F5517B" w:rsidRPr="007E05CF" w:rsidRDefault="00F5517B" w:rsidP="00AA1700">
            <w:pPr>
              <w:rPr>
                <w:rFonts w:ascii="Arial" w:hAnsi="Arial" w:cs="Arial"/>
                <w:b/>
                <w:bCs/>
                <w:sz w:val="20"/>
                <w:szCs w:val="20"/>
              </w:rPr>
            </w:pPr>
            <w:r>
              <w:rPr>
                <w:rFonts w:ascii="Arial" w:hAnsi="Arial" w:cs="Arial"/>
                <w:b/>
                <w:bCs/>
                <w:sz w:val="20"/>
                <w:szCs w:val="20"/>
              </w:rPr>
              <w:t xml:space="preserve">Please </w:t>
            </w:r>
            <w:r w:rsidRPr="11181302">
              <w:rPr>
                <w:rFonts w:ascii="Arial" w:hAnsi="Arial" w:cs="Arial"/>
                <w:b/>
                <w:bCs/>
                <w:sz w:val="20"/>
                <w:szCs w:val="20"/>
              </w:rPr>
              <w:t>demonstrate your</w:t>
            </w:r>
            <w:r>
              <w:rPr>
                <w:rFonts w:ascii="Arial" w:hAnsi="Arial" w:cs="Arial"/>
                <w:b/>
                <w:bCs/>
                <w:sz w:val="20"/>
                <w:szCs w:val="20"/>
              </w:rPr>
              <w:t xml:space="preserve"> experience in leading and managing staff, including conducting performance reviews and mentoring employees. </w:t>
            </w:r>
          </w:p>
        </w:tc>
      </w:tr>
      <w:tr w:rsidR="00F5517B" w:rsidRPr="007E05CF" w14:paraId="4D8ED4FC" w14:textId="77777777" w:rsidTr="00AA1700">
        <w:trPr>
          <w:trHeight w:val="1817"/>
        </w:trPr>
        <w:tc>
          <w:tcPr>
            <w:tcW w:w="10328" w:type="dxa"/>
          </w:tcPr>
          <w:p w14:paraId="2CCCF240" w14:textId="77777777" w:rsidR="00F5517B" w:rsidRPr="007E05CF" w:rsidRDefault="00F5517B" w:rsidP="00AA1700">
            <w:pPr>
              <w:ind w:right="-1192"/>
              <w:rPr>
                <w:rFonts w:ascii="Arial" w:hAnsi="Arial" w:cs="Arial"/>
                <w:b/>
                <w:bCs/>
                <w:sz w:val="20"/>
                <w:szCs w:val="20"/>
              </w:rPr>
            </w:pPr>
          </w:p>
          <w:p w14:paraId="4D765312" w14:textId="77777777" w:rsidR="00F5517B" w:rsidRPr="007E05CF" w:rsidRDefault="00F5517B" w:rsidP="00AA1700">
            <w:pPr>
              <w:ind w:right="-1192"/>
              <w:rPr>
                <w:rFonts w:ascii="Arial" w:hAnsi="Arial" w:cs="Arial"/>
                <w:b/>
                <w:bCs/>
                <w:sz w:val="20"/>
                <w:szCs w:val="20"/>
              </w:rPr>
            </w:pPr>
          </w:p>
          <w:p w14:paraId="4F5DC0DD" w14:textId="77777777" w:rsidR="00F5517B" w:rsidRPr="007E05CF" w:rsidRDefault="00F5517B" w:rsidP="00AA1700">
            <w:pPr>
              <w:ind w:right="-1192"/>
              <w:rPr>
                <w:rFonts w:ascii="Arial" w:hAnsi="Arial" w:cs="Arial"/>
                <w:b/>
                <w:bCs/>
                <w:sz w:val="20"/>
                <w:szCs w:val="20"/>
              </w:rPr>
            </w:pPr>
          </w:p>
          <w:p w14:paraId="5ABCCAA1" w14:textId="77777777" w:rsidR="00F5517B" w:rsidRPr="007E05CF" w:rsidRDefault="00F5517B" w:rsidP="00AA1700">
            <w:pPr>
              <w:ind w:right="-1192"/>
              <w:rPr>
                <w:rFonts w:ascii="Arial" w:hAnsi="Arial" w:cs="Arial"/>
                <w:b/>
                <w:bCs/>
                <w:sz w:val="20"/>
              </w:rPr>
            </w:pPr>
          </w:p>
          <w:p w14:paraId="17B6755B" w14:textId="77777777" w:rsidR="00F5517B" w:rsidRPr="007E05CF" w:rsidRDefault="00F5517B" w:rsidP="00AA1700">
            <w:pPr>
              <w:ind w:right="-1192"/>
              <w:rPr>
                <w:rFonts w:ascii="Arial" w:hAnsi="Arial" w:cs="Arial"/>
                <w:b/>
                <w:bCs/>
                <w:sz w:val="20"/>
              </w:rPr>
            </w:pPr>
          </w:p>
          <w:p w14:paraId="4DC0E8FE" w14:textId="77777777" w:rsidR="00F5517B" w:rsidRPr="007E05CF" w:rsidRDefault="00F5517B" w:rsidP="00AA1700">
            <w:pPr>
              <w:ind w:right="-1192"/>
              <w:rPr>
                <w:rFonts w:ascii="Arial" w:hAnsi="Arial" w:cs="Arial"/>
                <w:b/>
                <w:bCs/>
                <w:sz w:val="20"/>
              </w:rPr>
            </w:pPr>
          </w:p>
          <w:p w14:paraId="7CB7364E" w14:textId="77777777" w:rsidR="00F5517B" w:rsidRPr="007E05CF" w:rsidRDefault="00F5517B" w:rsidP="00AA1700">
            <w:pPr>
              <w:ind w:right="-1192"/>
              <w:rPr>
                <w:rFonts w:ascii="Arial" w:hAnsi="Arial" w:cs="Arial"/>
                <w:b/>
                <w:bCs/>
                <w:sz w:val="20"/>
                <w:szCs w:val="20"/>
              </w:rPr>
            </w:pPr>
          </w:p>
          <w:p w14:paraId="1BAB4CF8" w14:textId="77777777" w:rsidR="00F5517B" w:rsidRPr="007E05CF" w:rsidRDefault="00F5517B" w:rsidP="00AA1700">
            <w:pPr>
              <w:ind w:right="-1192"/>
              <w:rPr>
                <w:rFonts w:ascii="Arial" w:hAnsi="Arial" w:cs="Arial"/>
                <w:b/>
                <w:bCs/>
                <w:sz w:val="20"/>
                <w:szCs w:val="20"/>
              </w:rPr>
            </w:pPr>
          </w:p>
          <w:p w14:paraId="15B478AC" w14:textId="77777777" w:rsidR="00F5517B" w:rsidRPr="007E05CF" w:rsidRDefault="00F5517B" w:rsidP="00AA1700">
            <w:pPr>
              <w:ind w:right="-1192"/>
              <w:rPr>
                <w:rFonts w:ascii="Arial" w:hAnsi="Arial" w:cs="Arial"/>
                <w:b/>
                <w:bCs/>
                <w:sz w:val="20"/>
                <w:szCs w:val="20"/>
              </w:rPr>
            </w:pPr>
          </w:p>
          <w:p w14:paraId="47862943" w14:textId="77777777" w:rsidR="00F5517B" w:rsidRPr="007E05CF" w:rsidRDefault="00F5517B" w:rsidP="00AA1700">
            <w:pPr>
              <w:ind w:right="-1192"/>
              <w:rPr>
                <w:rFonts w:ascii="Arial" w:hAnsi="Arial" w:cs="Arial"/>
                <w:b/>
                <w:bCs/>
                <w:sz w:val="20"/>
                <w:szCs w:val="20"/>
              </w:rPr>
            </w:pPr>
          </w:p>
          <w:p w14:paraId="00E9D3D3" w14:textId="77777777" w:rsidR="00F5517B" w:rsidRPr="007E05CF" w:rsidRDefault="00F5517B" w:rsidP="00AA1700">
            <w:pPr>
              <w:ind w:right="-1192"/>
              <w:rPr>
                <w:rFonts w:ascii="Arial" w:hAnsi="Arial" w:cs="Arial"/>
                <w:b/>
                <w:bCs/>
                <w:sz w:val="20"/>
                <w:szCs w:val="20"/>
              </w:rPr>
            </w:pPr>
          </w:p>
          <w:p w14:paraId="256FE905" w14:textId="77777777" w:rsidR="00F5517B" w:rsidRPr="007E05CF" w:rsidRDefault="00F5517B" w:rsidP="00AA1700">
            <w:pPr>
              <w:ind w:right="-1192"/>
              <w:rPr>
                <w:rFonts w:ascii="Arial" w:hAnsi="Arial" w:cs="Arial"/>
                <w:b/>
                <w:bCs/>
                <w:sz w:val="20"/>
                <w:szCs w:val="20"/>
              </w:rPr>
            </w:pPr>
          </w:p>
          <w:p w14:paraId="514B3477" w14:textId="77777777" w:rsidR="00F5517B" w:rsidRPr="007E05CF" w:rsidRDefault="00F5517B" w:rsidP="00AA1700">
            <w:pPr>
              <w:ind w:right="-1192"/>
              <w:rPr>
                <w:rFonts w:ascii="Arial" w:hAnsi="Arial" w:cs="Arial"/>
                <w:b/>
                <w:bCs/>
                <w:sz w:val="20"/>
                <w:szCs w:val="20"/>
              </w:rPr>
            </w:pPr>
          </w:p>
          <w:p w14:paraId="4D28A1CB" w14:textId="77777777" w:rsidR="00F5517B" w:rsidRPr="007E05CF" w:rsidRDefault="00F5517B" w:rsidP="00AA1700">
            <w:pPr>
              <w:ind w:right="-1192"/>
              <w:rPr>
                <w:rFonts w:ascii="Arial" w:hAnsi="Arial" w:cs="Arial"/>
                <w:b/>
                <w:bCs/>
                <w:sz w:val="20"/>
                <w:szCs w:val="20"/>
              </w:rPr>
            </w:pPr>
          </w:p>
          <w:p w14:paraId="2AD3C1C3" w14:textId="77777777" w:rsidR="00F5517B" w:rsidRPr="007E05CF" w:rsidRDefault="00F5517B" w:rsidP="00AA1700">
            <w:pPr>
              <w:ind w:right="-1192"/>
              <w:rPr>
                <w:rFonts w:ascii="Arial" w:hAnsi="Arial" w:cs="Arial"/>
                <w:b/>
                <w:bCs/>
                <w:sz w:val="20"/>
                <w:szCs w:val="20"/>
              </w:rPr>
            </w:pPr>
          </w:p>
          <w:p w14:paraId="18BD2797" w14:textId="77777777" w:rsidR="00F5517B" w:rsidRPr="007E05CF" w:rsidRDefault="00F5517B" w:rsidP="00AA1700">
            <w:pPr>
              <w:ind w:right="-1192"/>
              <w:rPr>
                <w:rFonts w:ascii="Arial" w:hAnsi="Arial" w:cs="Arial"/>
                <w:b/>
                <w:bCs/>
                <w:sz w:val="20"/>
                <w:szCs w:val="20"/>
              </w:rPr>
            </w:pPr>
          </w:p>
          <w:p w14:paraId="2BA485DA" w14:textId="77777777" w:rsidR="00F5517B" w:rsidRPr="007E05CF" w:rsidRDefault="00F5517B" w:rsidP="00AA1700">
            <w:pPr>
              <w:ind w:right="-1192"/>
              <w:rPr>
                <w:rFonts w:ascii="Arial" w:hAnsi="Arial" w:cs="Arial"/>
                <w:b/>
                <w:bCs/>
                <w:sz w:val="20"/>
                <w:szCs w:val="20"/>
              </w:rPr>
            </w:pPr>
          </w:p>
          <w:p w14:paraId="61AFC64C" w14:textId="77777777" w:rsidR="00F5517B" w:rsidRPr="007E05CF" w:rsidRDefault="00F5517B" w:rsidP="00AA1700">
            <w:pPr>
              <w:ind w:right="-1192"/>
              <w:rPr>
                <w:rFonts w:ascii="Arial" w:hAnsi="Arial" w:cs="Arial"/>
                <w:b/>
                <w:bCs/>
                <w:sz w:val="20"/>
                <w:szCs w:val="20"/>
              </w:rPr>
            </w:pPr>
          </w:p>
          <w:p w14:paraId="2F57441A" w14:textId="77777777" w:rsidR="00F5517B" w:rsidRPr="007E05CF" w:rsidRDefault="00F5517B" w:rsidP="00AA1700">
            <w:pPr>
              <w:ind w:right="-1192"/>
              <w:rPr>
                <w:rFonts w:ascii="Arial" w:hAnsi="Arial" w:cs="Arial"/>
                <w:b/>
                <w:bCs/>
                <w:sz w:val="20"/>
              </w:rPr>
            </w:pPr>
          </w:p>
          <w:p w14:paraId="41DC61E7" w14:textId="77777777" w:rsidR="00F5517B" w:rsidRPr="007E05CF" w:rsidRDefault="00F5517B" w:rsidP="00AA1700">
            <w:pPr>
              <w:ind w:right="-1192"/>
              <w:rPr>
                <w:rFonts w:ascii="Arial" w:hAnsi="Arial" w:cs="Arial"/>
                <w:b/>
                <w:bCs/>
                <w:sz w:val="20"/>
                <w:szCs w:val="20"/>
              </w:rPr>
            </w:pPr>
          </w:p>
          <w:p w14:paraId="3EA4A732" w14:textId="77777777" w:rsidR="00F5517B" w:rsidRPr="007E05CF" w:rsidRDefault="00F5517B" w:rsidP="00AA1700">
            <w:pPr>
              <w:ind w:right="-1192"/>
              <w:rPr>
                <w:rFonts w:ascii="Arial" w:hAnsi="Arial" w:cs="Arial"/>
                <w:b/>
                <w:bCs/>
                <w:sz w:val="20"/>
                <w:szCs w:val="20"/>
              </w:rPr>
            </w:pPr>
          </w:p>
          <w:p w14:paraId="4DAEFF8E" w14:textId="77777777" w:rsidR="00F5517B" w:rsidRPr="007E05CF" w:rsidRDefault="00F5517B" w:rsidP="00AA1700">
            <w:pPr>
              <w:ind w:right="-1192"/>
              <w:rPr>
                <w:rFonts w:ascii="Arial" w:hAnsi="Arial" w:cs="Arial"/>
                <w:b/>
                <w:bCs/>
                <w:sz w:val="20"/>
                <w:szCs w:val="20"/>
              </w:rPr>
            </w:pPr>
          </w:p>
        </w:tc>
      </w:tr>
    </w:tbl>
    <w:p w14:paraId="7B8D9EAF" w14:textId="77777777" w:rsidR="00F5517B" w:rsidRDefault="00F5517B" w:rsidP="00F5517B">
      <w:pPr>
        <w:rPr>
          <w:rFonts w:ascii="Arial" w:hAnsi="Arial" w:cs="Arial"/>
          <w:b/>
          <w:sz w:val="20"/>
          <w:szCs w:val="20"/>
        </w:rPr>
      </w:pPr>
    </w:p>
    <w:tbl>
      <w:tblPr>
        <w:tblW w:w="10328"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8"/>
      </w:tblGrid>
      <w:tr w:rsidR="00F5517B" w:rsidRPr="007E05CF" w14:paraId="0EB28707" w14:textId="77777777" w:rsidTr="00AA1700">
        <w:trPr>
          <w:trHeight w:val="493"/>
        </w:trPr>
        <w:tc>
          <w:tcPr>
            <w:tcW w:w="10328" w:type="dxa"/>
            <w:shd w:val="clear" w:color="auto" w:fill="D9D9D9" w:themeFill="background1" w:themeFillShade="D9"/>
          </w:tcPr>
          <w:p w14:paraId="030DA94C" w14:textId="77777777" w:rsidR="00F5517B" w:rsidRDefault="00F5517B" w:rsidP="00AA1700">
            <w:pPr>
              <w:rPr>
                <w:rFonts w:ascii="Arial" w:hAnsi="Arial" w:cs="Arial"/>
                <w:b/>
                <w:bCs/>
                <w:sz w:val="20"/>
                <w:szCs w:val="20"/>
              </w:rPr>
            </w:pPr>
            <w:r>
              <w:rPr>
                <w:rFonts w:ascii="Arial" w:hAnsi="Arial" w:cs="Arial"/>
                <w:b/>
                <w:bCs/>
                <w:sz w:val="20"/>
                <w:szCs w:val="20"/>
              </w:rPr>
              <w:t>Qualifications: Demonstrated experience in strategic planning, organisational development, and project implementation.</w:t>
            </w:r>
          </w:p>
          <w:p w14:paraId="3E2476B1" w14:textId="77777777" w:rsidR="00F5517B" w:rsidRDefault="00F5517B" w:rsidP="00AA1700">
            <w:pPr>
              <w:rPr>
                <w:rFonts w:ascii="Arial" w:hAnsi="Arial" w:cs="Arial"/>
                <w:b/>
                <w:bCs/>
                <w:sz w:val="20"/>
                <w:szCs w:val="20"/>
              </w:rPr>
            </w:pPr>
          </w:p>
          <w:p w14:paraId="17EA32FB" w14:textId="77777777" w:rsidR="00F5517B" w:rsidRPr="007E05CF" w:rsidRDefault="00F5517B" w:rsidP="00AA1700">
            <w:pPr>
              <w:rPr>
                <w:rFonts w:ascii="Arial" w:hAnsi="Arial" w:cs="Arial"/>
                <w:b/>
                <w:bCs/>
                <w:sz w:val="20"/>
                <w:szCs w:val="20"/>
              </w:rPr>
            </w:pPr>
            <w:r w:rsidRPr="11181302">
              <w:rPr>
                <w:rFonts w:ascii="Arial" w:hAnsi="Arial" w:cs="Arial"/>
                <w:b/>
                <w:bCs/>
                <w:sz w:val="20"/>
                <w:szCs w:val="20"/>
              </w:rPr>
              <w:t>Please demonstrate</w:t>
            </w:r>
            <w:r>
              <w:rPr>
                <w:rFonts w:ascii="Arial" w:hAnsi="Arial" w:cs="Arial"/>
                <w:b/>
                <w:bCs/>
                <w:sz w:val="20"/>
                <w:szCs w:val="20"/>
              </w:rPr>
              <w:t xml:space="preserve"> your experience with strategic planning, organisational development and project implementation. </w:t>
            </w:r>
          </w:p>
        </w:tc>
      </w:tr>
      <w:tr w:rsidR="00F5517B" w:rsidRPr="007E05CF" w14:paraId="4349F457" w14:textId="77777777" w:rsidTr="00AA1700">
        <w:trPr>
          <w:trHeight w:val="1817"/>
        </w:trPr>
        <w:tc>
          <w:tcPr>
            <w:tcW w:w="10328" w:type="dxa"/>
          </w:tcPr>
          <w:p w14:paraId="71F2C1BA" w14:textId="77777777" w:rsidR="00F5517B" w:rsidRPr="007E05CF" w:rsidRDefault="00F5517B" w:rsidP="00AA1700">
            <w:pPr>
              <w:ind w:right="-1192"/>
              <w:rPr>
                <w:rFonts w:ascii="Arial" w:hAnsi="Arial" w:cs="Arial"/>
                <w:b/>
                <w:bCs/>
                <w:sz w:val="20"/>
                <w:szCs w:val="20"/>
              </w:rPr>
            </w:pPr>
          </w:p>
          <w:p w14:paraId="08FEE087" w14:textId="77777777" w:rsidR="00F5517B" w:rsidRPr="007E05CF" w:rsidRDefault="00F5517B" w:rsidP="00AA1700">
            <w:pPr>
              <w:ind w:right="-1192"/>
              <w:rPr>
                <w:rFonts w:ascii="Arial" w:hAnsi="Arial" w:cs="Arial"/>
                <w:b/>
                <w:bCs/>
                <w:sz w:val="20"/>
                <w:szCs w:val="20"/>
              </w:rPr>
            </w:pPr>
          </w:p>
          <w:p w14:paraId="34F85A82" w14:textId="77777777" w:rsidR="00F5517B" w:rsidRPr="007E05CF" w:rsidRDefault="00F5517B" w:rsidP="00AA1700">
            <w:pPr>
              <w:ind w:right="-1192"/>
              <w:rPr>
                <w:rFonts w:ascii="Arial" w:hAnsi="Arial" w:cs="Arial"/>
                <w:b/>
                <w:bCs/>
                <w:sz w:val="20"/>
                <w:szCs w:val="20"/>
              </w:rPr>
            </w:pPr>
          </w:p>
          <w:p w14:paraId="36B5014C" w14:textId="77777777" w:rsidR="00F5517B" w:rsidRPr="007E05CF" w:rsidRDefault="00F5517B" w:rsidP="00AA1700">
            <w:pPr>
              <w:ind w:right="-1192"/>
              <w:rPr>
                <w:rFonts w:ascii="Arial" w:hAnsi="Arial" w:cs="Arial"/>
                <w:b/>
                <w:bCs/>
                <w:sz w:val="20"/>
              </w:rPr>
            </w:pPr>
          </w:p>
          <w:p w14:paraId="58FF92CE" w14:textId="77777777" w:rsidR="00F5517B" w:rsidRPr="007E05CF" w:rsidRDefault="00F5517B" w:rsidP="00AA1700">
            <w:pPr>
              <w:ind w:right="-1192"/>
              <w:rPr>
                <w:rFonts w:ascii="Arial" w:hAnsi="Arial" w:cs="Arial"/>
                <w:b/>
                <w:bCs/>
                <w:sz w:val="20"/>
              </w:rPr>
            </w:pPr>
          </w:p>
          <w:p w14:paraId="5FAFCCA4" w14:textId="77777777" w:rsidR="00F5517B" w:rsidRPr="007E05CF" w:rsidRDefault="00F5517B" w:rsidP="00AA1700">
            <w:pPr>
              <w:ind w:right="-1192"/>
              <w:rPr>
                <w:rFonts w:ascii="Arial" w:hAnsi="Arial" w:cs="Arial"/>
                <w:b/>
                <w:bCs/>
                <w:sz w:val="20"/>
              </w:rPr>
            </w:pPr>
          </w:p>
          <w:p w14:paraId="764A8751" w14:textId="77777777" w:rsidR="00F5517B" w:rsidRPr="007E05CF" w:rsidRDefault="00F5517B" w:rsidP="00AA1700">
            <w:pPr>
              <w:ind w:right="-1192"/>
              <w:rPr>
                <w:rFonts w:ascii="Arial" w:hAnsi="Arial" w:cs="Arial"/>
                <w:b/>
                <w:bCs/>
                <w:sz w:val="20"/>
                <w:szCs w:val="20"/>
              </w:rPr>
            </w:pPr>
          </w:p>
          <w:p w14:paraId="2436232B" w14:textId="77777777" w:rsidR="00F5517B" w:rsidRPr="007E05CF" w:rsidRDefault="00F5517B" w:rsidP="00AA1700">
            <w:pPr>
              <w:ind w:right="-1192"/>
              <w:rPr>
                <w:rFonts w:ascii="Arial" w:hAnsi="Arial" w:cs="Arial"/>
                <w:b/>
                <w:bCs/>
                <w:sz w:val="20"/>
                <w:szCs w:val="20"/>
              </w:rPr>
            </w:pPr>
          </w:p>
          <w:p w14:paraId="4BEFDC19" w14:textId="77777777" w:rsidR="00F5517B" w:rsidRPr="007E05CF" w:rsidRDefault="00F5517B" w:rsidP="00AA1700">
            <w:pPr>
              <w:ind w:right="-1192"/>
              <w:rPr>
                <w:rFonts w:ascii="Arial" w:hAnsi="Arial" w:cs="Arial"/>
                <w:b/>
                <w:bCs/>
                <w:sz w:val="20"/>
                <w:szCs w:val="20"/>
              </w:rPr>
            </w:pPr>
          </w:p>
          <w:p w14:paraId="4BDB7CC1" w14:textId="77777777" w:rsidR="00F5517B" w:rsidRPr="007E05CF" w:rsidRDefault="00F5517B" w:rsidP="00AA1700">
            <w:pPr>
              <w:ind w:right="-1192"/>
              <w:rPr>
                <w:rFonts w:ascii="Arial" w:hAnsi="Arial" w:cs="Arial"/>
                <w:b/>
                <w:bCs/>
                <w:sz w:val="20"/>
                <w:szCs w:val="20"/>
              </w:rPr>
            </w:pPr>
          </w:p>
          <w:p w14:paraId="3E4DD181" w14:textId="77777777" w:rsidR="00F5517B" w:rsidRPr="007E05CF" w:rsidRDefault="00F5517B" w:rsidP="00AA1700">
            <w:pPr>
              <w:ind w:right="-1192"/>
              <w:rPr>
                <w:rFonts w:ascii="Arial" w:hAnsi="Arial" w:cs="Arial"/>
                <w:b/>
                <w:bCs/>
                <w:sz w:val="20"/>
                <w:szCs w:val="20"/>
              </w:rPr>
            </w:pPr>
          </w:p>
          <w:p w14:paraId="4A6B1017" w14:textId="77777777" w:rsidR="00F5517B" w:rsidRPr="007E05CF" w:rsidRDefault="00F5517B" w:rsidP="00AA1700">
            <w:pPr>
              <w:ind w:right="-1192"/>
              <w:rPr>
                <w:rFonts w:ascii="Arial" w:hAnsi="Arial" w:cs="Arial"/>
                <w:b/>
                <w:bCs/>
                <w:sz w:val="20"/>
                <w:szCs w:val="20"/>
              </w:rPr>
            </w:pPr>
          </w:p>
          <w:p w14:paraId="08550E1D" w14:textId="77777777" w:rsidR="00F5517B" w:rsidRPr="007E05CF" w:rsidRDefault="00F5517B" w:rsidP="00AA1700">
            <w:pPr>
              <w:ind w:right="-1192"/>
              <w:rPr>
                <w:rFonts w:ascii="Arial" w:hAnsi="Arial" w:cs="Arial"/>
                <w:b/>
                <w:bCs/>
                <w:sz w:val="20"/>
                <w:szCs w:val="20"/>
              </w:rPr>
            </w:pPr>
          </w:p>
          <w:p w14:paraId="420B1426" w14:textId="77777777" w:rsidR="00F5517B" w:rsidRPr="007E05CF" w:rsidRDefault="00F5517B" w:rsidP="00AA1700">
            <w:pPr>
              <w:ind w:right="-1192"/>
              <w:rPr>
                <w:rFonts w:ascii="Arial" w:hAnsi="Arial" w:cs="Arial"/>
                <w:b/>
                <w:bCs/>
                <w:sz w:val="20"/>
                <w:szCs w:val="20"/>
              </w:rPr>
            </w:pPr>
          </w:p>
          <w:p w14:paraId="3E10D6B0" w14:textId="77777777" w:rsidR="00F5517B" w:rsidRPr="007E05CF" w:rsidRDefault="00F5517B" w:rsidP="00AA1700">
            <w:pPr>
              <w:ind w:right="-1192"/>
              <w:rPr>
                <w:rFonts w:ascii="Arial" w:hAnsi="Arial" w:cs="Arial"/>
                <w:b/>
                <w:bCs/>
                <w:sz w:val="20"/>
                <w:szCs w:val="20"/>
              </w:rPr>
            </w:pPr>
          </w:p>
          <w:p w14:paraId="2708F275" w14:textId="77777777" w:rsidR="00F5517B" w:rsidRPr="007E05CF" w:rsidRDefault="00F5517B" w:rsidP="00AA1700">
            <w:pPr>
              <w:ind w:right="-1192"/>
              <w:rPr>
                <w:rFonts w:ascii="Arial" w:hAnsi="Arial" w:cs="Arial"/>
                <w:b/>
                <w:bCs/>
                <w:sz w:val="20"/>
                <w:szCs w:val="20"/>
              </w:rPr>
            </w:pPr>
          </w:p>
          <w:p w14:paraId="1D4A4826" w14:textId="77777777" w:rsidR="00F5517B" w:rsidRPr="007E05CF" w:rsidRDefault="00F5517B" w:rsidP="00AA1700">
            <w:pPr>
              <w:ind w:right="-1192"/>
              <w:rPr>
                <w:rFonts w:ascii="Arial" w:hAnsi="Arial" w:cs="Arial"/>
                <w:b/>
                <w:bCs/>
                <w:sz w:val="20"/>
                <w:szCs w:val="20"/>
              </w:rPr>
            </w:pPr>
          </w:p>
          <w:p w14:paraId="45BEA4E2" w14:textId="77777777" w:rsidR="00F5517B" w:rsidRPr="007E05CF" w:rsidRDefault="00F5517B" w:rsidP="00AA1700">
            <w:pPr>
              <w:ind w:right="-1192"/>
              <w:rPr>
                <w:rFonts w:ascii="Arial" w:hAnsi="Arial" w:cs="Arial"/>
                <w:b/>
                <w:bCs/>
                <w:sz w:val="20"/>
                <w:szCs w:val="20"/>
              </w:rPr>
            </w:pPr>
          </w:p>
          <w:p w14:paraId="3DC84C17" w14:textId="77777777" w:rsidR="00F5517B" w:rsidRPr="007E05CF" w:rsidRDefault="00F5517B" w:rsidP="00AA1700">
            <w:pPr>
              <w:ind w:right="-1192"/>
              <w:rPr>
                <w:rFonts w:ascii="Arial" w:hAnsi="Arial" w:cs="Arial"/>
                <w:b/>
                <w:bCs/>
                <w:sz w:val="20"/>
              </w:rPr>
            </w:pPr>
          </w:p>
          <w:p w14:paraId="481BEDF7" w14:textId="77777777" w:rsidR="00F5517B" w:rsidRPr="007E05CF" w:rsidRDefault="00F5517B" w:rsidP="00AA1700">
            <w:pPr>
              <w:ind w:right="-1192"/>
              <w:rPr>
                <w:rFonts w:ascii="Arial" w:hAnsi="Arial" w:cs="Arial"/>
                <w:b/>
                <w:bCs/>
                <w:sz w:val="20"/>
                <w:szCs w:val="20"/>
              </w:rPr>
            </w:pPr>
          </w:p>
          <w:p w14:paraId="7284EDE0" w14:textId="77777777" w:rsidR="00F5517B" w:rsidRPr="007E05CF" w:rsidRDefault="00F5517B" w:rsidP="00AA1700">
            <w:pPr>
              <w:ind w:right="-1192"/>
              <w:rPr>
                <w:rFonts w:ascii="Arial" w:hAnsi="Arial" w:cs="Arial"/>
                <w:b/>
                <w:bCs/>
                <w:sz w:val="20"/>
                <w:szCs w:val="20"/>
              </w:rPr>
            </w:pPr>
          </w:p>
          <w:p w14:paraId="70A69FB6" w14:textId="77777777" w:rsidR="00F5517B" w:rsidRPr="007E05CF" w:rsidRDefault="00F5517B" w:rsidP="00AA1700">
            <w:pPr>
              <w:ind w:right="-1192"/>
              <w:rPr>
                <w:rFonts w:ascii="Arial" w:hAnsi="Arial" w:cs="Arial"/>
                <w:b/>
                <w:bCs/>
                <w:sz w:val="20"/>
                <w:szCs w:val="20"/>
              </w:rPr>
            </w:pPr>
          </w:p>
        </w:tc>
      </w:tr>
    </w:tbl>
    <w:p w14:paraId="072F84C0" w14:textId="77777777" w:rsidR="00F5517B" w:rsidRDefault="00F5517B" w:rsidP="00F5517B">
      <w:pPr>
        <w:rPr>
          <w:rFonts w:ascii="Arial" w:hAnsi="Arial" w:cs="Arial"/>
          <w:b/>
          <w:sz w:val="20"/>
          <w:szCs w:val="20"/>
        </w:rPr>
      </w:pPr>
    </w:p>
    <w:tbl>
      <w:tblPr>
        <w:tblW w:w="10328"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8"/>
      </w:tblGrid>
      <w:tr w:rsidR="00F5517B" w:rsidRPr="007E05CF" w14:paraId="0642777D" w14:textId="77777777" w:rsidTr="00AA1700">
        <w:trPr>
          <w:trHeight w:val="493"/>
        </w:trPr>
        <w:tc>
          <w:tcPr>
            <w:tcW w:w="10328" w:type="dxa"/>
            <w:shd w:val="clear" w:color="auto" w:fill="D9D9D9" w:themeFill="background1" w:themeFillShade="D9"/>
          </w:tcPr>
          <w:p w14:paraId="450476BE" w14:textId="77777777" w:rsidR="00F5517B" w:rsidRDefault="00F5517B" w:rsidP="00AA1700">
            <w:pPr>
              <w:rPr>
                <w:rFonts w:ascii="Arial" w:hAnsi="Arial" w:cs="Arial"/>
                <w:b/>
                <w:bCs/>
                <w:sz w:val="20"/>
                <w:szCs w:val="20"/>
              </w:rPr>
            </w:pPr>
            <w:r>
              <w:rPr>
                <w:rFonts w:ascii="Arial" w:hAnsi="Arial" w:cs="Arial"/>
                <w:b/>
                <w:bCs/>
                <w:sz w:val="20"/>
                <w:szCs w:val="20"/>
              </w:rPr>
              <w:t xml:space="preserve">Qualifications: Strong understanding of employment legislation, people management practices, and operational policy development. </w:t>
            </w:r>
          </w:p>
          <w:p w14:paraId="574C2B51" w14:textId="77777777" w:rsidR="00F5517B" w:rsidRDefault="00F5517B" w:rsidP="00AA1700">
            <w:pPr>
              <w:rPr>
                <w:rFonts w:ascii="Arial" w:hAnsi="Arial" w:cs="Arial"/>
                <w:b/>
                <w:bCs/>
                <w:sz w:val="20"/>
                <w:szCs w:val="20"/>
              </w:rPr>
            </w:pPr>
          </w:p>
          <w:p w14:paraId="2026A988" w14:textId="77777777" w:rsidR="00F5517B" w:rsidRPr="007E05CF" w:rsidRDefault="00F5517B" w:rsidP="00AA1700">
            <w:pPr>
              <w:rPr>
                <w:rFonts w:ascii="Arial" w:hAnsi="Arial" w:cs="Arial"/>
                <w:b/>
                <w:bCs/>
                <w:sz w:val="20"/>
                <w:szCs w:val="20"/>
              </w:rPr>
            </w:pPr>
            <w:r>
              <w:rPr>
                <w:rFonts w:ascii="Arial" w:hAnsi="Arial" w:cs="Arial"/>
                <w:b/>
                <w:bCs/>
                <w:sz w:val="20"/>
                <w:szCs w:val="20"/>
              </w:rPr>
              <w:t>Can you outline your understanding of employment legislation, people management practices, and operational policy development?</w:t>
            </w:r>
          </w:p>
        </w:tc>
      </w:tr>
      <w:tr w:rsidR="00F5517B" w:rsidRPr="007E05CF" w14:paraId="7E153917" w14:textId="77777777" w:rsidTr="00AA1700">
        <w:trPr>
          <w:trHeight w:val="1817"/>
        </w:trPr>
        <w:tc>
          <w:tcPr>
            <w:tcW w:w="10328" w:type="dxa"/>
          </w:tcPr>
          <w:p w14:paraId="3EEEA8EA" w14:textId="77777777" w:rsidR="00F5517B" w:rsidRPr="007E05CF" w:rsidRDefault="00F5517B" w:rsidP="00AA1700">
            <w:pPr>
              <w:ind w:right="-1192"/>
              <w:rPr>
                <w:rFonts w:ascii="Arial" w:hAnsi="Arial" w:cs="Arial"/>
                <w:b/>
                <w:bCs/>
                <w:sz w:val="20"/>
                <w:szCs w:val="20"/>
              </w:rPr>
            </w:pPr>
          </w:p>
          <w:p w14:paraId="64D2DCD1" w14:textId="77777777" w:rsidR="00F5517B" w:rsidRPr="007E05CF" w:rsidRDefault="00F5517B" w:rsidP="00AA1700">
            <w:pPr>
              <w:ind w:right="-1192"/>
              <w:rPr>
                <w:rFonts w:ascii="Arial" w:hAnsi="Arial" w:cs="Arial"/>
                <w:b/>
                <w:bCs/>
                <w:sz w:val="20"/>
                <w:szCs w:val="20"/>
              </w:rPr>
            </w:pPr>
          </w:p>
          <w:p w14:paraId="086E2688" w14:textId="77777777" w:rsidR="00F5517B" w:rsidRPr="007E05CF" w:rsidRDefault="00F5517B" w:rsidP="00AA1700">
            <w:pPr>
              <w:ind w:right="-1192"/>
              <w:rPr>
                <w:rFonts w:ascii="Arial" w:hAnsi="Arial" w:cs="Arial"/>
                <w:b/>
                <w:bCs/>
                <w:sz w:val="20"/>
                <w:szCs w:val="20"/>
              </w:rPr>
            </w:pPr>
          </w:p>
          <w:p w14:paraId="04C8D267" w14:textId="77777777" w:rsidR="00F5517B" w:rsidRPr="007E05CF" w:rsidRDefault="00F5517B" w:rsidP="00AA1700">
            <w:pPr>
              <w:ind w:right="-1192"/>
              <w:rPr>
                <w:rFonts w:ascii="Arial" w:hAnsi="Arial" w:cs="Arial"/>
                <w:b/>
                <w:bCs/>
                <w:sz w:val="20"/>
              </w:rPr>
            </w:pPr>
          </w:p>
          <w:p w14:paraId="273C663A" w14:textId="77777777" w:rsidR="00F5517B" w:rsidRPr="007E05CF" w:rsidRDefault="00F5517B" w:rsidP="00AA1700">
            <w:pPr>
              <w:ind w:right="-1192"/>
              <w:rPr>
                <w:rFonts w:ascii="Arial" w:hAnsi="Arial" w:cs="Arial"/>
                <w:b/>
                <w:bCs/>
                <w:sz w:val="20"/>
              </w:rPr>
            </w:pPr>
          </w:p>
          <w:p w14:paraId="532A8A5F" w14:textId="77777777" w:rsidR="00F5517B" w:rsidRPr="007E05CF" w:rsidRDefault="00F5517B" w:rsidP="00AA1700">
            <w:pPr>
              <w:ind w:right="-1192"/>
              <w:rPr>
                <w:rFonts w:ascii="Arial" w:hAnsi="Arial" w:cs="Arial"/>
                <w:b/>
                <w:bCs/>
                <w:sz w:val="20"/>
              </w:rPr>
            </w:pPr>
          </w:p>
          <w:p w14:paraId="220B4D68" w14:textId="77777777" w:rsidR="00F5517B" w:rsidRPr="007E05CF" w:rsidRDefault="00F5517B" w:rsidP="00AA1700">
            <w:pPr>
              <w:ind w:right="-1192"/>
              <w:rPr>
                <w:rFonts w:ascii="Arial" w:hAnsi="Arial" w:cs="Arial"/>
                <w:b/>
                <w:bCs/>
                <w:sz w:val="20"/>
                <w:szCs w:val="20"/>
              </w:rPr>
            </w:pPr>
          </w:p>
          <w:p w14:paraId="26A56207" w14:textId="77777777" w:rsidR="00F5517B" w:rsidRPr="007E05CF" w:rsidRDefault="00F5517B" w:rsidP="00AA1700">
            <w:pPr>
              <w:ind w:right="-1192"/>
              <w:rPr>
                <w:rFonts w:ascii="Arial" w:hAnsi="Arial" w:cs="Arial"/>
                <w:b/>
                <w:bCs/>
                <w:sz w:val="20"/>
                <w:szCs w:val="20"/>
              </w:rPr>
            </w:pPr>
          </w:p>
          <w:p w14:paraId="31AE78D1" w14:textId="77777777" w:rsidR="00F5517B" w:rsidRPr="007E05CF" w:rsidRDefault="00F5517B" w:rsidP="00AA1700">
            <w:pPr>
              <w:ind w:right="-1192"/>
              <w:rPr>
                <w:rFonts w:ascii="Arial" w:hAnsi="Arial" w:cs="Arial"/>
                <w:b/>
                <w:bCs/>
                <w:sz w:val="20"/>
                <w:szCs w:val="20"/>
              </w:rPr>
            </w:pPr>
          </w:p>
          <w:p w14:paraId="0D5DAE57" w14:textId="77777777" w:rsidR="00F5517B" w:rsidRPr="007E05CF" w:rsidRDefault="00F5517B" w:rsidP="00AA1700">
            <w:pPr>
              <w:ind w:right="-1192"/>
              <w:rPr>
                <w:rFonts w:ascii="Arial" w:hAnsi="Arial" w:cs="Arial"/>
                <w:b/>
                <w:bCs/>
                <w:sz w:val="20"/>
                <w:szCs w:val="20"/>
              </w:rPr>
            </w:pPr>
          </w:p>
          <w:p w14:paraId="5DF5ECDC" w14:textId="77777777" w:rsidR="00F5517B" w:rsidRPr="007E05CF" w:rsidRDefault="00F5517B" w:rsidP="00AA1700">
            <w:pPr>
              <w:ind w:right="-1192"/>
              <w:rPr>
                <w:rFonts w:ascii="Arial" w:hAnsi="Arial" w:cs="Arial"/>
                <w:b/>
                <w:bCs/>
                <w:sz w:val="20"/>
                <w:szCs w:val="20"/>
              </w:rPr>
            </w:pPr>
          </w:p>
          <w:p w14:paraId="3E8CA909" w14:textId="77777777" w:rsidR="00F5517B" w:rsidRPr="007E05CF" w:rsidRDefault="00F5517B" w:rsidP="00AA1700">
            <w:pPr>
              <w:ind w:right="-1192"/>
              <w:rPr>
                <w:rFonts w:ascii="Arial" w:hAnsi="Arial" w:cs="Arial"/>
                <w:b/>
                <w:bCs/>
                <w:sz w:val="20"/>
                <w:szCs w:val="20"/>
              </w:rPr>
            </w:pPr>
          </w:p>
          <w:p w14:paraId="353D9470" w14:textId="77777777" w:rsidR="00F5517B" w:rsidRPr="007E05CF" w:rsidRDefault="00F5517B" w:rsidP="00AA1700">
            <w:pPr>
              <w:ind w:right="-1192"/>
              <w:rPr>
                <w:rFonts w:ascii="Arial" w:hAnsi="Arial" w:cs="Arial"/>
                <w:b/>
                <w:bCs/>
                <w:sz w:val="20"/>
                <w:szCs w:val="20"/>
              </w:rPr>
            </w:pPr>
          </w:p>
          <w:p w14:paraId="1674622F" w14:textId="77777777" w:rsidR="00F5517B" w:rsidRPr="007E05CF" w:rsidRDefault="00F5517B" w:rsidP="00AA1700">
            <w:pPr>
              <w:ind w:right="-1192"/>
              <w:rPr>
                <w:rFonts w:ascii="Arial" w:hAnsi="Arial" w:cs="Arial"/>
                <w:b/>
                <w:bCs/>
                <w:sz w:val="20"/>
                <w:szCs w:val="20"/>
              </w:rPr>
            </w:pPr>
          </w:p>
          <w:p w14:paraId="09E76238" w14:textId="77777777" w:rsidR="00F5517B" w:rsidRPr="007E05CF" w:rsidRDefault="00F5517B" w:rsidP="00AA1700">
            <w:pPr>
              <w:ind w:right="-1192"/>
              <w:rPr>
                <w:rFonts w:ascii="Arial" w:hAnsi="Arial" w:cs="Arial"/>
                <w:b/>
                <w:bCs/>
                <w:sz w:val="20"/>
                <w:szCs w:val="20"/>
              </w:rPr>
            </w:pPr>
          </w:p>
          <w:p w14:paraId="0CAFBA37" w14:textId="77777777" w:rsidR="00F5517B" w:rsidRPr="007E05CF" w:rsidRDefault="00F5517B" w:rsidP="00AA1700">
            <w:pPr>
              <w:ind w:right="-1192"/>
              <w:rPr>
                <w:rFonts w:ascii="Arial" w:hAnsi="Arial" w:cs="Arial"/>
                <w:b/>
                <w:bCs/>
                <w:sz w:val="20"/>
                <w:szCs w:val="20"/>
              </w:rPr>
            </w:pPr>
          </w:p>
          <w:p w14:paraId="4C87887A" w14:textId="77777777" w:rsidR="00F5517B" w:rsidRPr="007E05CF" w:rsidRDefault="00F5517B" w:rsidP="00AA1700">
            <w:pPr>
              <w:ind w:right="-1192"/>
              <w:rPr>
                <w:rFonts w:ascii="Arial" w:hAnsi="Arial" w:cs="Arial"/>
                <w:b/>
                <w:bCs/>
                <w:sz w:val="20"/>
                <w:szCs w:val="20"/>
              </w:rPr>
            </w:pPr>
          </w:p>
          <w:p w14:paraId="068B8884" w14:textId="77777777" w:rsidR="00F5517B" w:rsidRPr="007E05CF" w:rsidRDefault="00F5517B" w:rsidP="00AA1700">
            <w:pPr>
              <w:ind w:right="-1192"/>
              <w:rPr>
                <w:rFonts w:ascii="Arial" w:hAnsi="Arial" w:cs="Arial"/>
                <w:b/>
                <w:bCs/>
                <w:sz w:val="20"/>
                <w:szCs w:val="20"/>
              </w:rPr>
            </w:pPr>
          </w:p>
          <w:p w14:paraId="3200DB6A" w14:textId="77777777" w:rsidR="00F5517B" w:rsidRPr="007E05CF" w:rsidRDefault="00F5517B" w:rsidP="00AA1700">
            <w:pPr>
              <w:ind w:right="-1192"/>
              <w:rPr>
                <w:rFonts w:ascii="Arial" w:hAnsi="Arial" w:cs="Arial"/>
                <w:b/>
                <w:bCs/>
                <w:sz w:val="20"/>
              </w:rPr>
            </w:pPr>
          </w:p>
          <w:p w14:paraId="65EE3278" w14:textId="77777777" w:rsidR="00F5517B" w:rsidRPr="007E05CF" w:rsidRDefault="00F5517B" w:rsidP="00AA1700">
            <w:pPr>
              <w:ind w:right="-1192"/>
              <w:rPr>
                <w:rFonts w:ascii="Arial" w:hAnsi="Arial" w:cs="Arial"/>
                <w:b/>
                <w:bCs/>
                <w:sz w:val="20"/>
                <w:szCs w:val="20"/>
              </w:rPr>
            </w:pPr>
          </w:p>
          <w:p w14:paraId="7E1311F0" w14:textId="77777777" w:rsidR="00F5517B" w:rsidRPr="007E05CF" w:rsidRDefault="00F5517B" w:rsidP="00AA1700">
            <w:pPr>
              <w:ind w:right="-1192"/>
              <w:rPr>
                <w:rFonts w:ascii="Arial" w:hAnsi="Arial" w:cs="Arial"/>
                <w:b/>
                <w:bCs/>
                <w:sz w:val="20"/>
                <w:szCs w:val="20"/>
              </w:rPr>
            </w:pPr>
          </w:p>
          <w:p w14:paraId="3CA4170E" w14:textId="77777777" w:rsidR="00F5517B" w:rsidRPr="007E05CF" w:rsidRDefault="00F5517B" w:rsidP="00AA1700">
            <w:pPr>
              <w:ind w:right="-1192"/>
              <w:rPr>
                <w:rFonts w:ascii="Arial" w:hAnsi="Arial" w:cs="Arial"/>
                <w:b/>
                <w:bCs/>
                <w:sz w:val="20"/>
                <w:szCs w:val="20"/>
              </w:rPr>
            </w:pPr>
          </w:p>
        </w:tc>
      </w:tr>
    </w:tbl>
    <w:p w14:paraId="0F3C32BA" w14:textId="77777777" w:rsidR="00F5517B" w:rsidRDefault="00F5517B" w:rsidP="00F5517B">
      <w:pPr>
        <w:rPr>
          <w:rFonts w:ascii="Arial" w:hAnsi="Arial" w:cs="Arial"/>
          <w:b/>
          <w:sz w:val="20"/>
          <w:szCs w:val="20"/>
        </w:rPr>
      </w:pPr>
    </w:p>
    <w:tbl>
      <w:tblPr>
        <w:tblW w:w="10328"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8"/>
      </w:tblGrid>
      <w:tr w:rsidR="00F5517B" w:rsidRPr="007E05CF" w14:paraId="41587D6D" w14:textId="77777777" w:rsidTr="00AA1700">
        <w:trPr>
          <w:trHeight w:val="493"/>
        </w:trPr>
        <w:tc>
          <w:tcPr>
            <w:tcW w:w="10328" w:type="dxa"/>
            <w:shd w:val="clear" w:color="auto" w:fill="D9D9D9" w:themeFill="background1" w:themeFillShade="D9"/>
          </w:tcPr>
          <w:p w14:paraId="1372B75B" w14:textId="77777777" w:rsidR="00F5517B" w:rsidRDefault="00F5517B" w:rsidP="00AA1700">
            <w:pPr>
              <w:rPr>
                <w:rFonts w:ascii="Arial" w:hAnsi="Arial" w:cs="Arial"/>
                <w:b/>
                <w:bCs/>
                <w:sz w:val="20"/>
                <w:szCs w:val="20"/>
              </w:rPr>
            </w:pPr>
            <w:r>
              <w:rPr>
                <w:rFonts w:ascii="Arial" w:hAnsi="Arial" w:cs="Arial"/>
                <w:b/>
                <w:bCs/>
                <w:sz w:val="20"/>
                <w:szCs w:val="20"/>
              </w:rPr>
              <w:t>Qualifications: High level of competence in Microsoft Office Suite, reporting tools, and digital communication platforms.</w:t>
            </w:r>
          </w:p>
          <w:p w14:paraId="32F0D0DC" w14:textId="77777777" w:rsidR="00F5517B" w:rsidRDefault="00F5517B" w:rsidP="00AA1700">
            <w:pPr>
              <w:rPr>
                <w:rFonts w:ascii="Arial" w:hAnsi="Arial" w:cs="Arial"/>
                <w:b/>
                <w:bCs/>
                <w:sz w:val="20"/>
                <w:szCs w:val="20"/>
              </w:rPr>
            </w:pPr>
          </w:p>
          <w:p w14:paraId="5B89679B" w14:textId="77777777" w:rsidR="00F5517B" w:rsidRPr="007E05CF" w:rsidRDefault="00F5517B" w:rsidP="00AA1700">
            <w:pPr>
              <w:rPr>
                <w:rFonts w:ascii="Arial" w:hAnsi="Arial" w:cs="Arial"/>
                <w:b/>
                <w:bCs/>
                <w:sz w:val="20"/>
                <w:szCs w:val="20"/>
              </w:rPr>
            </w:pPr>
            <w:r>
              <w:rPr>
                <w:rFonts w:ascii="Arial" w:hAnsi="Arial" w:cs="Arial"/>
                <w:b/>
                <w:bCs/>
                <w:sz w:val="20"/>
                <w:szCs w:val="20"/>
              </w:rPr>
              <w:t xml:space="preserve">Can you describe your competence </w:t>
            </w:r>
            <w:r w:rsidRPr="11181302">
              <w:rPr>
                <w:rFonts w:ascii="Arial" w:hAnsi="Arial" w:cs="Arial"/>
                <w:b/>
                <w:bCs/>
                <w:sz w:val="20"/>
                <w:szCs w:val="20"/>
              </w:rPr>
              <w:t>in</w:t>
            </w:r>
            <w:r>
              <w:rPr>
                <w:rFonts w:ascii="Arial" w:hAnsi="Arial" w:cs="Arial"/>
                <w:b/>
                <w:bCs/>
                <w:sz w:val="20"/>
                <w:szCs w:val="20"/>
              </w:rPr>
              <w:t xml:space="preserve"> using Microsoft Office Suite, reporting tools, and digital communication platforms</w:t>
            </w:r>
            <w:r w:rsidRPr="11181302">
              <w:rPr>
                <w:rFonts w:ascii="Arial" w:hAnsi="Arial" w:cs="Arial"/>
                <w:b/>
                <w:bCs/>
                <w:sz w:val="20"/>
                <w:szCs w:val="20"/>
              </w:rPr>
              <w:t>?</w:t>
            </w:r>
          </w:p>
        </w:tc>
      </w:tr>
      <w:tr w:rsidR="00F5517B" w:rsidRPr="007E05CF" w14:paraId="5CBAFF21" w14:textId="77777777" w:rsidTr="00AA1700">
        <w:trPr>
          <w:trHeight w:val="1817"/>
        </w:trPr>
        <w:tc>
          <w:tcPr>
            <w:tcW w:w="10328" w:type="dxa"/>
          </w:tcPr>
          <w:p w14:paraId="7AD08973" w14:textId="77777777" w:rsidR="00F5517B" w:rsidRPr="007E05CF" w:rsidRDefault="00F5517B" w:rsidP="00AA1700">
            <w:pPr>
              <w:ind w:right="-1192"/>
              <w:rPr>
                <w:rFonts w:ascii="Arial" w:hAnsi="Arial" w:cs="Arial"/>
                <w:b/>
                <w:bCs/>
                <w:sz w:val="20"/>
                <w:szCs w:val="20"/>
              </w:rPr>
            </w:pPr>
          </w:p>
          <w:p w14:paraId="2D35EC3A" w14:textId="77777777" w:rsidR="00F5517B" w:rsidRPr="007E05CF" w:rsidRDefault="00F5517B" w:rsidP="00AA1700">
            <w:pPr>
              <w:ind w:right="-1192"/>
              <w:rPr>
                <w:rFonts w:ascii="Arial" w:hAnsi="Arial" w:cs="Arial"/>
                <w:b/>
                <w:bCs/>
                <w:sz w:val="20"/>
                <w:szCs w:val="20"/>
              </w:rPr>
            </w:pPr>
          </w:p>
          <w:p w14:paraId="08B432D5" w14:textId="77777777" w:rsidR="00F5517B" w:rsidRPr="007E05CF" w:rsidRDefault="00F5517B" w:rsidP="00AA1700">
            <w:pPr>
              <w:ind w:right="-1192"/>
              <w:rPr>
                <w:rFonts w:ascii="Arial" w:hAnsi="Arial" w:cs="Arial"/>
                <w:b/>
                <w:bCs/>
                <w:sz w:val="20"/>
                <w:szCs w:val="20"/>
              </w:rPr>
            </w:pPr>
          </w:p>
          <w:p w14:paraId="040ECCFB" w14:textId="77777777" w:rsidR="00F5517B" w:rsidRPr="007E05CF" w:rsidRDefault="00F5517B" w:rsidP="00AA1700">
            <w:pPr>
              <w:ind w:right="-1192"/>
              <w:rPr>
                <w:rFonts w:ascii="Arial" w:hAnsi="Arial" w:cs="Arial"/>
                <w:b/>
                <w:bCs/>
                <w:sz w:val="20"/>
              </w:rPr>
            </w:pPr>
          </w:p>
          <w:p w14:paraId="46DA641E" w14:textId="77777777" w:rsidR="00F5517B" w:rsidRPr="007E05CF" w:rsidRDefault="00F5517B" w:rsidP="00AA1700">
            <w:pPr>
              <w:ind w:right="-1192"/>
              <w:rPr>
                <w:rFonts w:ascii="Arial" w:hAnsi="Arial" w:cs="Arial"/>
                <w:b/>
                <w:bCs/>
                <w:sz w:val="20"/>
              </w:rPr>
            </w:pPr>
          </w:p>
          <w:p w14:paraId="433FAFCF" w14:textId="77777777" w:rsidR="00F5517B" w:rsidRPr="007E05CF" w:rsidRDefault="00F5517B" w:rsidP="00AA1700">
            <w:pPr>
              <w:ind w:right="-1192"/>
              <w:rPr>
                <w:rFonts w:ascii="Arial" w:hAnsi="Arial" w:cs="Arial"/>
                <w:b/>
                <w:bCs/>
                <w:sz w:val="20"/>
              </w:rPr>
            </w:pPr>
          </w:p>
          <w:p w14:paraId="7D487B07" w14:textId="77777777" w:rsidR="00F5517B" w:rsidRPr="007E05CF" w:rsidRDefault="00F5517B" w:rsidP="00AA1700">
            <w:pPr>
              <w:ind w:right="-1192"/>
              <w:rPr>
                <w:rFonts w:ascii="Arial" w:hAnsi="Arial" w:cs="Arial"/>
                <w:b/>
                <w:bCs/>
                <w:sz w:val="20"/>
                <w:szCs w:val="20"/>
              </w:rPr>
            </w:pPr>
          </w:p>
          <w:p w14:paraId="60A4ABC9" w14:textId="77777777" w:rsidR="00F5517B" w:rsidRPr="007E05CF" w:rsidRDefault="00F5517B" w:rsidP="00AA1700">
            <w:pPr>
              <w:ind w:right="-1192"/>
              <w:rPr>
                <w:rFonts w:ascii="Arial" w:hAnsi="Arial" w:cs="Arial"/>
                <w:b/>
                <w:bCs/>
                <w:sz w:val="20"/>
                <w:szCs w:val="20"/>
              </w:rPr>
            </w:pPr>
          </w:p>
          <w:p w14:paraId="285F1BC2" w14:textId="77777777" w:rsidR="00F5517B" w:rsidRPr="007E05CF" w:rsidRDefault="00F5517B" w:rsidP="00AA1700">
            <w:pPr>
              <w:ind w:right="-1192"/>
              <w:rPr>
                <w:rFonts w:ascii="Arial" w:hAnsi="Arial" w:cs="Arial"/>
                <w:b/>
                <w:bCs/>
                <w:sz w:val="20"/>
                <w:szCs w:val="20"/>
              </w:rPr>
            </w:pPr>
          </w:p>
          <w:p w14:paraId="63B89DDE" w14:textId="77777777" w:rsidR="00F5517B" w:rsidRPr="007E05CF" w:rsidRDefault="00F5517B" w:rsidP="00AA1700">
            <w:pPr>
              <w:ind w:right="-1192"/>
              <w:rPr>
                <w:rFonts w:ascii="Arial" w:hAnsi="Arial" w:cs="Arial"/>
                <w:b/>
                <w:bCs/>
                <w:sz w:val="20"/>
                <w:szCs w:val="20"/>
              </w:rPr>
            </w:pPr>
          </w:p>
          <w:p w14:paraId="3C8D36EC" w14:textId="77777777" w:rsidR="00F5517B" w:rsidRPr="007E05CF" w:rsidRDefault="00F5517B" w:rsidP="00AA1700">
            <w:pPr>
              <w:ind w:right="-1192"/>
              <w:rPr>
                <w:rFonts w:ascii="Arial" w:hAnsi="Arial" w:cs="Arial"/>
                <w:b/>
                <w:bCs/>
                <w:sz w:val="20"/>
                <w:szCs w:val="20"/>
              </w:rPr>
            </w:pPr>
          </w:p>
          <w:p w14:paraId="1080DD72" w14:textId="77777777" w:rsidR="00F5517B" w:rsidRPr="007E05CF" w:rsidRDefault="00F5517B" w:rsidP="00AA1700">
            <w:pPr>
              <w:ind w:right="-1192"/>
              <w:rPr>
                <w:rFonts w:ascii="Arial" w:hAnsi="Arial" w:cs="Arial"/>
                <w:b/>
                <w:bCs/>
                <w:sz w:val="20"/>
                <w:szCs w:val="20"/>
              </w:rPr>
            </w:pPr>
          </w:p>
          <w:p w14:paraId="3ABC0C7F" w14:textId="77777777" w:rsidR="00F5517B" w:rsidRPr="007E05CF" w:rsidRDefault="00F5517B" w:rsidP="00AA1700">
            <w:pPr>
              <w:ind w:right="-1192"/>
              <w:rPr>
                <w:rFonts w:ascii="Arial" w:hAnsi="Arial" w:cs="Arial"/>
                <w:b/>
                <w:bCs/>
                <w:sz w:val="20"/>
                <w:szCs w:val="20"/>
              </w:rPr>
            </w:pPr>
          </w:p>
          <w:p w14:paraId="5B3832CF" w14:textId="77777777" w:rsidR="00F5517B" w:rsidRPr="007E05CF" w:rsidRDefault="00F5517B" w:rsidP="00AA1700">
            <w:pPr>
              <w:ind w:right="-1192"/>
              <w:rPr>
                <w:rFonts w:ascii="Arial" w:hAnsi="Arial" w:cs="Arial"/>
                <w:b/>
                <w:bCs/>
                <w:sz w:val="20"/>
                <w:szCs w:val="20"/>
              </w:rPr>
            </w:pPr>
          </w:p>
          <w:p w14:paraId="160224C4" w14:textId="77777777" w:rsidR="00F5517B" w:rsidRPr="007E05CF" w:rsidRDefault="00F5517B" w:rsidP="00AA1700">
            <w:pPr>
              <w:ind w:right="-1192"/>
              <w:rPr>
                <w:rFonts w:ascii="Arial" w:hAnsi="Arial" w:cs="Arial"/>
                <w:b/>
                <w:bCs/>
                <w:sz w:val="20"/>
                <w:szCs w:val="20"/>
              </w:rPr>
            </w:pPr>
          </w:p>
          <w:p w14:paraId="6B492674" w14:textId="77777777" w:rsidR="00F5517B" w:rsidRPr="007E05CF" w:rsidRDefault="00F5517B" w:rsidP="00AA1700">
            <w:pPr>
              <w:ind w:right="-1192"/>
              <w:rPr>
                <w:rFonts w:ascii="Arial" w:hAnsi="Arial" w:cs="Arial"/>
                <w:b/>
                <w:bCs/>
                <w:sz w:val="20"/>
                <w:szCs w:val="20"/>
              </w:rPr>
            </w:pPr>
          </w:p>
          <w:p w14:paraId="70551345" w14:textId="77777777" w:rsidR="00F5517B" w:rsidRPr="007E05CF" w:rsidRDefault="00F5517B" w:rsidP="00AA1700">
            <w:pPr>
              <w:ind w:right="-1192"/>
              <w:rPr>
                <w:rFonts w:ascii="Arial" w:hAnsi="Arial" w:cs="Arial"/>
                <w:b/>
                <w:bCs/>
                <w:sz w:val="20"/>
                <w:szCs w:val="20"/>
              </w:rPr>
            </w:pPr>
          </w:p>
          <w:p w14:paraId="0AD123E6" w14:textId="77777777" w:rsidR="00F5517B" w:rsidRPr="007E05CF" w:rsidRDefault="00F5517B" w:rsidP="00AA1700">
            <w:pPr>
              <w:ind w:right="-1192"/>
              <w:rPr>
                <w:rFonts w:ascii="Arial" w:hAnsi="Arial" w:cs="Arial"/>
                <w:b/>
                <w:bCs/>
                <w:sz w:val="20"/>
                <w:szCs w:val="20"/>
              </w:rPr>
            </w:pPr>
          </w:p>
          <w:p w14:paraId="145ADC57" w14:textId="77777777" w:rsidR="00F5517B" w:rsidRPr="007E05CF" w:rsidRDefault="00F5517B" w:rsidP="00AA1700">
            <w:pPr>
              <w:ind w:right="-1192"/>
              <w:rPr>
                <w:rFonts w:ascii="Arial" w:hAnsi="Arial" w:cs="Arial"/>
                <w:b/>
                <w:bCs/>
                <w:sz w:val="20"/>
              </w:rPr>
            </w:pPr>
          </w:p>
          <w:p w14:paraId="7CC3A867" w14:textId="77777777" w:rsidR="00F5517B" w:rsidRPr="007E05CF" w:rsidRDefault="00F5517B" w:rsidP="00AA1700">
            <w:pPr>
              <w:ind w:right="-1192"/>
              <w:rPr>
                <w:rFonts w:ascii="Arial" w:hAnsi="Arial" w:cs="Arial"/>
                <w:b/>
                <w:bCs/>
                <w:sz w:val="20"/>
                <w:szCs w:val="20"/>
              </w:rPr>
            </w:pPr>
          </w:p>
          <w:p w14:paraId="79207D76" w14:textId="77777777" w:rsidR="00F5517B" w:rsidRPr="007E05CF" w:rsidRDefault="00F5517B" w:rsidP="00AA1700">
            <w:pPr>
              <w:ind w:right="-1192"/>
              <w:rPr>
                <w:rFonts w:ascii="Arial" w:hAnsi="Arial" w:cs="Arial"/>
                <w:b/>
                <w:bCs/>
                <w:sz w:val="20"/>
                <w:szCs w:val="20"/>
              </w:rPr>
            </w:pPr>
          </w:p>
          <w:p w14:paraId="6E7A166B" w14:textId="77777777" w:rsidR="00F5517B" w:rsidRPr="007E05CF" w:rsidRDefault="00F5517B" w:rsidP="00AA1700">
            <w:pPr>
              <w:ind w:right="-1192"/>
              <w:rPr>
                <w:rFonts w:ascii="Arial" w:hAnsi="Arial" w:cs="Arial"/>
                <w:b/>
                <w:bCs/>
                <w:sz w:val="20"/>
                <w:szCs w:val="20"/>
              </w:rPr>
            </w:pPr>
          </w:p>
        </w:tc>
      </w:tr>
    </w:tbl>
    <w:p w14:paraId="0CDA835C" w14:textId="77777777" w:rsidR="00F5517B" w:rsidRDefault="00F5517B" w:rsidP="00F5517B">
      <w:pPr>
        <w:rPr>
          <w:rFonts w:ascii="Arial" w:hAnsi="Arial" w:cs="Arial"/>
          <w:b/>
          <w:sz w:val="20"/>
          <w:szCs w:val="20"/>
        </w:rPr>
      </w:pPr>
    </w:p>
    <w:tbl>
      <w:tblPr>
        <w:tblW w:w="10328"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8"/>
      </w:tblGrid>
      <w:tr w:rsidR="00F5517B" w:rsidRPr="007E05CF" w14:paraId="3DE698E2" w14:textId="77777777" w:rsidTr="00AA1700">
        <w:trPr>
          <w:trHeight w:val="493"/>
        </w:trPr>
        <w:tc>
          <w:tcPr>
            <w:tcW w:w="10328" w:type="dxa"/>
            <w:shd w:val="clear" w:color="auto" w:fill="D9D9D9" w:themeFill="background1" w:themeFillShade="D9"/>
          </w:tcPr>
          <w:p w14:paraId="35EE2941" w14:textId="77777777" w:rsidR="00F5517B" w:rsidRDefault="00F5517B" w:rsidP="00AA1700">
            <w:pPr>
              <w:rPr>
                <w:rFonts w:ascii="Arial" w:hAnsi="Arial" w:cs="Arial"/>
                <w:b/>
                <w:bCs/>
                <w:sz w:val="20"/>
                <w:szCs w:val="20"/>
              </w:rPr>
            </w:pPr>
            <w:r>
              <w:rPr>
                <w:rFonts w:ascii="Arial" w:hAnsi="Arial" w:cs="Arial"/>
                <w:b/>
                <w:bCs/>
                <w:sz w:val="20"/>
                <w:szCs w:val="20"/>
              </w:rPr>
              <w:t>Qualifications: Excellent interpersonal, written, and verbal communication skills.</w:t>
            </w:r>
          </w:p>
          <w:p w14:paraId="0CB16B5F" w14:textId="77777777" w:rsidR="00F5517B" w:rsidRDefault="00F5517B" w:rsidP="00AA1700">
            <w:pPr>
              <w:rPr>
                <w:rFonts w:ascii="Arial" w:hAnsi="Arial" w:cs="Arial"/>
                <w:b/>
                <w:bCs/>
                <w:sz w:val="20"/>
                <w:szCs w:val="20"/>
              </w:rPr>
            </w:pPr>
          </w:p>
          <w:p w14:paraId="0D70DD4D" w14:textId="77777777" w:rsidR="00F5517B" w:rsidRPr="007E05CF" w:rsidRDefault="00F5517B" w:rsidP="00AA1700">
            <w:pPr>
              <w:rPr>
                <w:rFonts w:ascii="Arial" w:hAnsi="Arial" w:cs="Arial"/>
                <w:b/>
                <w:bCs/>
                <w:sz w:val="20"/>
                <w:szCs w:val="20"/>
              </w:rPr>
            </w:pPr>
            <w:r>
              <w:rPr>
                <w:rFonts w:ascii="Arial" w:hAnsi="Arial" w:cs="Arial"/>
                <w:b/>
                <w:bCs/>
                <w:sz w:val="20"/>
                <w:szCs w:val="20"/>
              </w:rPr>
              <w:t>Please demonstrate</w:t>
            </w:r>
            <w:r w:rsidRPr="11181302">
              <w:rPr>
                <w:rFonts w:ascii="Arial" w:hAnsi="Arial" w:cs="Arial"/>
                <w:b/>
                <w:bCs/>
                <w:sz w:val="20"/>
                <w:szCs w:val="20"/>
              </w:rPr>
              <w:t>, with examples,</w:t>
            </w:r>
            <w:r>
              <w:rPr>
                <w:rFonts w:ascii="Arial" w:hAnsi="Arial" w:cs="Arial"/>
                <w:b/>
                <w:bCs/>
                <w:sz w:val="20"/>
                <w:szCs w:val="20"/>
              </w:rPr>
              <w:t xml:space="preserve"> excellent interpersonal, written, and verbal communication skills.</w:t>
            </w:r>
          </w:p>
        </w:tc>
      </w:tr>
      <w:tr w:rsidR="00F5517B" w:rsidRPr="007E05CF" w14:paraId="4F05799A" w14:textId="77777777" w:rsidTr="00AA1700">
        <w:trPr>
          <w:trHeight w:val="1817"/>
        </w:trPr>
        <w:tc>
          <w:tcPr>
            <w:tcW w:w="10328" w:type="dxa"/>
          </w:tcPr>
          <w:p w14:paraId="5283DBA2" w14:textId="77777777" w:rsidR="00F5517B" w:rsidRPr="007E05CF" w:rsidRDefault="00F5517B" w:rsidP="00AA1700">
            <w:pPr>
              <w:ind w:right="-1192"/>
              <w:rPr>
                <w:rFonts w:ascii="Arial" w:hAnsi="Arial" w:cs="Arial"/>
                <w:b/>
                <w:bCs/>
                <w:sz w:val="20"/>
                <w:szCs w:val="20"/>
              </w:rPr>
            </w:pPr>
          </w:p>
          <w:p w14:paraId="278DC546" w14:textId="77777777" w:rsidR="00F5517B" w:rsidRPr="007E05CF" w:rsidRDefault="00F5517B" w:rsidP="00AA1700">
            <w:pPr>
              <w:ind w:right="-1192"/>
              <w:rPr>
                <w:rFonts w:ascii="Arial" w:hAnsi="Arial" w:cs="Arial"/>
                <w:b/>
                <w:bCs/>
                <w:sz w:val="20"/>
                <w:szCs w:val="20"/>
              </w:rPr>
            </w:pPr>
          </w:p>
          <w:p w14:paraId="04D5C5BB" w14:textId="77777777" w:rsidR="00F5517B" w:rsidRPr="007E05CF" w:rsidRDefault="00F5517B" w:rsidP="00AA1700">
            <w:pPr>
              <w:ind w:right="-1192"/>
              <w:rPr>
                <w:rFonts w:ascii="Arial" w:hAnsi="Arial" w:cs="Arial"/>
                <w:b/>
                <w:bCs/>
                <w:sz w:val="20"/>
                <w:szCs w:val="20"/>
              </w:rPr>
            </w:pPr>
          </w:p>
          <w:p w14:paraId="180F4C5C" w14:textId="77777777" w:rsidR="00F5517B" w:rsidRPr="007E05CF" w:rsidRDefault="00F5517B" w:rsidP="00AA1700">
            <w:pPr>
              <w:ind w:right="-1192"/>
              <w:rPr>
                <w:rFonts w:ascii="Arial" w:hAnsi="Arial" w:cs="Arial"/>
                <w:b/>
                <w:bCs/>
                <w:sz w:val="20"/>
              </w:rPr>
            </w:pPr>
          </w:p>
          <w:p w14:paraId="1DF12C75" w14:textId="77777777" w:rsidR="00F5517B" w:rsidRPr="007E05CF" w:rsidRDefault="00F5517B" w:rsidP="00AA1700">
            <w:pPr>
              <w:ind w:right="-1192"/>
              <w:rPr>
                <w:rFonts w:ascii="Arial" w:hAnsi="Arial" w:cs="Arial"/>
                <w:b/>
                <w:bCs/>
                <w:sz w:val="20"/>
              </w:rPr>
            </w:pPr>
          </w:p>
          <w:p w14:paraId="48433F79" w14:textId="77777777" w:rsidR="00F5517B" w:rsidRPr="007E05CF" w:rsidRDefault="00F5517B" w:rsidP="00AA1700">
            <w:pPr>
              <w:ind w:right="-1192"/>
              <w:rPr>
                <w:rFonts w:ascii="Arial" w:hAnsi="Arial" w:cs="Arial"/>
                <w:b/>
                <w:bCs/>
                <w:sz w:val="20"/>
              </w:rPr>
            </w:pPr>
          </w:p>
          <w:p w14:paraId="56E6DCEC" w14:textId="77777777" w:rsidR="00F5517B" w:rsidRPr="007E05CF" w:rsidRDefault="00F5517B" w:rsidP="00AA1700">
            <w:pPr>
              <w:ind w:right="-1192"/>
              <w:rPr>
                <w:rFonts w:ascii="Arial" w:hAnsi="Arial" w:cs="Arial"/>
                <w:b/>
                <w:bCs/>
                <w:sz w:val="20"/>
                <w:szCs w:val="20"/>
              </w:rPr>
            </w:pPr>
          </w:p>
          <w:p w14:paraId="71B62D03" w14:textId="77777777" w:rsidR="00F5517B" w:rsidRPr="007E05CF" w:rsidRDefault="00F5517B" w:rsidP="00AA1700">
            <w:pPr>
              <w:ind w:right="-1192"/>
              <w:rPr>
                <w:rFonts w:ascii="Arial" w:hAnsi="Arial" w:cs="Arial"/>
                <w:b/>
                <w:bCs/>
                <w:sz w:val="20"/>
                <w:szCs w:val="20"/>
              </w:rPr>
            </w:pPr>
          </w:p>
          <w:p w14:paraId="74E9BFC7" w14:textId="77777777" w:rsidR="00F5517B" w:rsidRPr="007E05CF" w:rsidRDefault="00F5517B" w:rsidP="00AA1700">
            <w:pPr>
              <w:ind w:right="-1192"/>
              <w:rPr>
                <w:rFonts w:ascii="Arial" w:hAnsi="Arial" w:cs="Arial"/>
                <w:b/>
                <w:bCs/>
                <w:sz w:val="20"/>
                <w:szCs w:val="20"/>
              </w:rPr>
            </w:pPr>
          </w:p>
          <w:p w14:paraId="466F2084" w14:textId="77777777" w:rsidR="00F5517B" w:rsidRPr="007E05CF" w:rsidRDefault="00F5517B" w:rsidP="00AA1700">
            <w:pPr>
              <w:ind w:right="-1192"/>
              <w:rPr>
                <w:rFonts w:ascii="Arial" w:hAnsi="Arial" w:cs="Arial"/>
                <w:b/>
                <w:bCs/>
                <w:sz w:val="20"/>
                <w:szCs w:val="20"/>
              </w:rPr>
            </w:pPr>
          </w:p>
          <w:p w14:paraId="303F3F19" w14:textId="77777777" w:rsidR="00F5517B" w:rsidRPr="007E05CF" w:rsidRDefault="00F5517B" w:rsidP="00AA1700">
            <w:pPr>
              <w:ind w:right="-1192"/>
              <w:rPr>
                <w:rFonts w:ascii="Arial" w:hAnsi="Arial" w:cs="Arial"/>
                <w:b/>
                <w:bCs/>
                <w:sz w:val="20"/>
                <w:szCs w:val="20"/>
              </w:rPr>
            </w:pPr>
          </w:p>
          <w:p w14:paraId="05645F14" w14:textId="77777777" w:rsidR="00F5517B" w:rsidRPr="007E05CF" w:rsidRDefault="00F5517B" w:rsidP="00AA1700">
            <w:pPr>
              <w:ind w:right="-1192"/>
              <w:rPr>
                <w:rFonts w:ascii="Arial" w:hAnsi="Arial" w:cs="Arial"/>
                <w:b/>
                <w:bCs/>
                <w:sz w:val="20"/>
                <w:szCs w:val="20"/>
              </w:rPr>
            </w:pPr>
          </w:p>
          <w:p w14:paraId="76A03032" w14:textId="77777777" w:rsidR="00F5517B" w:rsidRPr="007E05CF" w:rsidRDefault="00F5517B" w:rsidP="00AA1700">
            <w:pPr>
              <w:ind w:right="-1192"/>
              <w:rPr>
                <w:rFonts w:ascii="Arial" w:hAnsi="Arial" w:cs="Arial"/>
                <w:b/>
                <w:bCs/>
                <w:sz w:val="20"/>
                <w:szCs w:val="20"/>
              </w:rPr>
            </w:pPr>
          </w:p>
          <w:p w14:paraId="7A65D543" w14:textId="77777777" w:rsidR="00F5517B" w:rsidRPr="007E05CF" w:rsidRDefault="00F5517B" w:rsidP="00AA1700">
            <w:pPr>
              <w:ind w:right="-1192"/>
              <w:rPr>
                <w:rFonts w:ascii="Arial" w:hAnsi="Arial" w:cs="Arial"/>
                <w:b/>
                <w:bCs/>
                <w:sz w:val="20"/>
                <w:szCs w:val="20"/>
              </w:rPr>
            </w:pPr>
          </w:p>
          <w:p w14:paraId="2FB36925" w14:textId="77777777" w:rsidR="00F5517B" w:rsidRPr="007E05CF" w:rsidRDefault="00F5517B" w:rsidP="00AA1700">
            <w:pPr>
              <w:ind w:right="-1192"/>
              <w:rPr>
                <w:rFonts w:ascii="Arial" w:hAnsi="Arial" w:cs="Arial"/>
                <w:b/>
                <w:bCs/>
                <w:sz w:val="20"/>
                <w:szCs w:val="20"/>
              </w:rPr>
            </w:pPr>
          </w:p>
          <w:p w14:paraId="10D58962" w14:textId="77777777" w:rsidR="00F5517B" w:rsidRPr="007E05CF" w:rsidRDefault="00F5517B" w:rsidP="00AA1700">
            <w:pPr>
              <w:ind w:right="-1192"/>
              <w:rPr>
                <w:rFonts w:ascii="Arial" w:hAnsi="Arial" w:cs="Arial"/>
                <w:b/>
                <w:bCs/>
                <w:sz w:val="20"/>
                <w:szCs w:val="20"/>
              </w:rPr>
            </w:pPr>
          </w:p>
          <w:p w14:paraId="6B043F61" w14:textId="77777777" w:rsidR="00F5517B" w:rsidRPr="007E05CF" w:rsidRDefault="00F5517B" w:rsidP="00AA1700">
            <w:pPr>
              <w:ind w:right="-1192"/>
              <w:rPr>
                <w:rFonts w:ascii="Arial" w:hAnsi="Arial" w:cs="Arial"/>
                <w:b/>
                <w:bCs/>
                <w:sz w:val="20"/>
                <w:szCs w:val="20"/>
              </w:rPr>
            </w:pPr>
          </w:p>
          <w:p w14:paraId="1D0050B8" w14:textId="77777777" w:rsidR="00F5517B" w:rsidRPr="007E05CF" w:rsidRDefault="00F5517B" w:rsidP="00AA1700">
            <w:pPr>
              <w:ind w:right="-1192"/>
              <w:rPr>
                <w:rFonts w:ascii="Arial" w:hAnsi="Arial" w:cs="Arial"/>
                <w:b/>
                <w:bCs/>
                <w:sz w:val="20"/>
                <w:szCs w:val="20"/>
              </w:rPr>
            </w:pPr>
          </w:p>
          <w:p w14:paraId="30256CA6" w14:textId="77777777" w:rsidR="00F5517B" w:rsidRPr="007E05CF" w:rsidRDefault="00F5517B" w:rsidP="00AA1700">
            <w:pPr>
              <w:ind w:right="-1192"/>
              <w:rPr>
                <w:rFonts w:ascii="Arial" w:hAnsi="Arial" w:cs="Arial"/>
                <w:b/>
                <w:bCs/>
                <w:sz w:val="20"/>
              </w:rPr>
            </w:pPr>
          </w:p>
          <w:p w14:paraId="26C5F2EC" w14:textId="77777777" w:rsidR="00F5517B" w:rsidRPr="007E05CF" w:rsidRDefault="00F5517B" w:rsidP="00AA1700">
            <w:pPr>
              <w:ind w:right="-1192"/>
              <w:rPr>
                <w:rFonts w:ascii="Arial" w:hAnsi="Arial" w:cs="Arial"/>
                <w:b/>
                <w:bCs/>
                <w:sz w:val="20"/>
                <w:szCs w:val="20"/>
              </w:rPr>
            </w:pPr>
          </w:p>
          <w:p w14:paraId="130520AD" w14:textId="77777777" w:rsidR="00F5517B" w:rsidRPr="007E05CF" w:rsidRDefault="00F5517B" w:rsidP="00AA1700">
            <w:pPr>
              <w:ind w:right="-1192"/>
              <w:rPr>
                <w:rFonts w:ascii="Arial" w:hAnsi="Arial" w:cs="Arial"/>
                <w:b/>
                <w:bCs/>
                <w:sz w:val="20"/>
                <w:szCs w:val="20"/>
              </w:rPr>
            </w:pPr>
          </w:p>
          <w:p w14:paraId="46C357A0" w14:textId="77777777" w:rsidR="00F5517B" w:rsidRPr="007E05CF" w:rsidRDefault="00F5517B" w:rsidP="00AA1700">
            <w:pPr>
              <w:ind w:right="-1192"/>
              <w:rPr>
                <w:rFonts w:ascii="Arial" w:hAnsi="Arial" w:cs="Arial"/>
                <w:b/>
                <w:bCs/>
                <w:sz w:val="20"/>
                <w:szCs w:val="20"/>
              </w:rPr>
            </w:pPr>
          </w:p>
        </w:tc>
      </w:tr>
    </w:tbl>
    <w:p w14:paraId="2016F90A" w14:textId="77777777" w:rsidR="00F5517B" w:rsidRDefault="00F5517B" w:rsidP="00F5517B">
      <w:pPr>
        <w:rPr>
          <w:rFonts w:ascii="Arial" w:hAnsi="Arial" w:cs="Arial"/>
          <w:b/>
          <w:sz w:val="20"/>
          <w:szCs w:val="20"/>
        </w:rPr>
      </w:pPr>
    </w:p>
    <w:tbl>
      <w:tblPr>
        <w:tblW w:w="10328"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8"/>
      </w:tblGrid>
      <w:tr w:rsidR="00F5517B" w:rsidRPr="007E05CF" w14:paraId="4E7C3076" w14:textId="77777777" w:rsidTr="00AA1700">
        <w:trPr>
          <w:trHeight w:val="493"/>
        </w:trPr>
        <w:tc>
          <w:tcPr>
            <w:tcW w:w="10328" w:type="dxa"/>
            <w:shd w:val="clear" w:color="auto" w:fill="D9D9D9" w:themeFill="background1" w:themeFillShade="D9"/>
          </w:tcPr>
          <w:p w14:paraId="2C5CC448" w14:textId="77777777" w:rsidR="00F5517B" w:rsidRDefault="00F5517B" w:rsidP="00AA1700">
            <w:pPr>
              <w:rPr>
                <w:rFonts w:ascii="Arial" w:hAnsi="Arial" w:cs="Arial"/>
                <w:b/>
                <w:bCs/>
                <w:sz w:val="20"/>
                <w:szCs w:val="20"/>
              </w:rPr>
            </w:pPr>
            <w:r>
              <w:rPr>
                <w:rFonts w:ascii="Arial" w:hAnsi="Arial" w:cs="Arial"/>
                <w:b/>
                <w:bCs/>
                <w:sz w:val="20"/>
                <w:szCs w:val="20"/>
              </w:rPr>
              <w:t>Essential Qualities: A proactive and results-oriented mindset, with a passion for driving operational excellence.</w:t>
            </w:r>
          </w:p>
          <w:p w14:paraId="7DE2DB37" w14:textId="77777777" w:rsidR="00F5517B" w:rsidRDefault="00F5517B" w:rsidP="00AA1700">
            <w:pPr>
              <w:rPr>
                <w:rFonts w:ascii="Arial" w:hAnsi="Arial" w:cs="Arial"/>
                <w:b/>
                <w:bCs/>
                <w:sz w:val="20"/>
                <w:szCs w:val="20"/>
              </w:rPr>
            </w:pPr>
          </w:p>
          <w:p w14:paraId="0300BDC0" w14:textId="77777777" w:rsidR="00F5517B" w:rsidRPr="007E05CF" w:rsidRDefault="00F5517B" w:rsidP="00AA1700">
            <w:pPr>
              <w:rPr>
                <w:rFonts w:ascii="Arial" w:hAnsi="Arial" w:cs="Arial"/>
                <w:b/>
                <w:bCs/>
                <w:sz w:val="20"/>
                <w:szCs w:val="20"/>
              </w:rPr>
            </w:pPr>
            <w:r w:rsidRPr="11181302">
              <w:rPr>
                <w:rFonts w:ascii="Arial" w:hAnsi="Arial" w:cs="Arial"/>
                <w:b/>
                <w:bCs/>
                <w:sz w:val="20"/>
                <w:szCs w:val="20"/>
              </w:rPr>
              <w:t>Please demonstrate, with examples,</w:t>
            </w:r>
            <w:r>
              <w:rPr>
                <w:rFonts w:ascii="Arial" w:hAnsi="Arial" w:cs="Arial"/>
                <w:b/>
                <w:bCs/>
                <w:sz w:val="20"/>
                <w:szCs w:val="20"/>
              </w:rPr>
              <w:t xml:space="preserve"> how you have </w:t>
            </w:r>
            <w:r w:rsidRPr="11181302">
              <w:rPr>
                <w:rFonts w:ascii="Arial" w:hAnsi="Arial" w:cs="Arial"/>
                <w:b/>
                <w:bCs/>
                <w:sz w:val="20"/>
                <w:szCs w:val="20"/>
              </w:rPr>
              <w:t xml:space="preserve">shown </w:t>
            </w:r>
            <w:r>
              <w:rPr>
                <w:rFonts w:ascii="Arial" w:hAnsi="Arial" w:cs="Arial"/>
                <w:b/>
                <w:bCs/>
                <w:sz w:val="20"/>
                <w:szCs w:val="20"/>
              </w:rPr>
              <w:t>a proactive and results-oriented mindset, with a passion for driving operational excellence.</w:t>
            </w:r>
          </w:p>
        </w:tc>
      </w:tr>
      <w:tr w:rsidR="00F5517B" w:rsidRPr="007E05CF" w14:paraId="64764376" w14:textId="77777777" w:rsidTr="00AA1700">
        <w:trPr>
          <w:trHeight w:val="1817"/>
        </w:trPr>
        <w:tc>
          <w:tcPr>
            <w:tcW w:w="10328" w:type="dxa"/>
          </w:tcPr>
          <w:p w14:paraId="0D5C042D" w14:textId="77777777" w:rsidR="00F5517B" w:rsidRPr="007E05CF" w:rsidRDefault="00F5517B" w:rsidP="00AA1700">
            <w:pPr>
              <w:ind w:right="-1192"/>
              <w:rPr>
                <w:rFonts w:ascii="Arial" w:hAnsi="Arial" w:cs="Arial"/>
                <w:b/>
                <w:bCs/>
                <w:sz w:val="20"/>
                <w:szCs w:val="20"/>
              </w:rPr>
            </w:pPr>
          </w:p>
          <w:p w14:paraId="1E18ECA5" w14:textId="77777777" w:rsidR="00F5517B" w:rsidRPr="007E05CF" w:rsidRDefault="00F5517B" w:rsidP="00AA1700">
            <w:pPr>
              <w:ind w:right="-1192"/>
              <w:rPr>
                <w:rFonts w:ascii="Arial" w:hAnsi="Arial" w:cs="Arial"/>
                <w:b/>
                <w:bCs/>
                <w:sz w:val="20"/>
                <w:szCs w:val="20"/>
              </w:rPr>
            </w:pPr>
          </w:p>
          <w:p w14:paraId="3D3B358E" w14:textId="77777777" w:rsidR="00F5517B" w:rsidRPr="007E05CF" w:rsidRDefault="00F5517B" w:rsidP="00AA1700">
            <w:pPr>
              <w:ind w:right="-1192"/>
              <w:rPr>
                <w:rFonts w:ascii="Arial" w:hAnsi="Arial" w:cs="Arial"/>
                <w:b/>
                <w:bCs/>
                <w:sz w:val="20"/>
                <w:szCs w:val="20"/>
              </w:rPr>
            </w:pPr>
          </w:p>
          <w:p w14:paraId="23826A98" w14:textId="77777777" w:rsidR="00F5517B" w:rsidRPr="007E05CF" w:rsidRDefault="00F5517B" w:rsidP="00AA1700">
            <w:pPr>
              <w:ind w:right="-1192"/>
              <w:rPr>
                <w:rFonts w:ascii="Arial" w:hAnsi="Arial" w:cs="Arial"/>
                <w:b/>
                <w:bCs/>
                <w:sz w:val="20"/>
              </w:rPr>
            </w:pPr>
          </w:p>
          <w:p w14:paraId="5D40132C" w14:textId="77777777" w:rsidR="00F5517B" w:rsidRPr="007E05CF" w:rsidRDefault="00F5517B" w:rsidP="00AA1700">
            <w:pPr>
              <w:ind w:right="-1192"/>
              <w:rPr>
                <w:rFonts w:ascii="Arial" w:hAnsi="Arial" w:cs="Arial"/>
                <w:b/>
                <w:bCs/>
                <w:sz w:val="20"/>
              </w:rPr>
            </w:pPr>
          </w:p>
          <w:p w14:paraId="7E2C6389" w14:textId="77777777" w:rsidR="00F5517B" w:rsidRPr="007E05CF" w:rsidRDefault="00F5517B" w:rsidP="00AA1700">
            <w:pPr>
              <w:ind w:right="-1192"/>
              <w:rPr>
                <w:rFonts w:ascii="Arial" w:hAnsi="Arial" w:cs="Arial"/>
                <w:b/>
                <w:bCs/>
                <w:sz w:val="20"/>
              </w:rPr>
            </w:pPr>
          </w:p>
          <w:p w14:paraId="07F375D6" w14:textId="77777777" w:rsidR="00F5517B" w:rsidRPr="007E05CF" w:rsidRDefault="00F5517B" w:rsidP="00AA1700">
            <w:pPr>
              <w:ind w:right="-1192"/>
              <w:rPr>
                <w:rFonts w:ascii="Arial" w:hAnsi="Arial" w:cs="Arial"/>
                <w:b/>
                <w:bCs/>
                <w:sz w:val="20"/>
                <w:szCs w:val="20"/>
              </w:rPr>
            </w:pPr>
          </w:p>
          <w:p w14:paraId="21FC37FC" w14:textId="77777777" w:rsidR="00F5517B" w:rsidRPr="007E05CF" w:rsidRDefault="00F5517B" w:rsidP="00AA1700">
            <w:pPr>
              <w:ind w:right="-1192"/>
              <w:rPr>
                <w:rFonts w:ascii="Arial" w:hAnsi="Arial" w:cs="Arial"/>
                <w:b/>
                <w:bCs/>
                <w:sz w:val="20"/>
                <w:szCs w:val="20"/>
              </w:rPr>
            </w:pPr>
          </w:p>
          <w:p w14:paraId="63FC7C96" w14:textId="77777777" w:rsidR="00F5517B" w:rsidRPr="007E05CF" w:rsidRDefault="00F5517B" w:rsidP="00AA1700">
            <w:pPr>
              <w:ind w:right="-1192"/>
              <w:rPr>
                <w:rFonts w:ascii="Arial" w:hAnsi="Arial" w:cs="Arial"/>
                <w:b/>
                <w:bCs/>
                <w:sz w:val="20"/>
                <w:szCs w:val="20"/>
              </w:rPr>
            </w:pPr>
          </w:p>
          <w:p w14:paraId="68446F9D" w14:textId="77777777" w:rsidR="00F5517B" w:rsidRPr="007E05CF" w:rsidRDefault="00F5517B" w:rsidP="00AA1700">
            <w:pPr>
              <w:ind w:right="-1192"/>
              <w:rPr>
                <w:rFonts w:ascii="Arial" w:hAnsi="Arial" w:cs="Arial"/>
                <w:b/>
                <w:bCs/>
                <w:sz w:val="20"/>
                <w:szCs w:val="20"/>
              </w:rPr>
            </w:pPr>
          </w:p>
          <w:p w14:paraId="247AD42C" w14:textId="77777777" w:rsidR="00F5517B" w:rsidRPr="007E05CF" w:rsidRDefault="00F5517B" w:rsidP="00AA1700">
            <w:pPr>
              <w:ind w:right="-1192"/>
              <w:rPr>
                <w:rFonts w:ascii="Arial" w:hAnsi="Arial" w:cs="Arial"/>
                <w:b/>
                <w:bCs/>
                <w:sz w:val="20"/>
                <w:szCs w:val="20"/>
              </w:rPr>
            </w:pPr>
          </w:p>
          <w:p w14:paraId="172A524F" w14:textId="77777777" w:rsidR="00F5517B" w:rsidRPr="007E05CF" w:rsidRDefault="00F5517B" w:rsidP="00AA1700">
            <w:pPr>
              <w:ind w:right="-1192"/>
              <w:rPr>
                <w:rFonts w:ascii="Arial" w:hAnsi="Arial" w:cs="Arial"/>
                <w:b/>
                <w:bCs/>
                <w:sz w:val="20"/>
                <w:szCs w:val="20"/>
              </w:rPr>
            </w:pPr>
          </w:p>
          <w:p w14:paraId="4DA46EA0" w14:textId="77777777" w:rsidR="00F5517B" w:rsidRPr="007E05CF" w:rsidRDefault="00F5517B" w:rsidP="00AA1700">
            <w:pPr>
              <w:ind w:right="-1192"/>
              <w:rPr>
                <w:rFonts w:ascii="Arial" w:hAnsi="Arial" w:cs="Arial"/>
                <w:b/>
                <w:bCs/>
                <w:sz w:val="20"/>
                <w:szCs w:val="20"/>
              </w:rPr>
            </w:pPr>
          </w:p>
          <w:p w14:paraId="3834C65E" w14:textId="77777777" w:rsidR="00F5517B" w:rsidRPr="007E05CF" w:rsidRDefault="00F5517B" w:rsidP="00AA1700">
            <w:pPr>
              <w:ind w:right="-1192"/>
              <w:rPr>
                <w:rFonts w:ascii="Arial" w:hAnsi="Arial" w:cs="Arial"/>
                <w:b/>
                <w:bCs/>
                <w:sz w:val="20"/>
                <w:szCs w:val="20"/>
              </w:rPr>
            </w:pPr>
          </w:p>
          <w:p w14:paraId="5BAAE09C" w14:textId="77777777" w:rsidR="00F5517B" w:rsidRPr="007E05CF" w:rsidRDefault="00F5517B" w:rsidP="00AA1700">
            <w:pPr>
              <w:ind w:right="-1192"/>
              <w:rPr>
                <w:rFonts w:ascii="Arial" w:hAnsi="Arial" w:cs="Arial"/>
                <w:b/>
                <w:bCs/>
                <w:sz w:val="20"/>
                <w:szCs w:val="20"/>
              </w:rPr>
            </w:pPr>
          </w:p>
          <w:p w14:paraId="4577A00E" w14:textId="77777777" w:rsidR="00F5517B" w:rsidRPr="007E05CF" w:rsidRDefault="00F5517B" w:rsidP="00AA1700">
            <w:pPr>
              <w:ind w:right="-1192"/>
              <w:rPr>
                <w:rFonts w:ascii="Arial" w:hAnsi="Arial" w:cs="Arial"/>
                <w:b/>
                <w:bCs/>
                <w:sz w:val="20"/>
                <w:szCs w:val="20"/>
              </w:rPr>
            </w:pPr>
          </w:p>
          <w:p w14:paraId="19441BB2" w14:textId="77777777" w:rsidR="00F5517B" w:rsidRPr="007E05CF" w:rsidRDefault="00F5517B" w:rsidP="00AA1700">
            <w:pPr>
              <w:ind w:right="-1192"/>
              <w:rPr>
                <w:rFonts w:ascii="Arial" w:hAnsi="Arial" w:cs="Arial"/>
                <w:b/>
                <w:bCs/>
                <w:sz w:val="20"/>
                <w:szCs w:val="20"/>
              </w:rPr>
            </w:pPr>
          </w:p>
          <w:p w14:paraId="64E730A3" w14:textId="77777777" w:rsidR="00F5517B" w:rsidRPr="007E05CF" w:rsidRDefault="00F5517B" w:rsidP="00AA1700">
            <w:pPr>
              <w:ind w:right="-1192"/>
              <w:rPr>
                <w:rFonts w:ascii="Arial" w:hAnsi="Arial" w:cs="Arial"/>
                <w:b/>
                <w:bCs/>
                <w:sz w:val="20"/>
                <w:szCs w:val="20"/>
              </w:rPr>
            </w:pPr>
          </w:p>
          <w:p w14:paraId="1441C72B" w14:textId="77777777" w:rsidR="00F5517B" w:rsidRPr="007E05CF" w:rsidRDefault="00F5517B" w:rsidP="00AA1700">
            <w:pPr>
              <w:ind w:right="-1192"/>
              <w:rPr>
                <w:rFonts w:ascii="Arial" w:hAnsi="Arial" w:cs="Arial"/>
                <w:b/>
                <w:bCs/>
                <w:sz w:val="20"/>
              </w:rPr>
            </w:pPr>
          </w:p>
          <w:p w14:paraId="3A8269F4" w14:textId="77777777" w:rsidR="00F5517B" w:rsidRPr="007E05CF" w:rsidRDefault="00F5517B" w:rsidP="00AA1700">
            <w:pPr>
              <w:ind w:right="-1192"/>
              <w:rPr>
                <w:rFonts w:ascii="Arial" w:hAnsi="Arial" w:cs="Arial"/>
                <w:b/>
                <w:bCs/>
                <w:sz w:val="20"/>
                <w:szCs w:val="20"/>
              </w:rPr>
            </w:pPr>
          </w:p>
          <w:p w14:paraId="38278B5C" w14:textId="77777777" w:rsidR="00F5517B" w:rsidRPr="007E05CF" w:rsidRDefault="00F5517B" w:rsidP="00AA1700">
            <w:pPr>
              <w:ind w:right="-1192"/>
              <w:rPr>
                <w:rFonts w:ascii="Arial" w:hAnsi="Arial" w:cs="Arial"/>
                <w:b/>
                <w:bCs/>
                <w:sz w:val="20"/>
                <w:szCs w:val="20"/>
              </w:rPr>
            </w:pPr>
          </w:p>
          <w:p w14:paraId="601A1A77" w14:textId="77777777" w:rsidR="00F5517B" w:rsidRPr="007E05CF" w:rsidRDefault="00F5517B" w:rsidP="00AA1700">
            <w:pPr>
              <w:ind w:right="-1192"/>
              <w:rPr>
                <w:rFonts w:ascii="Arial" w:hAnsi="Arial" w:cs="Arial"/>
                <w:b/>
                <w:bCs/>
                <w:sz w:val="20"/>
                <w:szCs w:val="20"/>
              </w:rPr>
            </w:pPr>
          </w:p>
        </w:tc>
      </w:tr>
    </w:tbl>
    <w:p w14:paraId="2806E5DA" w14:textId="77777777" w:rsidR="00F5517B" w:rsidRDefault="00F5517B" w:rsidP="00F5517B">
      <w:pPr>
        <w:rPr>
          <w:rFonts w:ascii="Arial" w:hAnsi="Arial" w:cs="Arial"/>
          <w:b/>
          <w:sz w:val="20"/>
          <w:szCs w:val="20"/>
        </w:rPr>
      </w:pPr>
    </w:p>
    <w:tbl>
      <w:tblPr>
        <w:tblW w:w="10328"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8"/>
      </w:tblGrid>
      <w:tr w:rsidR="00F5517B" w:rsidRPr="007E05CF" w14:paraId="2AC969E7" w14:textId="77777777" w:rsidTr="00AA1700">
        <w:trPr>
          <w:trHeight w:val="493"/>
        </w:trPr>
        <w:tc>
          <w:tcPr>
            <w:tcW w:w="10328" w:type="dxa"/>
            <w:shd w:val="clear" w:color="auto" w:fill="D9D9D9" w:themeFill="background1" w:themeFillShade="D9"/>
          </w:tcPr>
          <w:p w14:paraId="2BACA9D3" w14:textId="77777777" w:rsidR="00F5517B" w:rsidRDefault="00F5517B" w:rsidP="00AA1700">
            <w:pPr>
              <w:rPr>
                <w:rFonts w:ascii="Arial" w:hAnsi="Arial" w:cs="Arial"/>
                <w:b/>
                <w:bCs/>
                <w:sz w:val="20"/>
                <w:szCs w:val="20"/>
              </w:rPr>
            </w:pPr>
            <w:r>
              <w:rPr>
                <w:rFonts w:ascii="Arial" w:hAnsi="Arial" w:cs="Arial"/>
                <w:b/>
                <w:bCs/>
                <w:sz w:val="20"/>
                <w:szCs w:val="20"/>
              </w:rPr>
              <w:t>Essential Qualities: Strong leadership skills, with the ability to inspire and motivate a diverse team.</w:t>
            </w:r>
          </w:p>
          <w:p w14:paraId="19FBBE06" w14:textId="77777777" w:rsidR="00F5517B" w:rsidRDefault="00F5517B" w:rsidP="00AA1700">
            <w:pPr>
              <w:rPr>
                <w:rFonts w:ascii="Arial" w:hAnsi="Arial" w:cs="Arial"/>
                <w:b/>
                <w:bCs/>
                <w:sz w:val="20"/>
                <w:szCs w:val="20"/>
              </w:rPr>
            </w:pPr>
          </w:p>
          <w:p w14:paraId="69B5B2C3" w14:textId="77777777" w:rsidR="00F5517B" w:rsidRDefault="00F5517B" w:rsidP="00AA1700">
            <w:pPr>
              <w:rPr>
                <w:rFonts w:ascii="Arial" w:hAnsi="Arial" w:cs="Arial"/>
                <w:b/>
                <w:bCs/>
                <w:sz w:val="20"/>
                <w:szCs w:val="20"/>
              </w:rPr>
            </w:pPr>
          </w:p>
          <w:p w14:paraId="7A97C0B9" w14:textId="77777777" w:rsidR="00F5517B" w:rsidRPr="007E05CF" w:rsidRDefault="00F5517B" w:rsidP="00AA1700">
            <w:pPr>
              <w:rPr>
                <w:rFonts w:ascii="Arial" w:hAnsi="Arial" w:cs="Arial"/>
                <w:b/>
                <w:bCs/>
                <w:sz w:val="20"/>
                <w:szCs w:val="20"/>
              </w:rPr>
            </w:pPr>
            <w:r>
              <w:rPr>
                <w:rFonts w:ascii="Arial" w:hAnsi="Arial" w:cs="Arial"/>
                <w:b/>
                <w:bCs/>
                <w:sz w:val="20"/>
                <w:szCs w:val="20"/>
              </w:rPr>
              <w:t xml:space="preserve">Can you demonstrate how you show strong leadership skills and </w:t>
            </w:r>
            <w:proofErr w:type="gramStart"/>
            <w:r>
              <w:rPr>
                <w:rFonts w:ascii="Arial" w:hAnsi="Arial" w:cs="Arial"/>
                <w:b/>
                <w:bCs/>
                <w:sz w:val="20"/>
                <w:szCs w:val="20"/>
              </w:rPr>
              <w:t>have the ability to</w:t>
            </w:r>
            <w:proofErr w:type="gramEnd"/>
            <w:r>
              <w:rPr>
                <w:rFonts w:ascii="Arial" w:hAnsi="Arial" w:cs="Arial"/>
                <w:b/>
                <w:bCs/>
                <w:sz w:val="20"/>
                <w:szCs w:val="20"/>
              </w:rPr>
              <w:t xml:space="preserve"> inspire and motivate a diverse team</w:t>
            </w:r>
            <w:r w:rsidRPr="11181302">
              <w:rPr>
                <w:rFonts w:ascii="Arial" w:hAnsi="Arial" w:cs="Arial"/>
                <w:b/>
                <w:bCs/>
                <w:sz w:val="20"/>
                <w:szCs w:val="20"/>
              </w:rPr>
              <w:t>?</w:t>
            </w:r>
          </w:p>
        </w:tc>
      </w:tr>
      <w:tr w:rsidR="00F5517B" w:rsidRPr="007E05CF" w14:paraId="50CC730E" w14:textId="77777777" w:rsidTr="00AA1700">
        <w:trPr>
          <w:trHeight w:val="1817"/>
        </w:trPr>
        <w:tc>
          <w:tcPr>
            <w:tcW w:w="10328" w:type="dxa"/>
          </w:tcPr>
          <w:p w14:paraId="0BF07D97" w14:textId="77777777" w:rsidR="00F5517B" w:rsidRPr="007E05CF" w:rsidRDefault="00F5517B" w:rsidP="00AA1700">
            <w:pPr>
              <w:ind w:right="-1192"/>
              <w:rPr>
                <w:rFonts w:ascii="Arial" w:hAnsi="Arial" w:cs="Arial"/>
                <w:b/>
                <w:bCs/>
                <w:sz w:val="20"/>
                <w:szCs w:val="20"/>
              </w:rPr>
            </w:pPr>
          </w:p>
          <w:p w14:paraId="240EC5F3" w14:textId="77777777" w:rsidR="00F5517B" w:rsidRPr="007E05CF" w:rsidRDefault="00F5517B" w:rsidP="00AA1700">
            <w:pPr>
              <w:ind w:right="-1192"/>
              <w:rPr>
                <w:rFonts w:ascii="Arial" w:hAnsi="Arial" w:cs="Arial"/>
                <w:b/>
                <w:bCs/>
                <w:sz w:val="20"/>
                <w:szCs w:val="20"/>
              </w:rPr>
            </w:pPr>
          </w:p>
          <w:p w14:paraId="65CCC8AD" w14:textId="77777777" w:rsidR="00F5517B" w:rsidRPr="007E05CF" w:rsidRDefault="00F5517B" w:rsidP="00AA1700">
            <w:pPr>
              <w:ind w:right="-1192"/>
              <w:rPr>
                <w:rFonts w:ascii="Arial" w:hAnsi="Arial" w:cs="Arial"/>
                <w:b/>
                <w:bCs/>
                <w:sz w:val="20"/>
                <w:szCs w:val="20"/>
              </w:rPr>
            </w:pPr>
          </w:p>
          <w:p w14:paraId="7C3B8709" w14:textId="77777777" w:rsidR="00F5517B" w:rsidRPr="007E05CF" w:rsidRDefault="00F5517B" w:rsidP="00AA1700">
            <w:pPr>
              <w:ind w:right="-1192"/>
              <w:rPr>
                <w:rFonts w:ascii="Arial" w:hAnsi="Arial" w:cs="Arial"/>
                <w:b/>
                <w:bCs/>
                <w:sz w:val="20"/>
              </w:rPr>
            </w:pPr>
          </w:p>
          <w:p w14:paraId="12B85D95" w14:textId="77777777" w:rsidR="00F5517B" w:rsidRPr="007E05CF" w:rsidRDefault="00F5517B" w:rsidP="00AA1700">
            <w:pPr>
              <w:ind w:right="-1192"/>
              <w:rPr>
                <w:rFonts w:ascii="Arial" w:hAnsi="Arial" w:cs="Arial"/>
                <w:b/>
                <w:bCs/>
                <w:sz w:val="20"/>
              </w:rPr>
            </w:pPr>
          </w:p>
          <w:p w14:paraId="45EAD39A" w14:textId="77777777" w:rsidR="00F5517B" w:rsidRPr="007E05CF" w:rsidRDefault="00F5517B" w:rsidP="00AA1700">
            <w:pPr>
              <w:ind w:right="-1192"/>
              <w:rPr>
                <w:rFonts w:ascii="Arial" w:hAnsi="Arial" w:cs="Arial"/>
                <w:b/>
                <w:bCs/>
                <w:sz w:val="20"/>
              </w:rPr>
            </w:pPr>
          </w:p>
          <w:p w14:paraId="5CC496CE" w14:textId="77777777" w:rsidR="00F5517B" w:rsidRPr="007E05CF" w:rsidRDefault="00F5517B" w:rsidP="00AA1700">
            <w:pPr>
              <w:ind w:right="-1192"/>
              <w:rPr>
                <w:rFonts w:ascii="Arial" w:hAnsi="Arial" w:cs="Arial"/>
                <w:b/>
                <w:bCs/>
                <w:sz w:val="20"/>
                <w:szCs w:val="20"/>
              </w:rPr>
            </w:pPr>
          </w:p>
          <w:p w14:paraId="7CDA5132" w14:textId="77777777" w:rsidR="00F5517B" w:rsidRPr="007E05CF" w:rsidRDefault="00F5517B" w:rsidP="00AA1700">
            <w:pPr>
              <w:ind w:right="-1192"/>
              <w:rPr>
                <w:rFonts w:ascii="Arial" w:hAnsi="Arial" w:cs="Arial"/>
                <w:b/>
                <w:bCs/>
                <w:sz w:val="20"/>
                <w:szCs w:val="20"/>
              </w:rPr>
            </w:pPr>
          </w:p>
          <w:p w14:paraId="5E69EEBD" w14:textId="77777777" w:rsidR="00F5517B" w:rsidRPr="007E05CF" w:rsidRDefault="00F5517B" w:rsidP="00AA1700">
            <w:pPr>
              <w:ind w:right="-1192"/>
              <w:rPr>
                <w:rFonts w:ascii="Arial" w:hAnsi="Arial" w:cs="Arial"/>
                <w:b/>
                <w:bCs/>
                <w:sz w:val="20"/>
                <w:szCs w:val="20"/>
              </w:rPr>
            </w:pPr>
          </w:p>
          <w:p w14:paraId="20F8A101" w14:textId="77777777" w:rsidR="00F5517B" w:rsidRPr="007E05CF" w:rsidRDefault="00F5517B" w:rsidP="00AA1700">
            <w:pPr>
              <w:ind w:right="-1192"/>
              <w:rPr>
                <w:rFonts w:ascii="Arial" w:hAnsi="Arial" w:cs="Arial"/>
                <w:b/>
                <w:bCs/>
                <w:sz w:val="20"/>
                <w:szCs w:val="20"/>
              </w:rPr>
            </w:pPr>
          </w:p>
          <w:p w14:paraId="7D455CC1" w14:textId="77777777" w:rsidR="00F5517B" w:rsidRPr="007E05CF" w:rsidRDefault="00F5517B" w:rsidP="00AA1700">
            <w:pPr>
              <w:ind w:right="-1192"/>
              <w:rPr>
                <w:rFonts w:ascii="Arial" w:hAnsi="Arial" w:cs="Arial"/>
                <w:b/>
                <w:bCs/>
                <w:sz w:val="20"/>
                <w:szCs w:val="20"/>
              </w:rPr>
            </w:pPr>
          </w:p>
          <w:p w14:paraId="69045D8F" w14:textId="77777777" w:rsidR="00F5517B" w:rsidRPr="007E05CF" w:rsidRDefault="00F5517B" w:rsidP="00AA1700">
            <w:pPr>
              <w:ind w:right="-1192"/>
              <w:rPr>
                <w:rFonts w:ascii="Arial" w:hAnsi="Arial" w:cs="Arial"/>
                <w:b/>
                <w:bCs/>
                <w:sz w:val="20"/>
                <w:szCs w:val="20"/>
              </w:rPr>
            </w:pPr>
          </w:p>
          <w:p w14:paraId="6786241E" w14:textId="77777777" w:rsidR="00F5517B" w:rsidRPr="007E05CF" w:rsidRDefault="00F5517B" w:rsidP="00AA1700">
            <w:pPr>
              <w:ind w:right="-1192"/>
              <w:rPr>
                <w:rFonts w:ascii="Arial" w:hAnsi="Arial" w:cs="Arial"/>
                <w:b/>
                <w:bCs/>
                <w:sz w:val="20"/>
                <w:szCs w:val="20"/>
              </w:rPr>
            </w:pPr>
          </w:p>
          <w:p w14:paraId="202485B1" w14:textId="77777777" w:rsidR="00F5517B" w:rsidRPr="007E05CF" w:rsidRDefault="00F5517B" w:rsidP="00AA1700">
            <w:pPr>
              <w:ind w:right="-1192"/>
              <w:rPr>
                <w:rFonts w:ascii="Arial" w:hAnsi="Arial" w:cs="Arial"/>
                <w:b/>
                <w:bCs/>
                <w:sz w:val="20"/>
                <w:szCs w:val="20"/>
              </w:rPr>
            </w:pPr>
          </w:p>
          <w:p w14:paraId="34299544" w14:textId="77777777" w:rsidR="00F5517B" w:rsidRPr="007E05CF" w:rsidRDefault="00F5517B" w:rsidP="00AA1700">
            <w:pPr>
              <w:ind w:right="-1192"/>
              <w:rPr>
                <w:rFonts w:ascii="Arial" w:hAnsi="Arial" w:cs="Arial"/>
                <w:b/>
                <w:bCs/>
                <w:sz w:val="20"/>
                <w:szCs w:val="20"/>
              </w:rPr>
            </w:pPr>
          </w:p>
          <w:p w14:paraId="3A5033DC" w14:textId="77777777" w:rsidR="00F5517B" w:rsidRPr="007E05CF" w:rsidRDefault="00F5517B" w:rsidP="00AA1700">
            <w:pPr>
              <w:ind w:right="-1192"/>
              <w:rPr>
                <w:rFonts w:ascii="Arial" w:hAnsi="Arial" w:cs="Arial"/>
                <w:b/>
                <w:bCs/>
                <w:sz w:val="20"/>
                <w:szCs w:val="20"/>
              </w:rPr>
            </w:pPr>
          </w:p>
          <w:p w14:paraId="31E256D0" w14:textId="77777777" w:rsidR="00F5517B" w:rsidRPr="007E05CF" w:rsidRDefault="00F5517B" w:rsidP="00AA1700">
            <w:pPr>
              <w:ind w:right="-1192"/>
              <w:rPr>
                <w:rFonts w:ascii="Arial" w:hAnsi="Arial" w:cs="Arial"/>
                <w:b/>
                <w:bCs/>
                <w:sz w:val="20"/>
                <w:szCs w:val="20"/>
              </w:rPr>
            </w:pPr>
          </w:p>
          <w:p w14:paraId="532945E0" w14:textId="77777777" w:rsidR="00F5517B" w:rsidRPr="007E05CF" w:rsidRDefault="00F5517B" w:rsidP="00AA1700">
            <w:pPr>
              <w:ind w:right="-1192"/>
              <w:rPr>
                <w:rFonts w:ascii="Arial" w:hAnsi="Arial" w:cs="Arial"/>
                <w:b/>
                <w:bCs/>
                <w:sz w:val="20"/>
                <w:szCs w:val="20"/>
              </w:rPr>
            </w:pPr>
          </w:p>
          <w:p w14:paraId="716A73D2" w14:textId="77777777" w:rsidR="00F5517B" w:rsidRPr="007E05CF" w:rsidRDefault="00F5517B" w:rsidP="00AA1700">
            <w:pPr>
              <w:ind w:right="-1192"/>
              <w:rPr>
                <w:rFonts w:ascii="Arial" w:hAnsi="Arial" w:cs="Arial"/>
                <w:b/>
                <w:bCs/>
                <w:sz w:val="20"/>
              </w:rPr>
            </w:pPr>
          </w:p>
          <w:p w14:paraId="1BEA2A24" w14:textId="77777777" w:rsidR="00F5517B" w:rsidRPr="007E05CF" w:rsidRDefault="00F5517B" w:rsidP="00AA1700">
            <w:pPr>
              <w:ind w:right="-1192"/>
              <w:rPr>
                <w:rFonts w:ascii="Arial" w:hAnsi="Arial" w:cs="Arial"/>
                <w:b/>
                <w:bCs/>
                <w:sz w:val="20"/>
                <w:szCs w:val="20"/>
              </w:rPr>
            </w:pPr>
          </w:p>
          <w:p w14:paraId="015F5B75" w14:textId="77777777" w:rsidR="00F5517B" w:rsidRPr="007E05CF" w:rsidRDefault="00F5517B" w:rsidP="00AA1700">
            <w:pPr>
              <w:ind w:right="-1192"/>
              <w:rPr>
                <w:rFonts w:ascii="Arial" w:hAnsi="Arial" w:cs="Arial"/>
                <w:b/>
                <w:bCs/>
                <w:sz w:val="20"/>
                <w:szCs w:val="20"/>
              </w:rPr>
            </w:pPr>
          </w:p>
          <w:p w14:paraId="424449B5" w14:textId="77777777" w:rsidR="00F5517B" w:rsidRPr="007E05CF" w:rsidRDefault="00F5517B" w:rsidP="00AA1700">
            <w:pPr>
              <w:ind w:right="-1192"/>
              <w:rPr>
                <w:rFonts w:ascii="Arial" w:hAnsi="Arial" w:cs="Arial"/>
                <w:b/>
                <w:bCs/>
                <w:sz w:val="20"/>
                <w:szCs w:val="20"/>
              </w:rPr>
            </w:pPr>
          </w:p>
        </w:tc>
      </w:tr>
    </w:tbl>
    <w:p w14:paraId="4E66BE45" w14:textId="77777777" w:rsidR="00F5517B" w:rsidRDefault="00F5517B" w:rsidP="00F5517B">
      <w:pPr>
        <w:rPr>
          <w:rFonts w:ascii="Arial" w:hAnsi="Arial" w:cs="Arial"/>
          <w:b/>
          <w:sz w:val="20"/>
          <w:szCs w:val="20"/>
        </w:rPr>
      </w:pPr>
    </w:p>
    <w:tbl>
      <w:tblPr>
        <w:tblW w:w="10328"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8"/>
      </w:tblGrid>
      <w:tr w:rsidR="00F5517B" w:rsidRPr="007E05CF" w14:paraId="63913F96" w14:textId="77777777" w:rsidTr="00AA1700">
        <w:trPr>
          <w:trHeight w:val="493"/>
        </w:trPr>
        <w:tc>
          <w:tcPr>
            <w:tcW w:w="10328" w:type="dxa"/>
            <w:shd w:val="clear" w:color="auto" w:fill="D9D9D9" w:themeFill="background1" w:themeFillShade="D9"/>
          </w:tcPr>
          <w:p w14:paraId="569E4344" w14:textId="77777777" w:rsidR="00F5517B" w:rsidRDefault="00F5517B" w:rsidP="00AA1700">
            <w:pPr>
              <w:rPr>
                <w:rFonts w:ascii="Arial" w:hAnsi="Arial" w:cs="Arial"/>
                <w:b/>
                <w:bCs/>
                <w:sz w:val="20"/>
                <w:szCs w:val="20"/>
              </w:rPr>
            </w:pPr>
            <w:r>
              <w:rPr>
                <w:rFonts w:ascii="Arial" w:hAnsi="Arial" w:cs="Arial"/>
                <w:b/>
                <w:bCs/>
                <w:sz w:val="20"/>
                <w:szCs w:val="20"/>
              </w:rPr>
              <w:t>Essential Qualities: Adaptability and resilience with a willingness to embrace change.</w:t>
            </w:r>
          </w:p>
          <w:p w14:paraId="10877E9E" w14:textId="77777777" w:rsidR="00F5517B" w:rsidRDefault="00F5517B" w:rsidP="00AA1700">
            <w:pPr>
              <w:rPr>
                <w:rFonts w:ascii="Arial" w:hAnsi="Arial" w:cs="Arial"/>
                <w:b/>
                <w:bCs/>
                <w:sz w:val="20"/>
                <w:szCs w:val="20"/>
              </w:rPr>
            </w:pPr>
          </w:p>
          <w:p w14:paraId="391130FE" w14:textId="77777777" w:rsidR="00F5517B" w:rsidRPr="007E05CF" w:rsidRDefault="00F5517B" w:rsidP="00AA1700">
            <w:pPr>
              <w:rPr>
                <w:rFonts w:ascii="Arial" w:hAnsi="Arial" w:cs="Arial"/>
                <w:b/>
                <w:bCs/>
                <w:sz w:val="20"/>
                <w:szCs w:val="20"/>
              </w:rPr>
            </w:pPr>
            <w:r>
              <w:rPr>
                <w:rFonts w:ascii="Arial" w:hAnsi="Arial" w:cs="Arial"/>
                <w:b/>
                <w:bCs/>
                <w:sz w:val="20"/>
                <w:szCs w:val="20"/>
              </w:rPr>
              <w:t xml:space="preserve">Can you </w:t>
            </w:r>
            <w:r w:rsidRPr="11181302">
              <w:rPr>
                <w:rFonts w:ascii="Arial" w:hAnsi="Arial" w:cs="Arial"/>
                <w:b/>
                <w:bCs/>
                <w:sz w:val="20"/>
                <w:szCs w:val="20"/>
              </w:rPr>
              <w:t>demonstrate</w:t>
            </w:r>
            <w:r>
              <w:rPr>
                <w:rFonts w:ascii="Arial" w:hAnsi="Arial" w:cs="Arial"/>
                <w:b/>
                <w:bCs/>
                <w:sz w:val="20"/>
                <w:szCs w:val="20"/>
              </w:rPr>
              <w:t xml:space="preserve"> how you have shown adaptability and resilience, particularly when you </w:t>
            </w:r>
            <w:proofErr w:type="gramStart"/>
            <w:r>
              <w:rPr>
                <w:rFonts w:ascii="Arial" w:hAnsi="Arial" w:cs="Arial"/>
                <w:b/>
                <w:bCs/>
                <w:sz w:val="20"/>
                <w:szCs w:val="20"/>
              </w:rPr>
              <w:t>have to</w:t>
            </w:r>
            <w:proofErr w:type="gramEnd"/>
            <w:r>
              <w:rPr>
                <w:rFonts w:ascii="Arial" w:hAnsi="Arial" w:cs="Arial"/>
                <w:b/>
                <w:bCs/>
                <w:sz w:val="20"/>
                <w:szCs w:val="20"/>
              </w:rPr>
              <w:t xml:space="preserve"> embrace change</w:t>
            </w:r>
            <w:r w:rsidRPr="11181302">
              <w:rPr>
                <w:rFonts w:ascii="Arial" w:hAnsi="Arial" w:cs="Arial"/>
                <w:b/>
                <w:bCs/>
                <w:sz w:val="20"/>
                <w:szCs w:val="20"/>
              </w:rPr>
              <w:t>?</w:t>
            </w:r>
          </w:p>
        </w:tc>
      </w:tr>
      <w:tr w:rsidR="00F5517B" w:rsidRPr="007E05CF" w14:paraId="0A712B9F" w14:textId="77777777" w:rsidTr="00AA1700">
        <w:trPr>
          <w:trHeight w:val="1817"/>
        </w:trPr>
        <w:tc>
          <w:tcPr>
            <w:tcW w:w="10328" w:type="dxa"/>
          </w:tcPr>
          <w:p w14:paraId="564149FD" w14:textId="77777777" w:rsidR="00F5517B" w:rsidRPr="007E05CF" w:rsidRDefault="00F5517B" w:rsidP="00AA1700">
            <w:pPr>
              <w:ind w:right="-1192"/>
              <w:rPr>
                <w:rFonts w:ascii="Arial" w:hAnsi="Arial" w:cs="Arial"/>
                <w:b/>
                <w:bCs/>
                <w:sz w:val="20"/>
                <w:szCs w:val="20"/>
              </w:rPr>
            </w:pPr>
          </w:p>
          <w:p w14:paraId="21C0495A" w14:textId="77777777" w:rsidR="00F5517B" w:rsidRPr="007E05CF" w:rsidRDefault="00F5517B" w:rsidP="00AA1700">
            <w:pPr>
              <w:ind w:right="-1192"/>
              <w:rPr>
                <w:rFonts w:ascii="Arial" w:hAnsi="Arial" w:cs="Arial"/>
                <w:b/>
                <w:bCs/>
                <w:sz w:val="20"/>
                <w:szCs w:val="20"/>
              </w:rPr>
            </w:pPr>
          </w:p>
          <w:p w14:paraId="68CABE63" w14:textId="77777777" w:rsidR="00F5517B" w:rsidRPr="007E05CF" w:rsidRDefault="00F5517B" w:rsidP="00AA1700">
            <w:pPr>
              <w:ind w:right="-1192"/>
              <w:rPr>
                <w:rFonts w:ascii="Arial" w:hAnsi="Arial" w:cs="Arial"/>
                <w:b/>
                <w:bCs/>
                <w:sz w:val="20"/>
                <w:szCs w:val="20"/>
              </w:rPr>
            </w:pPr>
          </w:p>
          <w:p w14:paraId="44F6BAC0" w14:textId="77777777" w:rsidR="00F5517B" w:rsidRPr="007E05CF" w:rsidRDefault="00F5517B" w:rsidP="00AA1700">
            <w:pPr>
              <w:ind w:right="-1192"/>
              <w:rPr>
                <w:rFonts w:ascii="Arial" w:hAnsi="Arial" w:cs="Arial"/>
                <w:b/>
                <w:bCs/>
                <w:sz w:val="20"/>
              </w:rPr>
            </w:pPr>
          </w:p>
          <w:p w14:paraId="486728F9" w14:textId="77777777" w:rsidR="00F5517B" w:rsidRPr="007E05CF" w:rsidRDefault="00F5517B" w:rsidP="00AA1700">
            <w:pPr>
              <w:ind w:right="-1192"/>
              <w:rPr>
                <w:rFonts w:ascii="Arial" w:hAnsi="Arial" w:cs="Arial"/>
                <w:b/>
                <w:bCs/>
                <w:sz w:val="20"/>
              </w:rPr>
            </w:pPr>
          </w:p>
          <w:p w14:paraId="389BAE67" w14:textId="77777777" w:rsidR="00F5517B" w:rsidRPr="007E05CF" w:rsidRDefault="00F5517B" w:rsidP="00AA1700">
            <w:pPr>
              <w:ind w:right="-1192"/>
              <w:rPr>
                <w:rFonts w:ascii="Arial" w:hAnsi="Arial" w:cs="Arial"/>
                <w:b/>
                <w:bCs/>
                <w:sz w:val="20"/>
              </w:rPr>
            </w:pPr>
          </w:p>
          <w:p w14:paraId="477E6602" w14:textId="77777777" w:rsidR="00F5517B" w:rsidRPr="007E05CF" w:rsidRDefault="00F5517B" w:rsidP="00AA1700">
            <w:pPr>
              <w:ind w:right="-1192"/>
              <w:rPr>
                <w:rFonts w:ascii="Arial" w:hAnsi="Arial" w:cs="Arial"/>
                <w:b/>
                <w:bCs/>
                <w:sz w:val="20"/>
                <w:szCs w:val="20"/>
              </w:rPr>
            </w:pPr>
          </w:p>
          <w:p w14:paraId="571C243B" w14:textId="77777777" w:rsidR="00F5517B" w:rsidRPr="007E05CF" w:rsidRDefault="00F5517B" w:rsidP="00AA1700">
            <w:pPr>
              <w:ind w:right="-1192"/>
              <w:rPr>
                <w:rFonts w:ascii="Arial" w:hAnsi="Arial" w:cs="Arial"/>
                <w:b/>
                <w:bCs/>
                <w:sz w:val="20"/>
                <w:szCs w:val="20"/>
              </w:rPr>
            </w:pPr>
          </w:p>
          <w:p w14:paraId="6DA6CC8A" w14:textId="77777777" w:rsidR="00F5517B" w:rsidRPr="007E05CF" w:rsidRDefault="00F5517B" w:rsidP="00AA1700">
            <w:pPr>
              <w:ind w:right="-1192"/>
              <w:rPr>
                <w:rFonts w:ascii="Arial" w:hAnsi="Arial" w:cs="Arial"/>
                <w:b/>
                <w:bCs/>
                <w:sz w:val="20"/>
                <w:szCs w:val="20"/>
              </w:rPr>
            </w:pPr>
          </w:p>
          <w:p w14:paraId="3301B38F" w14:textId="77777777" w:rsidR="00F5517B" w:rsidRPr="007E05CF" w:rsidRDefault="00F5517B" w:rsidP="00AA1700">
            <w:pPr>
              <w:ind w:right="-1192"/>
              <w:rPr>
                <w:rFonts w:ascii="Arial" w:hAnsi="Arial" w:cs="Arial"/>
                <w:b/>
                <w:bCs/>
                <w:sz w:val="20"/>
                <w:szCs w:val="20"/>
              </w:rPr>
            </w:pPr>
          </w:p>
          <w:p w14:paraId="63523E4D" w14:textId="77777777" w:rsidR="00F5517B" w:rsidRPr="007E05CF" w:rsidRDefault="00F5517B" w:rsidP="00AA1700">
            <w:pPr>
              <w:ind w:right="-1192"/>
              <w:rPr>
                <w:rFonts w:ascii="Arial" w:hAnsi="Arial" w:cs="Arial"/>
                <w:b/>
                <w:bCs/>
                <w:sz w:val="20"/>
                <w:szCs w:val="20"/>
              </w:rPr>
            </w:pPr>
          </w:p>
          <w:p w14:paraId="652D0981" w14:textId="77777777" w:rsidR="00F5517B" w:rsidRPr="007E05CF" w:rsidRDefault="00F5517B" w:rsidP="00AA1700">
            <w:pPr>
              <w:ind w:right="-1192"/>
              <w:rPr>
                <w:rFonts w:ascii="Arial" w:hAnsi="Arial" w:cs="Arial"/>
                <w:b/>
                <w:bCs/>
                <w:sz w:val="20"/>
                <w:szCs w:val="20"/>
              </w:rPr>
            </w:pPr>
          </w:p>
          <w:p w14:paraId="0BD28B88" w14:textId="77777777" w:rsidR="00F5517B" w:rsidRPr="007E05CF" w:rsidRDefault="00F5517B" w:rsidP="00AA1700">
            <w:pPr>
              <w:ind w:right="-1192"/>
              <w:rPr>
                <w:rFonts w:ascii="Arial" w:hAnsi="Arial" w:cs="Arial"/>
                <w:b/>
                <w:bCs/>
                <w:sz w:val="20"/>
                <w:szCs w:val="20"/>
              </w:rPr>
            </w:pPr>
          </w:p>
          <w:p w14:paraId="273FA8F0" w14:textId="77777777" w:rsidR="00F5517B" w:rsidRPr="007E05CF" w:rsidRDefault="00F5517B" w:rsidP="00AA1700">
            <w:pPr>
              <w:ind w:right="-1192"/>
              <w:rPr>
                <w:rFonts w:ascii="Arial" w:hAnsi="Arial" w:cs="Arial"/>
                <w:b/>
                <w:bCs/>
                <w:sz w:val="20"/>
                <w:szCs w:val="20"/>
              </w:rPr>
            </w:pPr>
          </w:p>
          <w:p w14:paraId="5040D26F" w14:textId="77777777" w:rsidR="00F5517B" w:rsidRPr="007E05CF" w:rsidRDefault="00F5517B" w:rsidP="00AA1700">
            <w:pPr>
              <w:ind w:right="-1192"/>
              <w:rPr>
                <w:rFonts w:ascii="Arial" w:hAnsi="Arial" w:cs="Arial"/>
                <w:b/>
                <w:bCs/>
                <w:sz w:val="20"/>
                <w:szCs w:val="20"/>
              </w:rPr>
            </w:pPr>
          </w:p>
          <w:p w14:paraId="61D5BE98" w14:textId="77777777" w:rsidR="00F5517B" w:rsidRPr="007E05CF" w:rsidRDefault="00F5517B" w:rsidP="00AA1700">
            <w:pPr>
              <w:ind w:right="-1192"/>
              <w:rPr>
                <w:rFonts w:ascii="Arial" w:hAnsi="Arial" w:cs="Arial"/>
                <w:b/>
                <w:bCs/>
                <w:sz w:val="20"/>
                <w:szCs w:val="20"/>
              </w:rPr>
            </w:pPr>
          </w:p>
          <w:p w14:paraId="5FFDB7FD" w14:textId="77777777" w:rsidR="00F5517B" w:rsidRPr="007E05CF" w:rsidRDefault="00F5517B" w:rsidP="00AA1700">
            <w:pPr>
              <w:ind w:right="-1192"/>
              <w:rPr>
                <w:rFonts w:ascii="Arial" w:hAnsi="Arial" w:cs="Arial"/>
                <w:b/>
                <w:bCs/>
                <w:sz w:val="20"/>
                <w:szCs w:val="20"/>
              </w:rPr>
            </w:pPr>
          </w:p>
          <w:p w14:paraId="23885EE5" w14:textId="77777777" w:rsidR="00F5517B" w:rsidRPr="007E05CF" w:rsidRDefault="00F5517B" w:rsidP="00AA1700">
            <w:pPr>
              <w:ind w:right="-1192"/>
              <w:rPr>
                <w:rFonts w:ascii="Arial" w:hAnsi="Arial" w:cs="Arial"/>
                <w:b/>
                <w:bCs/>
                <w:sz w:val="20"/>
                <w:szCs w:val="20"/>
              </w:rPr>
            </w:pPr>
          </w:p>
          <w:p w14:paraId="41AD45F1" w14:textId="77777777" w:rsidR="00F5517B" w:rsidRPr="007E05CF" w:rsidRDefault="00F5517B" w:rsidP="00AA1700">
            <w:pPr>
              <w:ind w:right="-1192"/>
              <w:rPr>
                <w:rFonts w:ascii="Arial" w:hAnsi="Arial" w:cs="Arial"/>
                <w:b/>
                <w:bCs/>
                <w:sz w:val="20"/>
              </w:rPr>
            </w:pPr>
          </w:p>
          <w:p w14:paraId="2F6104B8" w14:textId="77777777" w:rsidR="00F5517B" w:rsidRPr="007E05CF" w:rsidRDefault="00F5517B" w:rsidP="00AA1700">
            <w:pPr>
              <w:ind w:right="-1192"/>
              <w:rPr>
                <w:rFonts w:ascii="Arial" w:hAnsi="Arial" w:cs="Arial"/>
                <w:b/>
                <w:bCs/>
                <w:sz w:val="20"/>
                <w:szCs w:val="20"/>
              </w:rPr>
            </w:pPr>
          </w:p>
          <w:p w14:paraId="37FEDC56" w14:textId="77777777" w:rsidR="00F5517B" w:rsidRPr="007E05CF" w:rsidRDefault="00F5517B" w:rsidP="00AA1700">
            <w:pPr>
              <w:ind w:right="-1192"/>
              <w:rPr>
                <w:rFonts w:ascii="Arial" w:hAnsi="Arial" w:cs="Arial"/>
                <w:b/>
                <w:bCs/>
                <w:sz w:val="20"/>
                <w:szCs w:val="20"/>
              </w:rPr>
            </w:pPr>
          </w:p>
          <w:p w14:paraId="4757B2BF" w14:textId="77777777" w:rsidR="00F5517B" w:rsidRPr="007E05CF" w:rsidRDefault="00F5517B" w:rsidP="00AA1700">
            <w:pPr>
              <w:ind w:right="-1192"/>
              <w:rPr>
                <w:rFonts w:ascii="Arial" w:hAnsi="Arial" w:cs="Arial"/>
                <w:b/>
                <w:bCs/>
                <w:sz w:val="20"/>
                <w:szCs w:val="20"/>
              </w:rPr>
            </w:pPr>
          </w:p>
        </w:tc>
      </w:tr>
    </w:tbl>
    <w:p w14:paraId="32A32B42" w14:textId="77777777" w:rsidR="00F5517B" w:rsidRDefault="00F5517B" w:rsidP="00F5517B">
      <w:pPr>
        <w:rPr>
          <w:rFonts w:ascii="Arial" w:hAnsi="Arial" w:cs="Arial"/>
          <w:b/>
          <w:sz w:val="20"/>
          <w:szCs w:val="20"/>
        </w:rPr>
      </w:pPr>
    </w:p>
    <w:tbl>
      <w:tblPr>
        <w:tblW w:w="10328"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8"/>
      </w:tblGrid>
      <w:tr w:rsidR="00F5517B" w:rsidRPr="007E05CF" w14:paraId="76216F38" w14:textId="77777777" w:rsidTr="00AA1700">
        <w:trPr>
          <w:trHeight w:val="493"/>
        </w:trPr>
        <w:tc>
          <w:tcPr>
            <w:tcW w:w="10328" w:type="dxa"/>
            <w:shd w:val="clear" w:color="auto" w:fill="D9D9D9" w:themeFill="background1" w:themeFillShade="D9"/>
          </w:tcPr>
          <w:p w14:paraId="38BF5B2B" w14:textId="77777777" w:rsidR="00F5517B" w:rsidRDefault="00F5517B" w:rsidP="00AA1700">
            <w:pPr>
              <w:rPr>
                <w:rFonts w:ascii="Arial" w:hAnsi="Arial" w:cs="Arial"/>
                <w:b/>
                <w:bCs/>
                <w:sz w:val="20"/>
                <w:szCs w:val="20"/>
              </w:rPr>
            </w:pPr>
            <w:r>
              <w:rPr>
                <w:rFonts w:ascii="Arial" w:hAnsi="Arial" w:cs="Arial"/>
                <w:b/>
                <w:bCs/>
                <w:sz w:val="20"/>
                <w:szCs w:val="20"/>
              </w:rPr>
              <w:t>Essential Qualities: A collaborative approach to teamwork, with a focus on building strong relationships and fostering a positive work culture.</w:t>
            </w:r>
          </w:p>
          <w:p w14:paraId="20195272" w14:textId="77777777" w:rsidR="00F5517B" w:rsidRDefault="00F5517B" w:rsidP="00AA1700">
            <w:pPr>
              <w:rPr>
                <w:rFonts w:ascii="Arial" w:hAnsi="Arial" w:cs="Arial"/>
                <w:b/>
                <w:bCs/>
                <w:sz w:val="20"/>
                <w:szCs w:val="20"/>
              </w:rPr>
            </w:pPr>
          </w:p>
          <w:p w14:paraId="067CA061" w14:textId="77777777" w:rsidR="00F5517B" w:rsidRPr="007E05CF" w:rsidRDefault="00F5517B" w:rsidP="00AA1700">
            <w:pPr>
              <w:rPr>
                <w:rFonts w:ascii="Arial" w:hAnsi="Arial" w:cs="Arial"/>
                <w:b/>
                <w:bCs/>
                <w:sz w:val="20"/>
                <w:szCs w:val="20"/>
              </w:rPr>
            </w:pPr>
            <w:r>
              <w:rPr>
                <w:rFonts w:ascii="Arial" w:hAnsi="Arial" w:cs="Arial"/>
                <w:b/>
                <w:bCs/>
                <w:sz w:val="20"/>
                <w:szCs w:val="20"/>
              </w:rPr>
              <w:t xml:space="preserve">Can you </w:t>
            </w:r>
            <w:r w:rsidRPr="11181302">
              <w:rPr>
                <w:rFonts w:ascii="Arial" w:hAnsi="Arial" w:cs="Arial"/>
                <w:b/>
                <w:bCs/>
                <w:sz w:val="20"/>
                <w:szCs w:val="20"/>
              </w:rPr>
              <w:t>demonstrate</w:t>
            </w:r>
            <w:r>
              <w:rPr>
                <w:rFonts w:ascii="Arial" w:hAnsi="Arial" w:cs="Arial"/>
                <w:b/>
                <w:bCs/>
                <w:sz w:val="20"/>
                <w:szCs w:val="20"/>
              </w:rPr>
              <w:t xml:space="preserve"> how you </w:t>
            </w:r>
            <w:r w:rsidRPr="11181302">
              <w:rPr>
                <w:rFonts w:ascii="Arial" w:hAnsi="Arial" w:cs="Arial"/>
                <w:b/>
                <w:bCs/>
                <w:sz w:val="20"/>
                <w:szCs w:val="20"/>
              </w:rPr>
              <w:t xml:space="preserve">have </w:t>
            </w:r>
            <w:r>
              <w:rPr>
                <w:rFonts w:ascii="Arial" w:hAnsi="Arial" w:cs="Arial"/>
                <w:b/>
                <w:bCs/>
                <w:sz w:val="20"/>
                <w:szCs w:val="20"/>
              </w:rPr>
              <w:t xml:space="preserve">collaboratively </w:t>
            </w:r>
            <w:r w:rsidRPr="11181302">
              <w:rPr>
                <w:rFonts w:ascii="Arial" w:hAnsi="Arial" w:cs="Arial"/>
                <w:b/>
                <w:bCs/>
                <w:sz w:val="20"/>
                <w:szCs w:val="20"/>
              </w:rPr>
              <w:t>approached</w:t>
            </w:r>
            <w:r>
              <w:rPr>
                <w:rFonts w:ascii="Arial" w:hAnsi="Arial" w:cs="Arial"/>
                <w:b/>
                <w:bCs/>
                <w:sz w:val="20"/>
                <w:szCs w:val="20"/>
              </w:rPr>
              <w:t xml:space="preserve"> teamwork, focusing on how </w:t>
            </w:r>
            <w:r w:rsidRPr="11181302">
              <w:rPr>
                <w:rFonts w:ascii="Arial" w:hAnsi="Arial" w:cs="Arial"/>
                <w:b/>
                <w:bCs/>
                <w:sz w:val="20"/>
                <w:szCs w:val="20"/>
              </w:rPr>
              <w:t>built</w:t>
            </w:r>
            <w:r>
              <w:rPr>
                <w:rFonts w:ascii="Arial" w:hAnsi="Arial" w:cs="Arial"/>
                <w:b/>
                <w:bCs/>
                <w:sz w:val="20"/>
                <w:szCs w:val="20"/>
              </w:rPr>
              <w:t xml:space="preserve"> strong relationships and </w:t>
            </w:r>
            <w:r w:rsidRPr="11181302">
              <w:rPr>
                <w:rFonts w:ascii="Arial" w:hAnsi="Arial" w:cs="Arial"/>
                <w:b/>
                <w:bCs/>
                <w:sz w:val="20"/>
                <w:szCs w:val="20"/>
              </w:rPr>
              <w:t>fostered</w:t>
            </w:r>
            <w:r>
              <w:rPr>
                <w:rFonts w:ascii="Arial" w:hAnsi="Arial" w:cs="Arial"/>
                <w:b/>
                <w:bCs/>
                <w:sz w:val="20"/>
                <w:szCs w:val="20"/>
              </w:rPr>
              <w:t xml:space="preserve"> a positive work </w:t>
            </w:r>
            <w:r w:rsidRPr="11181302">
              <w:rPr>
                <w:rFonts w:ascii="Arial" w:hAnsi="Arial" w:cs="Arial"/>
                <w:b/>
                <w:bCs/>
                <w:sz w:val="20"/>
                <w:szCs w:val="20"/>
              </w:rPr>
              <w:t>culture?</w:t>
            </w:r>
          </w:p>
        </w:tc>
      </w:tr>
      <w:tr w:rsidR="00F5517B" w:rsidRPr="007E05CF" w14:paraId="463EDB51" w14:textId="77777777" w:rsidTr="00AA1700">
        <w:trPr>
          <w:trHeight w:val="1817"/>
        </w:trPr>
        <w:tc>
          <w:tcPr>
            <w:tcW w:w="10328" w:type="dxa"/>
          </w:tcPr>
          <w:p w14:paraId="7BB4AA35" w14:textId="77777777" w:rsidR="00F5517B" w:rsidRPr="007E05CF" w:rsidRDefault="00F5517B" w:rsidP="00AA1700">
            <w:pPr>
              <w:ind w:right="-1192"/>
              <w:rPr>
                <w:rFonts w:ascii="Arial" w:hAnsi="Arial" w:cs="Arial"/>
                <w:b/>
                <w:bCs/>
                <w:sz w:val="20"/>
                <w:szCs w:val="20"/>
              </w:rPr>
            </w:pPr>
          </w:p>
          <w:p w14:paraId="5CF29EA0" w14:textId="77777777" w:rsidR="00F5517B" w:rsidRPr="007E05CF" w:rsidRDefault="00F5517B" w:rsidP="00AA1700">
            <w:pPr>
              <w:ind w:right="-1192"/>
              <w:rPr>
                <w:rFonts w:ascii="Arial" w:hAnsi="Arial" w:cs="Arial"/>
                <w:b/>
                <w:bCs/>
                <w:sz w:val="20"/>
                <w:szCs w:val="20"/>
              </w:rPr>
            </w:pPr>
          </w:p>
          <w:p w14:paraId="62BC4534" w14:textId="77777777" w:rsidR="00F5517B" w:rsidRPr="007E05CF" w:rsidRDefault="00F5517B" w:rsidP="00AA1700">
            <w:pPr>
              <w:ind w:right="-1192"/>
              <w:rPr>
                <w:rFonts w:ascii="Arial" w:hAnsi="Arial" w:cs="Arial"/>
                <w:b/>
                <w:bCs/>
                <w:sz w:val="20"/>
                <w:szCs w:val="20"/>
              </w:rPr>
            </w:pPr>
          </w:p>
          <w:p w14:paraId="6BB7B700" w14:textId="77777777" w:rsidR="00F5517B" w:rsidRPr="007E05CF" w:rsidRDefault="00F5517B" w:rsidP="00AA1700">
            <w:pPr>
              <w:ind w:right="-1192"/>
              <w:rPr>
                <w:rFonts w:ascii="Arial" w:hAnsi="Arial" w:cs="Arial"/>
                <w:b/>
                <w:bCs/>
                <w:sz w:val="20"/>
              </w:rPr>
            </w:pPr>
          </w:p>
          <w:p w14:paraId="01F47669" w14:textId="77777777" w:rsidR="00F5517B" w:rsidRPr="007E05CF" w:rsidRDefault="00F5517B" w:rsidP="00AA1700">
            <w:pPr>
              <w:ind w:right="-1192"/>
              <w:rPr>
                <w:rFonts w:ascii="Arial" w:hAnsi="Arial" w:cs="Arial"/>
                <w:b/>
                <w:bCs/>
                <w:sz w:val="20"/>
              </w:rPr>
            </w:pPr>
          </w:p>
          <w:p w14:paraId="1A6F53EB" w14:textId="77777777" w:rsidR="00F5517B" w:rsidRPr="007E05CF" w:rsidRDefault="00F5517B" w:rsidP="00AA1700">
            <w:pPr>
              <w:ind w:right="-1192"/>
              <w:rPr>
                <w:rFonts w:ascii="Arial" w:hAnsi="Arial" w:cs="Arial"/>
                <w:b/>
                <w:bCs/>
                <w:sz w:val="20"/>
              </w:rPr>
            </w:pPr>
          </w:p>
          <w:p w14:paraId="3BF31393" w14:textId="77777777" w:rsidR="00F5517B" w:rsidRPr="007E05CF" w:rsidRDefault="00F5517B" w:rsidP="00AA1700">
            <w:pPr>
              <w:ind w:right="-1192"/>
              <w:rPr>
                <w:rFonts w:ascii="Arial" w:hAnsi="Arial" w:cs="Arial"/>
                <w:b/>
                <w:bCs/>
                <w:sz w:val="20"/>
                <w:szCs w:val="20"/>
              </w:rPr>
            </w:pPr>
          </w:p>
          <w:p w14:paraId="7742B788" w14:textId="77777777" w:rsidR="00F5517B" w:rsidRPr="007E05CF" w:rsidRDefault="00F5517B" w:rsidP="00AA1700">
            <w:pPr>
              <w:ind w:right="-1192"/>
              <w:rPr>
                <w:rFonts w:ascii="Arial" w:hAnsi="Arial" w:cs="Arial"/>
                <w:b/>
                <w:bCs/>
                <w:sz w:val="20"/>
                <w:szCs w:val="20"/>
              </w:rPr>
            </w:pPr>
          </w:p>
          <w:p w14:paraId="5587C109" w14:textId="77777777" w:rsidR="00F5517B" w:rsidRPr="007E05CF" w:rsidRDefault="00F5517B" w:rsidP="00AA1700">
            <w:pPr>
              <w:ind w:right="-1192"/>
              <w:rPr>
                <w:rFonts w:ascii="Arial" w:hAnsi="Arial" w:cs="Arial"/>
                <w:b/>
                <w:bCs/>
                <w:sz w:val="20"/>
                <w:szCs w:val="20"/>
              </w:rPr>
            </w:pPr>
          </w:p>
          <w:p w14:paraId="54054E02" w14:textId="77777777" w:rsidR="00F5517B" w:rsidRPr="007E05CF" w:rsidRDefault="00F5517B" w:rsidP="00AA1700">
            <w:pPr>
              <w:ind w:right="-1192"/>
              <w:rPr>
                <w:rFonts w:ascii="Arial" w:hAnsi="Arial" w:cs="Arial"/>
                <w:b/>
                <w:bCs/>
                <w:sz w:val="20"/>
                <w:szCs w:val="20"/>
              </w:rPr>
            </w:pPr>
          </w:p>
          <w:p w14:paraId="6A8E9776" w14:textId="77777777" w:rsidR="00F5517B" w:rsidRPr="007E05CF" w:rsidRDefault="00F5517B" w:rsidP="00AA1700">
            <w:pPr>
              <w:ind w:right="-1192"/>
              <w:rPr>
                <w:rFonts w:ascii="Arial" w:hAnsi="Arial" w:cs="Arial"/>
                <w:b/>
                <w:bCs/>
                <w:sz w:val="20"/>
                <w:szCs w:val="20"/>
              </w:rPr>
            </w:pPr>
          </w:p>
          <w:p w14:paraId="7B5589EB" w14:textId="77777777" w:rsidR="00F5517B" w:rsidRPr="007E05CF" w:rsidRDefault="00F5517B" w:rsidP="00AA1700">
            <w:pPr>
              <w:ind w:right="-1192"/>
              <w:rPr>
                <w:rFonts w:ascii="Arial" w:hAnsi="Arial" w:cs="Arial"/>
                <w:b/>
                <w:bCs/>
                <w:sz w:val="20"/>
                <w:szCs w:val="20"/>
              </w:rPr>
            </w:pPr>
          </w:p>
          <w:p w14:paraId="1B98E679" w14:textId="77777777" w:rsidR="00F5517B" w:rsidRPr="007E05CF" w:rsidRDefault="00F5517B" w:rsidP="00AA1700">
            <w:pPr>
              <w:ind w:right="-1192"/>
              <w:rPr>
                <w:rFonts w:ascii="Arial" w:hAnsi="Arial" w:cs="Arial"/>
                <w:b/>
                <w:bCs/>
                <w:sz w:val="20"/>
                <w:szCs w:val="20"/>
              </w:rPr>
            </w:pPr>
          </w:p>
          <w:p w14:paraId="53CE6B39" w14:textId="77777777" w:rsidR="00F5517B" w:rsidRPr="007E05CF" w:rsidRDefault="00F5517B" w:rsidP="00AA1700">
            <w:pPr>
              <w:ind w:right="-1192"/>
              <w:rPr>
                <w:rFonts w:ascii="Arial" w:hAnsi="Arial" w:cs="Arial"/>
                <w:b/>
                <w:bCs/>
                <w:sz w:val="20"/>
                <w:szCs w:val="20"/>
              </w:rPr>
            </w:pPr>
          </w:p>
          <w:p w14:paraId="30F45D8C" w14:textId="77777777" w:rsidR="00F5517B" w:rsidRPr="007E05CF" w:rsidRDefault="00F5517B" w:rsidP="00AA1700">
            <w:pPr>
              <w:ind w:right="-1192"/>
              <w:rPr>
                <w:rFonts w:ascii="Arial" w:hAnsi="Arial" w:cs="Arial"/>
                <w:b/>
                <w:bCs/>
                <w:sz w:val="20"/>
                <w:szCs w:val="20"/>
              </w:rPr>
            </w:pPr>
          </w:p>
          <w:p w14:paraId="29B596A8" w14:textId="77777777" w:rsidR="00F5517B" w:rsidRPr="007E05CF" w:rsidRDefault="00F5517B" w:rsidP="00AA1700">
            <w:pPr>
              <w:ind w:right="-1192"/>
              <w:rPr>
                <w:rFonts w:ascii="Arial" w:hAnsi="Arial" w:cs="Arial"/>
                <w:b/>
                <w:bCs/>
                <w:sz w:val="20"/>
                <w:szCs w:val="20"/>
              </w:rPr>
            </w:pPr>
          </w:p>
          <w:p w14:paraId="366179DB" w14:textId="77777777" w:rsidR="00F5517B" w:rsidRPr="007E05CF" w:rsidRDefault="00F5517B" w:rsidP="00AA1700">
            <w:pPr>
              <w:ind w:right="-1192"/>
              <w:rPr>
                <w:rFonts w:ascii="Arial" w:hAnsi="Arial" w:cs="Arial"/>
                <w:b/>
                <w:bCs/>
                <w:sz w:val="20"/>
                <w:szCs w:val="20"/>
              </w:rPr>
            </w:pPr>
          </w:p>
          <w:p w14:paraId="548CA3B2" w14:textId="77777777" w:rsidR="00F5517B" w:rsidRPr="007E05CF" w:rsidRDefault="00F5517B" w:rsidP="00AA1700">
            <w:pPr>
              <w:ind w:right="-1192"/>
              <w:rPr>
                <w:rFonts w:ascii="Arial" w:hAnsi="Arial" w:cs="Arial"/>
                <w:b/>
                <w:bCs/>
                <w:sz w:val="20"/>
                <w:szCs w:val="20"/>
              </w:rPr>
            </w:pPr>
          </w:p>
          <w:p w14:paraId="3270B50A" w14:textId="77777777" w:rsidR="00F5517B" w:rsidRPr="007E05CF" w:rsidRDefault="00F5517B" w:rsidP="00AA1700">
            <w:pPr>
              <w:ind w:right="-1192"/>
              <w:rPr>
                <w:rFonts w:ascii="Arial" w:hAnsi="Arial" w:cs="Arial"/>
                <w:b/>
                <w:bCs/>
                <w:sz w:val="20"/>
              </w:rPr>
            </w:pPr>
          </w:p>
          <w:p w14:paraId="28DDFE27" w14:textId="77777777" w:rsidR="00F5517B" w:rsidRPr="007E05CF" w:rsidRDefault="00F5517B" w:rsidP="00AA1700">
            <w:pPr>
              <w:ind w:right="-1192"/>
              <w:rPr>
                <w:rFonts w:ascii="Arial" w:hAnsi="Arial" w:cs="Arial"/>
                <w:b/>
                <w:bCs/>
                <w:sz w:val="20"/>
                <w:szCs w:val="20"/>
              </w:rPr>
            </w:pPr>
          </w:p>
          <w:p w14:paraId="676BD683" w14:textId="77777777" w:rsidR="00F5517B" w:rsidRPr="007E05CF" w:rsidRDefault="00F5517B" w:rsidP="00AA1700">
            <w:pPr>
              <w:ind w:right="-1192"/>
              <w:rPr>
                <w:rFonts w:ascii="Arial" w:hAnsi="Arial" w:cs="Arial"/>
                <w:b/>
                <w:bCs/>
                <w:sz w:val="20"/>
                <w:szCs w:val="20"/>
              </w:rPr>
            </w:pPr>
          </w:p>
          <w:p w14:paraId="2F115035" w14:textId="77777777" w:rsidR="00F5517B" w:rsidRPr="007E05CF" w:rsidRDefault="00F5517B" w:rsidP="00AA1700">
            <w:pPr>
              <w:ind w:right="-1192"/>
              <w:rPr>
                <w:rFonts w:ascii="Arial" w:hAnsi="Arial" w:cs="Arial"/>
                <w:b/>
                <w:bCs/>
                <w:sz w:val="20"/>
                <w:szCs w:val="20"/>
              </w:rPr>
            </w:pPr>
          </w:p>
        </w:tc>
      </w:tr>
    </w:tbl>
    <w:p w14:paraId="74709900" w14:textId="77777777" w:rsidR="00F5517B" w:rsidRDefault="00F5517B" w:rsidP="00F5517B">
      <w:pPr>
        <w:rPr>
          <w:rFonts w:ascii="Arial" w:hAnsi="Arial" w:cs="Arial"/>
          <w:b/>
          <w:sz w:val="20"/>
          <w:szCs w:val="20"/>
        </w:rPr>
      </w:pPr>
    </w:p>
    <w:p w14:paraId="1EAA8864" w14:textId="77777777" w:rsidR="00F5517B" w:rsidRPr="007E05CF" w:rsidRDefault="00F5517B" w:rsidP="00F5517B">
      <w:pPr>
        <w:rPr>
          <w:rFonts w:ascii="Arial" w:hAnsi="Arial" w:cs="Arial"/>
          <w:b/>
          <w:sz w:val="20"/>
          <w:szCs w:val="20"/>
        </w:rPr>
      </w:pPr>
    </w:p>
    <w:tbl>
      <w:tblPr>
        <w:tblW w:w="10328"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8"/>
      </w:tblGrid>
      <w:tr w:rsidR="00F5517B" w:rsidRPr="007E05CF" w14:paraId="7EB02E0D" w14:textId="77777777" w:rsidTr="00AA1700">
        <w:trPr>
          <w:trHeight w:val="493"/>
        </w:trPr>
        <w:tc>
          <w:tcPr>
            <w:tcW w:w="10328" w:type="dxa"/>
            <w:shd w:val="clear" w:color="auto" w:fill="D9D9D9" w:themeFill="background1" w:themeFillShade="D9"/>
          </w:tcPr>
          <w:p w14:paraId="0F3F33AE" w14:textId="77777777" w:rsidR="00F5517B" w:rsidRPr="007E05CF" w:rsidRDefault="00F5517B" w:rsidP="00AA1700">
            <w:pPr>
              <w:rPr>
                <w:rFonts w:ascii="Arial" w:hAnsi="Arial" w:cs="Arial"/>
                <w:b/>
                <w:bCs/>
                <w:sz w:val="20"/>
                <w:szCs w:val="20"/>
              </w:rPr>
            </w:pPr>
            <w:r w:rsidRPr="007E05CF">
              <w:rPr>
                <w:rFonts w:ascii="Arial" w:hAnsi="Arial" w:cs="Arial"/>
                <w:b/>
                <w:bCs/>
                <w:sz w:val="20"/>
                <w:szCs w:val="20"/>
              </w:rPr>
              <w:t>Other Relevant Information</w:t>
            </w:r>
          </w:p>
          <w:p w14:paraId="06AE5B67" w14:textId="77777777" w:rsidR="00F5517B" w:rsidRPr="00A101FE" w:rsidRDefault="00F5517B" w:rsidP="00AA1700">
            <w:pPr>
              <w:rPr>
                <w:rFonts w:ascii="Arial" w:hAnsi="Arial" w:cs="Arial"/>
                <w:sz w:val="20"/>
                <w:szCs w:val="20"/>
              </w:rPr>
            </w:pPr>
            <w:r w:rsidRPr="00A101FE">
              <w:rPr>
                <w:rFonts w:ascii="Arial" w:hAnsi="Arial" w:cs="Arial"/>
                <w:sz w:val="20"/>
                <w:szCs w:val="20"/>
              </w:rPr>
              <w:t>Please include any other information, which you believe is relevant to your application for this post.</w:t>
            </w:r>
          </w:p>
          <w:p w14:paraId="69F532F1" w14:textId="77777777" w:rsidR="00F5517B" w:rsidRPr="007E05CF" w:rsidRDefault="00F5517B" w:rsidP="00AA1700">
            <w:pPr>
              <w:rPr>
                <w:rFonts w:ascii="Arial" w:hAnsi="Arial" w:cs="Arial"/>
                <w:b/>
                <w:bCs/>
                <w:sz w:val="20"/>
                <w:szCs w:val="20"/>
              </w:rPr>
            </w:pPr>
          </w:p>
        </w:tc>
      </w:tr>
      <w:tr w:rsidR="00F5517B" w:rsidRPr="007E05CF" w14:paraId="23BC7E32" w14:textId="77777777" w:rsidTr="00AA1700">
        <w:trPr>
          <w:trHeight w:val="1817"/>
        </w:trPr>
        <w:tc>
          <w:tcPr>
            <w:tcW w:w="10328" w:type="dxa"/>
          </w:tcPr>
          <w:p w14:paraId="47E39525" w14:textId="77777777" w:rsidR="00F5517B" w:rsidRPr="007E05CF" w:rsidRDefault="00F5517B" w:rsidP="00AA1700">
            <w:pPr>
              <w:ind w:right="-1192"/>
              <w:rPr>
                <w:rFonts w:ascii="Arial" w:hAnsi="Arial" w:cs="Arial"/>
                <w:b/>
                <w:bCs/>
                <w:sz w:val="20"/>
                <w:szCs w:val="20"/>
              </w:rPr>
            </w:pPr>
          </w:p>
          <w:p w14:paraId="00DD7FFE" w14:textId="77777777" w:rsidR="00F5517B" w:rsidRPr="007E05CF" w:rsidRDefault="00F5517B" w:rsidP="00AA1700">
            <w:pPr>
              <w:ind w:right="-1192"/>
              <w:rPr>
                <w:rFonts w:ascii="Arial" w:hAnsi="Arial" w:cs="Arial"/>
                <w:b/>
                <w:bCs/>
                <w:sz w:val="20"/>
                <w:szCs w:val="20"/>
              </w:rPr>
            </w:pPr>
          </w:p>
          <w:p w14:paraId="4C83D4B1" w14:textId="77777777" w:rsidR="00F5517B" w:rsidRPr="007E05CF" w:rsidRDefault="00F5517B" w:rsidP="00AA1700">
            <w:pPr>
              <w:ind w:right="-1192"/>
              <w:rPr>
                <w:rFonts w:ascii="Arial" w:hAnsi="Arial" w:cs="Arial"/>
                <w:b/>
                <w:bCs/>
                <w:sz w:val="20"/>
                <w:szCs w:val="20"/>
              </w:rPr>
            </w:pPr>
          </w:p>
          <w:p w14:paraId="78836496" w14:textId="77777777" w:rsidR="00F5517B" w:rsidRPr="007E05CF" w:rsidRDefault="00F5517B" w:rsidP="00AA1700">
            <w:pPr>
              <w:ind w:right="-1192"/>
              <w:rPr>
                <w:rFonts w:ascii="Arial" w:hAnsi="Arial" w:cs="Arial"/>
                <w:b/>
                <w:bCs/>
                <w:sz w:val="20"/>
                <w:szCs w:val="20"/>
              </w:rPr>
            </w:pPr>
          </w:p>
          <w:p w14:paraId="63B6D570" w14:textId="77777777" w:rsidR="00F5517B" w:rsidRPr="007E05CF" w:rsidRDefault="00F5517B" w:rsidP="00AA1700">
            <w:pPr>
              <w:ind w:right="-1192"/>
              <w:rPr>
                <w:rFonts w:ascii="Arial" w:hAnsi="Arial" w:cs="Arial"/>
                <w:b/>
                <w:bCs/>
                <w:sz w:val="20"/>
                <w:szCs w:val="20"/>
              </w:rPr>
            </w:pPr>
          </w:p>
          <w:p w14:paraId="782708C5" w14:textId="77777777" w:rsidR="00F5517B" w:rsidRPr="007E05CF" w:rsidRDefault="00F5517B" w:rsidP="00AA1700">
            <w:pPr>
              <w:ind w:right="-1192"/>
              <w:rPr>
                <w:rFonts w:ascii="Arial" w:hAnsi="Arial" w:cs="Arial"/>
                <w:b/>
                <w:bCs/>
                <w:sz w:val="20"/>
                <w:szCs w:val="20"/>
              </w:rPr>
            </w:pPr>
          </w:p>
          <w:p w14:paraId="0C885AAA" w14:textId="77777777" w:rsidR="00F5517B" w:rsidRPr="007E05CF" w:rsidRDefault="00F5517B" w:rsidP="00AA1700">
            <w:pPr>
              <w:ind w:right="-1192"/>
              <w:rPr>
                <w:rFonts w:ascii="Arial" w:hAnsi="Arial" w:cs="Arial"/>
                <w:b/>
                <w:bCs/>
                <w:sz w:val="20"/>
                <w:szCs w:val="20"/>
              </w:rPr>
            </w:pPr>
          </w:p>
          <w:p w14:paraId="660AF137" w14:textId="77777777" w:rsidR="00F5517B" w:rsidRPr="007E05CF" w:rsidRDefault="00F5517B" w:rsidP="00AA1700">
            <w:pPr>
              <w:ind w:right="-1192"/>
              <w:rPr>
                <w:rFonts w:ascii="Arial" w:hAnsi="Arial" w:cs="Arial"/>
                <w:b/>
                <w:bCs/>
                <w:sz w:val="20"/>
                <w:szCs w:val="20"/>
              </w:rPr>
            </w:pPr>
          </w:p>
          <w:p w14:paraId="4CD4B36E" w14:textId="77777777" w:rsidR="00F5517B" w:rsidRPr="007E05CF" w:rsidRDefault="00F5517B" w:rsidP="00AA1700">
            <w:pPr>
              <w:ind w:right="-1192"/>
              <w:rPr>
                <w:rFonts w:ascii="Arial" w:hAnsi="Arial" w:cs="Arial"/>
                <w:b/>
                <w:bCs/>
                <w:sz w:val="20"/>
                <w:szCs w:val="20"/>
              </w:rPr>
            </w:pPr>
          </w:p>
          <w:p w14:paraId="16F464BF" w14:textId="77777777" w:rsidR="00F5517B" w:rsidRPr="007E05CF" w:rsidRDefault="00F5517B" w:rsidP="00AA1700">
            <w:pPr>
              <w:ind w:right="-1192"/>
              <w:rPr>
                <w:rFonts w:ascii="Arial" w:hAnsi="Arial" w:cs="Arial"/>
                <w:b/>
                <w:bCs/>
                <w:sz w:val="20"/>
                <w:szCs w:val="20"/>
              </w:rPr>
            </w:pPr>
          </w:p>
          <w:p w14:paraId="38C9A870" w14:textId="77777777" w:rsidR="00F5517B" w:rsidRPr="007E05CF" w:rsidRDefault="00F5517B" w:rsidP="00AA1700">
            <w:pPr>
              <w:ind w:right="-1192"/>
              <w:rPr>
                <w:rFonts w:ascii="Arial" w:hAnsi="Arial" w:cs="Arial"/>
                <w:b/>
                <w:bCs/>
                <w:sz w:val="20"/>
              </w:rPr>
            </w:pPr>
          </w:p>
          <w:p w14:paraId="2B4F9B3E" w14:textId="77777777" w:rsidR="00F5517B" w:rsidRPr="007E05CF" w:rsidRDefault="00F5517B" w:rsidP="00AA1700">
            <w:pPr>
              <w:ind w:right="-1192"/>
              <w:rPr>
                <w:rFonts w:ascii="Arial" w:hAnsi="Arial" w:cs="Arial"/>
                <w:b/>
                <w:bCs/>
                <w:sz w:val="20"/>
                <w:szCs w:val="20"/>
              </w:rPr>
            </w:pPr>
          </w:p>
          <w:p w14:paraId="28036919" w14:textId="77777777" w:rsidR="00F5517B" w:rsidRPr="007E05CF" w:rsidRDefault="00F5517B" w:rsidP="00AA1700">
            <w:pPr>
              <w:ind w:right="-1192"/>
              <w:rPr>
                <w:rFonts w:ascii="Arial" w:hAnsi="Arial" w:cs="Arial"/>
                <w:b/>
                <w:bCs/>
                <w:sz w:val="20"/>
              </w:rPr>
            </w:pPr>
          </w:p>
          <w:p w14:paraId="25E3BA2D" w14:textId="77777777" w:rsidR="00F5517B" w:rsidRPr="007E05CF" w:rsidRDefault="00F5517B" w:rsidP="00AA1700">
            <w:pPr>
              <w:ind w:right="-1192"/>
              <w:rPr>
                <w:rFonts w:ascii="Arial" w:hAnsi="Arial" w:cs="Arial"/>
                <w:b/>
                <w:bCs/>
                <w:sz w:val="20"/>
                <w:szCs w:val="20"/>
              </w:rPr>
            </w:pPr>
          </w:p>
          <w:p w14:paraId="2C6A1EE0" w14:textId="77777777" w:rsidR="00F5517B" w:rsidRPr="007E05CF" w:rsidRDefault="00F5517B" w:rsidP="00AA1700">
            <w:pPr>
              <w:ind w:right="-1192"/>
              <w:rPr>
                <w:rFonts w:ascii="Arial" w:hAnsi="Arial" w:cs="Arial"/>
                <w:b/>
                <w:bCs/>
                <w:sz w:val="20"/>
                <w:szCs w:val="20"/>
              </w:rPr>
            </w:pPr>
          </w:p>
          <w:p w14:paraId="7E2F38A2" w14:textId="77777777" w:rsidR="00F5517B" w:rsidRPr="007E05CF" w:rsidRDefault="00F5517B" w:rsidP="00AA1700">
            <w:pPr>
              <w:ind w:right="-1192"/>
              <w:rPr>
                <w:rFonts w:ascii="Arial" w:hAnsi="Arial" w:cs="Arial"/>
                <w:b/>
                <w:bCs/>
                <w:sz w:val="20"/>
                <w:szCs w:val="20"/>
              </w:rPr>
            </w:pPr>
          </w:p>
          <w:p w14:paraId="749CA711" w14:textId="77777777" w:rsidR="00F5517B" w:rsidRPr="007E05CF" w:rsidRDefault="00F5517B" w:rsidP="00AA1700">
            <w:pPr>
              <w:ind w:right="-1192"/>
              <w:rPr>
                <w:rFonts w:ascii="Arial" w:hAnsi="Arial" w:cs="Arial"/>
                <w:b/>
                <w:bCs/>
                <w:sz w:val="20"/>
                <w:szCs w:val="20"/>
              </w:rPr>
            </w:pPr>
          </w:p>
          <w:p w14:paraId="38C24012" w14:textId="77777777" w:rsidR="00F5517B" w:rsidRPr="007E05CF" w:rsidRDefault="00F5517B" w:rsidP="00AA1700">
            <w:pPr>
              <w:ind w:right="-1192"/>
              <w:rPr>
                <w:rFonts w:ascii="Arial" w:hAnsi="Arial" w:cs="Arial"/>
                <w:b/>
                <w:bCs/>
                <w:sz w:val="20"/>
                <w:szCs w:val="20"/>
              </w:rPr>
            </w:pPr>
          </w:p>
          <w:p w14:paraId="0F20C6FD" w14:textId="77777777" w:rsidR="00F5517B" w:rsidRPr="007E05CF" w:rsidRDefault="00F5517B" w:rsidP="00AA1700">
            <w:pPr>
              <w:ind w:right="-1192"/>
              <w:rPr>
                <w:rFonts w:ascii="Arial" w:hAnsi="Arial" w:cs="Arial"/>
                <w:b/>
                <w:bCs/>
                <w:sz w:val="20"/>
                <w:szCs w:val="20"/>
              </w:rPr>
            </w:pPr>
          </w:p>
          <w:p w14:paraId="777E8038" w14:textId="77777777" w:rsidR="00F5517B" w:rsidRPr="007E05CF" w:rsidRDefault="00F5517B" w:rsidP="00AA1700">
            <w:pPr>
              <w:ind w:right="-1192"/>
              <w:rPr>
                <w:rFonts w:ascii="Arial" w:hAnsi="Arial" w:cs="Arial"/>
                <w:b/>
                <w:bCs/>
                <w:sz w:val="20"/>
                <w:szCs w:val="20"/>
              </w:rPr>
            </w:pPr>
          </w:p>
          <w:p w14:paraId="4B09D9E8" w14:textId="77777777" w:rsidR="00F5517B" w:rsidRPr="007E05CF" w:rsidRDefault="00F5517B" w:rsidP="00AA1700">
            <w:pPr>
              <w:ind w:right="-1192"/>
              <w:rPr>
                <w:rFonts w:ascii="Arial" w:hAnsi="Arial" w:cs="Arial"/>
                <w:b/>
                <w:bCs/>
                <w:sz w:val="20"/>
                <w:szCs w:val="20"/>
              </w:rPr>
            </w:pPr>
          </w:p>
          <w:p w14:paraId="53F972F8" w14:textId="77777777" w:rsidR="00F5517B" w:rsidRPr="007E05CF" w:rsidRDefault="00F5517B" w:rsidP="00AA1700">
            <w:pPr>
              <w:ind w:right="-1192"/>
              <w:rPr>
                <w:rFonts w:ascii="Arial" w:hAnsi="Arial" w:cs="Arial"/>
                <w:b/>
                <w:bCs/>
                <w:sz w:val="20"/>
                <w:szCs w:val="20"/>
              </w:rPr>
            </w:pPr>
          </w:p>
        </w:tc>
      </w:tr>
    </w:tbl>
    <w:p w14:paraId="1141FF6F" w14:textId="77777777" w:rsidR="00F5517B" w:rsidRPr="007E05CF" w:rsidRDefault="00F5517B" w:rsidP="00F5517B">
      <w:pPr>
        <w:ind w:right="-1333"/>
        <w:rPr>
          <w:rFonts w:ascii="Arial" w:hAnsi="Arial" w:cs="Arial"/>
          <w:sz w:val="20"/>
          <w:szCs w:val="20"/>
        </w:rPr>
      </w:pPr>
    </w:p>
    <w:p w14:paraId="2BF112CD" w14:textId="77777777" w:rsidR="00F5517B" w:rsidRDefault="00F5517B" w:rsidP="00F5517B">
      <w:pPr>
        <w:ind w:right="-1333"/>
        <w:rPr>
          <w:rFonts w:ascii="Arial" w:hAnsi="Arial" w:cs="Arial"/>
          <w:sz w:val="20"/>
          <w:szCs w:val="20"/>
        </w:rPr>
      </w:pPr>
    </w:p>
    <w:p w14:paraId="5A6B1544" w14:textId="77777777" w:rsidR="00F5517B" w:rsidRDefault="00F5517B" w:rsidP="00F5517B">
      <w:pPr>
        <w:ind w:right="-1333"/>
        <w:rPr>
          <w:rFonts w:ascii="Arial" w:hAnsi="Arial" w:cs="Arial"/>
          <w:sz w:val="20"/>
          <w:szCs w:val="20"/>
        </w:rPr>
      </w:pPr>
    </w:p>
    <w:p w14:paraId="591BC6E4" w14:textId="77777777" w:rsidR="00F5517B" w:rsidRDefault="00F5517B" w:rsidP="00F5517B">
      <w:pPr>
        <w:ind w:right="-1333"/>
        <w:rPr>
          <w:rFonts w:ascii="Arial" w:hAnsi="Arial" w:cs="Arial"/>
          <w:sz w:val="20"/>
          <w:szCs w:val="20"/>
        </w:rPr>
      </w:pPr>
    </w:p>
    <w:p w14:paraId="19A9F5F7" w14:textId="77777777" w:rsidR="00F5517B" w:rsidRDefault="00F5517B" w:rsidP="00F5517B">
      <w:pPr>
        <w:ind w:right="-1333"/>
        <w:rPr>
          <w:rFonts w:ascii="Arial" w:hAnsi="Arial" w:cs="Arial"/>
          <w:sz w:val="20"/>
          <w:szCs w:val="20"/>
        </w:rPr>
      </w:pPr>
    </w:p>
    <w:p w14:paraId="284DD61B" w14:textId="77777777" w:rsidR="00F5517B" w:rsidRDefault="00F5517B" w:rsidP="00F5517B">
      <w:pPr>
        <w:ind w:right="-1333"/>
        <w:rPr>
          <w:rFonts w:ascii="Arial" w:hAnsi="Arial" w:cs="Arial"/>
          <w:sz w:val="20"/>
          <w:szCs w:val="20"/>
        </w:rPr>
      </w:pPr>
    </w:p>
    <w:p w14:paraId="4D1B8753" w14:textId="77777777" w:rsidR="00F5517B" w:rsidRDefault="00F5517B" w:rsidP="00F5517B">
      <w:pPr>
        <w:ind w:right="-1333"/>
        <w:rPr>
          <w:rFonts w:ascii="Arial" w:hAnsi="Arial" w:cs="Arial"/>
          <w:sz w:val="20"/>
          <w:szCs w:val="20"/>
        </w:rPr>
      </w:pPr>
    </w:p>
    <w:p w14:paraId="342359DD" w14:textId="77777777" w:rsidR="00F5517B" w:rsidRDefault="00F5517B" w:rsidP="00F5517B">
      <w:pPr>
        <w:ind w:right="-1333"/>
        <w:rPr>
          <w:rFonts w:ascii="Arial" w:hAnsi="Arial" w:cs="Arial"/>
          <w:sz w:val="20"/>
          <w:szCs w:val="20"/>
        </w:rPr>
      </w:pPr>
    </w:p>
    <w:p w14:paraId="4B3B3D8A" w14:textId="77777777" w:rsidR="00F5517B" w:rsidRDefault="00F5517B" w:rsidP="00F5517B">
      <w:pPr>
        <w:ind w:right="-1333"/>
        <w:rPr>
          <w:rFonts w:ascii="Arial" w:hAnsi="Arial" w:cs="Arial"/>
          <w:sz w:val="20"/>
          <w:szCs w:val="20"/>
        </w:rPr>
      </w:pPr>
    </w:p>
    <w:p w14:paraId="3AB4B133" w14:textId="77777777" w:rsidR="00F5517B" w:rsidRDefault="00F5517B" w:rsidP="00F5517B">
      <w:pPr>
        <w:ind w:right="-1333"/>
        <w:rPr>
          <w:rFonts w:ascii="Arial" w:hAnsi="Arial" w:cs="Arial"/>
          <w:sz w:val="20"/>
          <w:szCs w:val="20"/>
        </w:rPr>
      </w:pPr>
    </w:p>
    <w:p w14:paraId="40FEB1BE" w14:textId="77777777" w:rsidR="00F5517B" w:rsidRDefault="00F5517B" w:rsidP="00F5517B">
      <w:pPr>
        <w:ind w:right="-1333"/>
        <w:rPr>
          <w:rFonts w:ascii="Arial" w:hAnsi="Arial" w:cs="Arial"/>
          <w:sz w:val="20"/>
          <w:szCs w:val="20"/>
        </w:rPr>
      </w:pPr>
    </w:p>
    <w:p w14:paraId="05F5930E" w14:textId="77777777" w:rsidR="00F5517B" w:rsidRDefault="00F5517B" w:rsidP="00F5517B">
      <w:pPr>
        <w:ind w:right="-1333"/>
        <w:rPr>
          <w:rFonts w:ascii="Arial" w:hAnsi="Arial" w:cs="Arial"/>
          <w:sz w:val="20"/>
          <w:szCs w:val="20"/>
        </w:rPr>
      </w:pPr>
    </w:p>
    <w:tbl>
      <w:tblPr>
        <w:tblW w:w="10328"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8"/>
      </w:tblGrid>
      <w:tr w:rsidR="00F5517B" w:rsidRPr="007E05CF" w14:paraId="05DDE107" w14:textId="77777777" w:rsidTr="00AA1700">
        <w:trPr>
          <w:trHeight w:val="493"/>
        </w:trPr>
        <w:tc>
          <w:tcPr>
            <w:tcW w:w="10328" w:type="dxa"/>
            <w:shd w:val="clear" w:color="auto" w:fill="D9D9D9" w:themeFill="background1" w:themeFillShade="D9"/>
          </w:tcPr>
          <w:p w14:paraId="39172913" w14:textId="77777777" w:rsidR="00F5517B" w:rsidRPr="00A101FE" w:rsidRDefault="00F5517B" w:rsidP="00AA1700">
            <w:pPr>
              <w:rPr>
                <w:rFonts w:ascii="Arial" w:hAnsi="Arial" w:cs="Arial"/>
                <w:b/>
                <w:bCs/>
                <w:sz w:val="20"/>
                <w:szCs w:val="20"/>
              </w:rPr>
            </w:pPr>
            <w:r w:rsidRPr="007E05CF">
              <w:rPr>
                <w:rFonts w:ascii="Arial" w:hAnsi="Arial" w:cs="Arial"/>
                <w:b/>
                <w:bCs/>
                <w:sz w:val="20"/>
                <w:szCs w:val="20"/>
              </w:rPr>
              <w:t>Disability</w:t>
            </w:r>
          </w:p>
          <w:p w14:paraId="488F7F17" w14:textId="77777777" w:rsidR="00F5517B" w:rsidRPr="00A101FE" w:rsidRDefault="00F5517B" w:rsidP="00AA1700">
            <w:pPr>
              <w:rPr>
                <w:rFonts w:ascii="Arial" w:hAnsi="Arial" w:cs="Arial"/>
                <w:sz w:val="20"/>
                <w:szCs w:val="20"/>
              </w:rPr>
            </w:pPr>
            <w:r w:rsidRPr="4D8A8D29">
              <w:rPr>
                <w:rFonts w:ascii="Arial" w:hAnsi="Arial" w:cs="Arial"/>
                <w:sz w:val="20"/>
                <w:szCs w:val="20"/>
              </w:rPr>
              <w:t xml:space="preserve">Please specify if you have a disability which requires any reasonable </w:t>
            </w:r>
            <w:proofErr w:type="spellStart"/>
            <w:r w:rsidRPr="4D8A8D29">
              <w:rPr>
                <w:rFonts w:ascii="Arial" w:hAnsi="Arial" w:cs="Arial"/>
                <w:sz w:val="20"/>
                <w:szCs w:val="20"/>
              </w:rPr>
              <w:t>accomodations</w:t>
            </w:r>
            <w:proofErr w:type="spellEnd"/>
            <w:r w:rsidRPr="4D8A8D29">
              <w:rPr>
                <w:rFonts w:ascii="Arial" w:hAnsi="Arial" w:cs="Arial"/>
                <w:sz w:val="20"/>
                <w:szCs w:val="20"/>
              </w:rPr>
              <w:t xml:space="preserve"> to be made </w:t>
            </w:r>
            <w:proofErr w:type="gramStart"/>
            <w:r w:rsidRPr="4D8A8D29">
              <w:rPr>
                <w:rFonts w:ascii="Arial" w:hAnsi="Arial" w:cs="Arial"/>
                <w:sz w:val="20"/>
                <w:szCs w:val="20"/>
              </w:rPr>
              <w:t>in order for</w:t>
            </w:r>
            <w:proofErr w:type="gramEnd"/>
            <w:r w:rsidRPr="4D8A8D29">
              <w:rPr>
                <w:rFonts w:ascii="Arial" w:hAnsi="Arial" w:cs="Arial"/>
                <w:sz w:val="20"/>
                <w:szCs w:val="20"/>
              </w:rPr>
              <w:t xml:space="preserve"> you to participate in the recruitment process (i.e. assessment day or interview), and/or to perform the duties of the post applied for. Please provide details of any adjustments required. </w:t>
            </w:r>
          </w:p>
          <w:p w14:paraId="440B703E" w14:textId="77777777" w:rsidR="00F5517B" w:rsidRPr="007E05CF" w:rsidRDefault="00F5517B" w:rsidP="00AA1700">
            <w:pPr>
              <w:rPr>
                <w:rFonts w:ascii="Arial" w:hAnsi="Arial" w:cs="Arial"/>
                <w:b/>
                <w:bCs/>
                <w:sz w:val="20"/>
                <w:szCs w:val="20"/>
              </w:rPr>
            </w:pPr>
          </w:p>
        </w:tc>
      </w:tr>
      <w:tr w:rsidR="00F5517B" w:rsidRPr="007E05CF" w14:paraId="4294FD89" w14:textId="77777777" w:rsidTr="00AA1700">
        <w:trPr>
          <w:trHeight w:val="1817"/>
        </w:trPr>
        <w:tc>
          <w:tcPr>
            <w:tcW w:w="10328" w:type="dxa"/>
          </w:tcPr>
          <w:p w14:paraId="2C0E8F9A" w14:textId="77777777" w:rsidR="00F5517B" w:rsidRPr="007E05CF" w:rsidRDefault="00F5517B" w:rsidP="00AA1700">
            <w:pPr>
              <w:ind w:right="-1192"/>
              <w:rPr>
                <w:rFonts w:ascii="Arial" w:hAnsi="Arial" w:cs="Arial"/>
                <w:b/>
                <w:bCs/>
                <w:sz w:val="20"/>
                <w:szCs w:val="20"/>
              </w:rPr>
            </w:pPr>
          </w:p>
          <w:p w14:paraId="45A7DA6A" w14:textId="77777777" w:rsidR="00F5517B" w:rsidRPr="007E05CF" w:rsidRDefault="00F5517B" w:rsidP="00AA1700">
            <w:pPr>
              <w:ind w:right="-1192"/>
              <w:rPr>
                <w:rFonts w:ascii="Arial" w:hAnsi="Arial" w:cs="Arial"/>
                <w:b/>
                <w:bCs/>
                <w:sz w:val="20"/>
                <w:szCs w:val="20"/>
              </w:rPr>
            </w:pPr>
          </w:p>
          <w:p w14:paraId="5372FBAF" w14:textId="77777777" w:rsidR="00F5517B" w:rsidRPr="007E05CF" w:rsidRDefault="00F5517B" w:rsidP="00AA1700">
            <w:pPr>
              <w:ind w:right="-1192"/>
              <w:rPr>
                <w:rFonts w:ascii="Arial" w:hAnsi="Arial" w:cs="Arial"/>
                <w:b/>
                <w:bCs/>
                <w:sz w:val="20"/>
                <w:szCs w:val="20"/>
              </w:rPr>
            </w:pPr>
          </w:p>
          <w:p w14:paraId="7D2E46FB" w14:textId="77777777" w:rsidR="00F5517B" w:rsidRPr="007E05CF" w:rsidRDefault="00F5517B" w:rsidP="00AA1700">
            <w:pPr>
              <w:ind w:right="-1192"/>
              <w:rPr>
                <w:rFonts w:ascii="Arial" w:hAnsi="Arial" w:cs="Arial"/>
                <w:b/>
                <w:bCs/>
                <w:sz w:val="20"/>
                <w:szCs w:val="20"/>
              </w:rPr>
            </w:pPr>
          </w:p>
          <w:p w14:paraId="7366064A" w14:textId="77777777" w:rsidR="00F5517B" w:rsidRPr="007E05CF" w:rsidRDefault="00F5517B" w:rsidP="00AA1700">
            <w:pPr>
              <w:ind w:right="-1192"/>
              <w:rPr>
                <w:rFonts w:ascii="Arial" w:hAnsi="Arial" w:cs="Arial"/>
                <w:b/>
                <w:bCs/>
                <w:sz w:val="20"/>
                <w:szCs w:val="20"/>
              </w:rPr>
            </w:pPr>
          </w:p>
          <w:p w14:paraId="2C0C2F82" w14:textId="77777777" w:rsidR="00F5517B" w:rsidRPr="007E05CF" w:rsidRDefault="00F5517B" w:rsidP="00AA1700">
            <w:pPr>
              <w:ind w:right="-1192"/>
              <w:rPr>
                <w:rFonts w:ascii="Arial" w:hAnsi="Arial" w:cs="Arial"/>
                <w:b/>
                <w:bCs/>
                <w:sz w:val="20"/>
                <w:szCs w:val="20"/>
              </w:rPr>
            </w:pPr>
          </w:p>
          <w:p w14:paraId="6A8753FC" w14:textId="77777777" w:rsidR="00F5517B" w:rsidRPr="007E05CF" w:rsidRDefault="00F5517B" w:rsidP="00AA1700">
            <w:pPr>
              <w:ind w:right="-1192"/>
              <w:rPr>
                <w:rFonts w:ascii="Arial" w:hAnsi="Arial" w:cs="Arial"/>
                <w:b/>
                <w:bCs/>
                <w:sz w:val="20"/>
                <w:szCs w:val="20"/>
              </w:rPr>
            </w:pPr>
          </w:p>
          <w:p w14:paraId="64ADC881" w14:textId="77777777" w:rsidR="00F5517B" w:rsidRPr="007E05CF" w:rsidRDefault="00F5517B" w:rsidP="00AA1700">
            <w:pPr>
              <w:ind w:right="-1192"/>
              <w:rPr>
                <w:rFonts w:ascii="Arial" w:hAnsi="Arial" w:cs="Arial"/>
                <w:b/>
                <w:bCs/>
                <w:sz w:val="20"/>
                <w:szCs w:val="20"/>
              </w:rPr>
            </w:pPr>
          </w:p>
          <w:p w14:paraId="79F1F485" w14:textId="77777777" w:rsidR="00F5517B" w:rsidRPr="007E05CF" w:rsidRDefault="00F5517B" w:rsidP="00AA1700">
            <w:pPr>
              <w:ind w:right="-1192"/>
              <w:rPr>
                <w:rFonts w:ascii="Arial" w:hAnsi="Arial" w:cs="Arial"/>
                <w:b/>
                <w:bCs/>
                <w:sz w:val="20"/>
                <w:szCs w:val="20"/>
              </w:rPr>
            </w:pPr>
          </w:p>
          <w:p w14:paraId="523E9597" w14:textId="77777777" w:rsidR="00F5517B" w:rsidRPr="007E05CF" w:rsidRDefault="00F5517B" w:rsidP="00AA1700">
            <w:pPr>
              <w:ind w:right="-1192"/>
              <w:rPr>
                <w:rFonts w:ascii="Arial" w:hAnsi="Arial" w:cs="Arial"/>
                <w:b/>
                <w:bCs/>
                <w:sz w:val="20"/>
                <w:szCs w:val="20"/>
              </w:rPr>
            </w:pPr>
          </w:p>
          <w:p w14:paraId="45FDA4B0" w14:textId="77777777" w:rsidR="00F5517B" w:rsidRPr="007E05CF" w:rsidRDefault="00F5517B" w:rsidP="00AA1700">
            <w:pPr>
              <w:ind w:right="-1192"/>
              <w:rPr>
                <w:rFonts w:ascii="Arial" w:hAnsi="Arial" w:cs="Arial"/>
                <w:b/>
                <w:bCs/>
                <w:sz w:val="20"/>
              </w:rPr>
            </w:pPr>
          </w:p>
          <w:p w14:paraId="2EA3BDD1" w14:textId="77777777" w:rsidR="00F5517B" w:rsidRPr="007E05CF" w:rsidRDefault="00F5517B" w:rsidP="00AA1700">
            <w:pPr>
              <w:ind w:right="-1192"/>
              <w:rPr>
                <w:rFonts w:ascii="Arial" w:hAnsi="Arial" w:cs="Arial"/>
                <w:b/>
                <w:bCs/>
                <w:sz w:val="20"/>
                <w:szCs w:val="20"/>
              </w:rPr>
            </w:pPr>
          </w:p>
          <w:p w14:paraId="5AB5D883" w14:textId="77777777" w:rsidR="00F5517B" w:rsidRPr="007E05CF" w:rsidRDefault="00F5517B" w:rsidP="00AA1700">
            <w:pPr>
              <w:ind w:right="-1192"/>
              <w:rPr>
                <w:rFonts w:ascii="Arial" w:hAnsi="Arial" w:cs="Arial"/>
                <w:b/>
                <w:bCs/>
                <w:sz w:val="20"/>
              </w:rPr>
            </w:pPr>
          </w:p>
          <w:p w14:paraId="0D3FEE69" w14:textId="77777777" w:rsidR="00F5517B" w:rsidRPr="007E05CF" w:rsidRDefault="00F5517B" w:rsidP="00AA1700">
            <w:pPr>
              <w:ind w:right="-1192"/>
              <w:rPr>
                <w:rFonts w:ascii="Arial" w:hAnsi="Arial" w:cs="Arial"/>
                <w:b/>
                <w:bCs/>
                <w:sz w:val="20"/>
                <w:szCs w:val="20"/>
              </w:rPr>
            </w:pPr>
          </w:p>
          <w:p w14:paraId="68A9FD4C" w14:textId="77777777" w:rsidR="00F5517B" w:rsidRPr="007E05CF" w:rsidRDefault="00F5517B" w:rsidP="00AA1700">
            <w:pPr>
              <w:ind w:right="-1192"/>
              <w:rPr>
                <w:rFonts w:ascii="Arial" w:hAnsi="Arial" w:cs="Arial"/>
                <w:b/>
                <w:bCs/>
                <w:sz w:val="20"/>
                <w:szCs w:val="20"/>
              </w:rPr>
            </w:pPr>
          </w:p>
          <w:p w14:paraId="5C672D91" w14:textId="77777777" w:rsidR="00F5517B" w:rsidRPr="007E05CF" w:rsidRDefault="00F5517B" w:rsidP="00AA1700">
            <w:pPr>
              <w:ind w:right="-1192"/>
              <w:rPr>
                <w:rFonts w:ascii="Arial" w:hAnsi="Arial" w:cs="Arial"/>
                <w:b/>
                <w:bCs/>
                <w:sz w:val="20"/>
                <w:szCs w:val="20"/>
              </w:rPr>
            </w:pPr>
          </w:p>
          <w:p w14:paraId="7D4BEF29" w14:textId="77777777" w:rsidR="00F5517B" w:rsidRPr="007E05CF" w:rsidRDefault="00F5517B" w:rsidP="00AA1700">
            <w:pPr>
              <w:ind w:right="-1192"/>
              <w:rPr>
                <w:rFonts w:ascii="Arial" w:hAnsi="Arial" w:cs="Arial"/>
                <w:b/>
                <w:bCs/>
                <w:sz w:val="20"/>
                <w:szCs w:val="20"/>
              </w:rPr>
            </w:pPr>
          </w:p>
          <w:p w14:paraId="6522EFC7" w14:textId="77777777" w:rsidR="00F5517B" w:rsidRPr="007E05CF" w:rsidRDefault="00F5517B" w:rsidP="00AA1700">
            <w:pPr>
              <w:ind w:right="-1192"/>
              <w:rPr>
                <w:rFonts w:ascii="Arial" w:hAnsi="Arial" w:cs="Arial"/>
                <w:b/>
                <w:bCs/>
                <w:sz w:val="20"/>
                <w:szCs w:val="20"/>
              </w:rPr>
            </w:pPr>
          </w:p>
          <w:p w14:paraId="0855971D" w14:textId="77777777" w:rsidR="00F5517B" w:rsidRPr="007E05CF" w:rsidRDefault="00F5517B" w:rsidP="00AA1700">
            <w:pPr>
              <w:ind w:right="-1192"/>
              <w:rPr>
                <w:rFonts w:ascii="Arial" w:hAnsi="Arial" w:cs="Arial"/>
                <w:b/>
                <w:bCs/>
                <w:sz w:val="20"/>
                <w:szCs w:val="20"/>
              </w:rPr>
            </w:pPr>
          </w:p>
          <w:p w14:paraId="5692E3A3" w14:textId="77777777" w:rsidR="00F5517B" w:rsidRPr="007E05CF" w:rsidRDefault="00F5517B" w:rsidP="00AA1700">
            <w:pPr>
              <w:ind w:right="-1192"/>
              <w:rPr>
                <w:rFonts w:ascii="Arial" w:hAnsi="Arial" w:cs="Arial"/>
                <w:b/>
                <w:bCs/>
                <w:sz w:val="20"/>
                <w:szCs w:val="20"/>
              </w:rPr>
            </w:pPr>
          </w:p>
          <w:p w14:paraId="5C33D594" w14:textId="77777777" w:rsidR="00F5517B" w:rsidRPr="007E05CF" w:rsidRDefault="00F5517B" w:rsidP="00AA1700">
            <w:pPr>
              <w:ind w:right="-1192"/>
              <w:rPr>
                <w:rFonts w:ascii="Arial" w:hAnsi="Arial" w:cs="Arial"/>
                <w:b/>
                <w:bCs/>
                <w:sz w:val="20"/>
                <w:szCs w:val="20"/>
              </w:rPr>
            </w:pPr>
          </w:p>
          <w:p w14:paraId="4B958826" w14:textId="77777777" w:rsidR="00F5517B" w:rsidRPr="007E05CF" w:rsidRDefault="00F5517B" w:rsidP="00AA1700">
            <w:pPr>
              <w:ind w:right="-1192"/>
              <w:rPr>
                <w:rFonts w:ascii="Arial" w:hAnsi="Arial" w:cs="Arial"/>
                <w:b/>
                <w:bCs/>
                <w:sz w:val="20"/>
                <w:szCs w:val="20"/>
              </w:rPr>
            </w:pPr>
          </w:p>
        </w:tc>
      </w:tr>
    </w:tbl>
    <w:p w14:paraId="68CF418A" w14:textId="77777777" w:rsidR="00F5517B" w:rsidRPr="007E05CF" w:rsidRDefault="00F5517B" w:rsidP="00F5517B">
      <w:pPr>
        <w:ind w:left="-900" w:right="-1333"/>
        <w:rPr>
          <w:rFonts w:ascii="Arial" w:hAnsi="Arial" w:cs="Arial"/>
          <w:sz w:val="20"/>
        </w:rPr>
      </w:pPr>
    </w:p>
    <w:p w14:paraId="721243FD" w14:textId="77777777" w:rsidR="00F5517B" w:rsidRDefault="00F5517B" w:rsidP="00F5517B">
      <w:pPr>
        <w:ind w:left="-900" w:right="-1333"/>
        <w:rPr>
          <w:rFonts w:ascii="Arial" w:hAnsi="Arial" w:cs="Arial"/>
          <w:sz w:val="20"/>
        </w:rPr>
      </w:pPr>
    </w:p>
    <w:p w14:paraId="41C74097" w14:textId="77777777" w:rsidR="00F5517B" w:rsidRDefault="00F5517B" w:rsidP="00F5517B">
      <w:pPr>
        <w:ind w:left="-900" w:right="-1333"/>
        <w:rPr>
          <w:rFonts w:ascii="Arial" w:hAnsi="Arial" w:cs="Arial"/>
          <w:sz w:val="20"/>
        </w:rPr>
      </w:pPr>
    </w:p>
    <w:p w14:paraId="1405A81E" w14:textId="77777777" w:rsidR="00F5517B" w:rsidRPr="007E05CF" w:rsidRDefault="00F5517B" w:rsidP="00F5517B">
      <w:pPr>
        <w:ind w:left="-900" w:right="-1333"/>
        <w:rPr>
          <w:rFonts w:ascii="Arial" w:hAnsi="Arial" w:cs="Arial"/>
          <w:sz w:val="20"/>
          <w:szCs w:val="20"/>
        </w:rPr>
      </w:pPr>
    </w:p>
    <w:p w14:paraId="380F3069" w14:textId="77777777" w:rsidR="00F5517B" w:rsidRPr="007E05CF" w:rsidRDefault="00F5517B" w:rsidP="00F5517B">
      <w:pPr>
        <w:ind w:left="-851" w:right="-1192"/>
        <w:rPr>
          <w:rFonts w:ascii="Arial" w:hAnsi="Arial" w:cs="Arial"/>
          <w:b/>
          <w:bCs/>
          <w:sz w:val="20"/>
          <w:szCs w:val="20"/>
        </w:rPr>
      </w:pPr>
      <w:r w:rsidRPr="007E05CF">
        <w:rPr>
          <w:rFonts w:ascii="Arial" w:hAnsi="Arial" w:cs="Arial"/>
          <w:b/>
          <w:bCs/>
          <w:sz w:val="20"/>
        </w:rPr>
        <w:t>Data Protection</w:t>
      </w:r>
    </w:p>
    <w:p w14:paraId="39C0F7BF" w14:textId="77777777" w:rsidR="00F5517B" w:rsidRPr="007E05CF" w:rsidRDefault="00F5517B" w:rsidP="00F5517B">
      <w:pPr>
        <w:ind w:right="-1333"/>
        <w:rPr>
          <w:rFonts w:ascii="Arial" w:hAnsi="Arial" w:cs="Arial"/>
          <w:sz w:val="20"/>
        </w:rPr>
      </w:pPr>
    </w:p>
    <w:tbl>
      <w:tblPr>
        <w:tblW w:w="10328"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8"/>
      </w:tblGrid>
      <w:tr w:rsidR="00F5517B" w:rsidRPr="007E05CF" w14:paraId="3A8EB482" w14:textId="77777777" w:rsidTr="00AA1700">
        <w:trPr>
          <w:trHeight w:val="493"/>
        </w:trPr>
        <w:tc>
          <w:tcPr>
            <w:tcW w:w="10328" w:type="dxa"/>
            <w:shd w:val="clear" w:color="auto" w:fill="D9D9D9" w:themeFill="background1" w:themeFillShade="D9"/>
          </w:tcPr>
          <w:p w14:paraId="3AED3ECB" w14:textId="77777777" w:rsidR="00F5517B" w:rsidRPr="007E05CF" w:rsidRDefault="00F5517B" w:rsidP="00AA1700">
            <w:pPr>
              <w:rPr>
                <w:rFonts w:ascii="Arial" w:hAnsi="Arial" w:cs="Arial"/>
                <w:b/>
                <w:bCs/>
                <w:sz w:val="20"/>
                <w:szCs w:val="20"/>
              </w:rPr>
            </w:pPr>
            <w:r w:rsidRPr="00A101FE">
              <w:rPr>
                <w:rFonts w:ascii="Arial" w:hAnsi="Arial" w:cs="Arial"/>
                <w:b/>
                <w:bCs/>
                <w:sz w:val="20"/>
                <w:szCs w:val="20"/>
              </w:rPr>
              <w:t>Data protection statement</w:t>
            </w:r>
          </w:p>
        </w:tc>
      </w:tr>
      <w:tr w:rsidR="00F5517B" w:rsidRPr="007E05CF" w14:paraId="3A9E1E65" w14:textId="77777777" w:rsidTr="00AA1700">
        <w:trPr>
          <w:trHeight w:val="1817"/>
        </w:trPr>
        <w:tc>
          <w:tcPr>
            <w:tcW w:w="10328" w:type="dxa"/>
          </w:tcPr>
          <w:p w14:paraId="0FAFB300" w14:textId="77777777" w:rsidR="00F5517B" w:rsidRPr="007E05CF" w:rsidRDefault="00F5517B" w:rsidP="00AA1700">
            <w:pPr>
              <w:rPr>
                <w:rFonts w:ascii="Arial" w:eastAsia="Calibri" w:hAnsi="Arial" w:cs="Arial"/>
                <w:sz w:val="20"/>
                <w:szCs w:val="20"/>
              </w:rPr>
            </w:pPr>
            <w:proofErr w:type="gramStart"/>
            <w:r w:rsidRPr="007E05CF">
              <w:rPr>
                <w:rFonts w:ascii="Arial" w:eastAsia="Calibri" w:hAnsi="Arial" w:cs="Arial"/>
                <w:sz w:val="20"/>
                <w:szCs w:val="20"/>
              </w:rPr>
              <w:t>All of</w:t>
            </w:r>
            <w:proofErr w:type="gramEnd"/>
            <w:r w:rsidRPr="007E05CF">
              <w:rPr>
                <w:rFonts w:ascii="Arial" w:eastAsia="Calibri" w:hAnsi="Arial" w:cs="Arial"/>
                <w:sz w:val="20"/>
                <w:szCs w:val="20"/>
              </w:rPr>
              <w:t xml:space="preserve"> the information collected in this form is necessary and relevant to the performance of the job applied for. We will use the information provided by you on this form, and by the referees you have noted, for recruitment purposes only. The </w:t>
            </w:r>
            <w:r>
              <w:rPr>
                <w:rFonts w:ascii="Arial" w:eastAsia="Calibri" w:hAnsi="Arial" w:cs="Arial"/>
                <w:sz w:val="20"/>
                <w:szCs w:val="20"/>
              </w:rPr>
              <w:t>Organisation</w:t>
            </w:r>
            <w:r w:rsidRPr="007E05CF">
              <w:rPr>
                <w:rFonts w:ascii="Arial" w:eastAsia="Calibri" w:hAnsi="Arial" w:cs="Arial"/>
                <w:sz w:val="20"/>
                <w:szCs w:val="20"/>
              </w:rPr>
              <w:t xml:space="preserve"> will treat all personal information with the utmost confidentiality and in line with current data protection legislation. </w:t>
            </w:r>
          </w:p>
          <w:p w14:paraId="6272BD52" w14:textId="77777777" w:rsidR="00F5517B" w:rsidRPr="007E05CF" w:rsidRDefault="00F5517B" w:rsidP="00AA1700">
            <w:pPr>
              <w:rPr>
                <w:rFonts w:ascii="Arial" w:eastAsia="Calibri" w:hAnsi="Arial" w:cs="Arial"/>
                <w:sz w:val="20"/>
                <w:szCs w:val="20"/>
              </w:rPr>
            </w:pPr>
          </w:p>
          <w:p w14:paraId="66D5E713" w14:textId="77777777" w:rsidR="00F5517B" w:rsidRPr="007E05CF" w:rsidRDefault="00F5517B" w:rsidP="00AA1700">
            <w:pPr>
              <w:rPr>
                <w:rFonts w:ascii="Arial" w:eastAsia="Calibri" w:hAnsi="Arial" w:cs="Arial"/>
                <w:sz w:val="20"/>
                <w:szCs w:val="20"/>
              </w:rPr>
            </w:pPr>
            <w:r w:rsidRPr="007E05CF">
              <w:rPr>
                <w:rFonts w:ascii="Arial" w:eastAsia="Calibri" w:hAnsi="Arial" w:cs="Arial"/>
                <w:sz w:val="20"/>
                <w:szCs w:val="20"/>
              </w:rPr>
              <w:t>Should you be successful in your application, the information provided, and further information which will be gathered at the relevant time, will be subsequently used for the administration of your employment and in relation to any legal challenge which may be made regarding our recruitment practices.</w:t>
            </w:r>
          </w:p>
          <w:p w14:paraId="370EC082" w14:textId="77777777" w:rsidR="00F5517B" w:rsidRPr="007E05CF" w:rsidRDefault="00F5517B" w:rsidP="00AA1700">
            <w:pPr>
              <w:rPr>
                <w:rFonts w:ascii="Arial" w:eastAsia="Calibri" w:hAnsi="Arial" w:cs="Arial"/>
                <w:sz w:val="20"/>
                <w:szCs w:val="20"/>
              </w:rPr>
            </w:pPr>
          </w:p>
          <w:p w14:paraId="4BFC17B0" w14:textId="77777777" w:rsidR="00F5517B" w:rsidRDefault="00F5517B" w:rsidP="00AA1700">
            <w:pPr>
              <w:ind w:right="-1192"/>
              <w:rPr>
                <w:rFonts w:ascii="Arial" w:eastAsia="Calibri" w:hAnsi="Arial" w:cs="Arial"/>
                <w:sz w:val="20"/>
                <w:szCs w:val="20"/>
              </w:rPr>
            </w:pPr>
            <w:r w:rsidRPr="007E05CF">
              <w:rPr>
                <w:rFonts w:ascii="Arial" w:eastAsia="Calibri" w:hAnsi="Arial" w:cs="Arial"/>
                <w:sz w:val="20"/>
                <w:szCs w:val="20"/>
              </w:rPr>
              <w:t xml:space="preserve">For more information on how we use the information you have provided, please see our privacy notice for </w:t>
            </w:r>
          </w:p>
          <w:p w14:paraId="21259A53" w14:textId="77777777" w:rsidR="00F5517B" w:rsidRPr="007E05CF" w:rsidRDefault="00F5517B" w:rsidP="00AA1700">
            <w:pPr>
              <w:ind w:right="-1192"/>
              <w:rPr>
                <w:rFonts w:ascii="Arial" w:hAnsi="Arial" w:cs="Arial"/>
                <w:b/>
                <w:bCs/>
                <w:sz w:val="20"/>
                <w:szCs w:val="20"/>
              </w:rPr>
            </w:pPr>
            <w:r w:rsidRPr="007E05CF">
              <w:rPr>
                <w:rFonts w:ascii="Arial" w:eastAsia="Calibri" w:hAnsi="Arial" w:cs="Arial"/>
                <w:sz w:val="20"/>
                <w:szCs w:val="20"/>
              </w:rPr>
              <w:t xml:space="preserve">job applicants which </w:t>
            </w:r>
            <w:proofErr w:type="gramStart"/>
            <w:r>
              <w:rPr>
                <w:rFonts w:ascii="Arial" w:eastAsia="Calibri" w:hAnsi="Arial" w:cs="Arial"/>
                <w:sz w:val="20"/>
                <w:szCs w:val="20"/>
              </w:rPr>
              <w:t>is</w:t>
            </w:r>
            <w:proofErr w:type="gramEnd"/>
            <w:r>
              <w:rPr>
                <w:rFonts w:ascii="Arial" w:eastAsia="Calibri" w:hAnsi="Arial" w:cs="Arial"/>
                <w:sz w:val="20"/>
                <w:szCs w:val="20"/>
              </w:rPr>
              <w:t xml:space="preserve"> </w:t>
            </w:r>
            <w:r w:rsidRPr="007E05CF">
              <w:rPr>
                <w:rFonts w:ascii="Arial" w:eastAsia="Calibri" w:hAnsi="Arial" w:cs="Arial"/>
                <w:sz w:val="20"/>
                <w:szCs w:val="20"/>
              </w:rPr>
              <w:t>attached to this form.</w:t>
            </w:r>
          </w:p>
        </w:tc>
      </w:tr>
    </w:tbl>
    <w:p w14:paraId="5F00E407" w14:textId="77777777" w:rsidR="00F5517B" w:rsidRPr="007E05CF" w:rsidRDefault="00F5517B" w:rsidP="00F5517B">
      <w:pPr>
        <w:ind w:left="-900" w:right="-1333"/>
        <w:rPr>
          <w:rFonts w:ascii="Arial" w:hAnsi="Arial" w:cs="Arial"/>
          <w:sz w:val="20"/>
        </w:rPr>
      </w:pPr>
    </w:p>
    <w:p w14:paraId="4038CA7E" w14:textId="77777777" w:rsidR="00F5517B" w:rsidRPr="007E05CF" w:rsidRDefault="00F5517B" w:rsidP="00F5517B">
      <w:pPr>
        <w:ind w:left="-851" w:right="-1192"/>
        <w:rPr>
          <w:rFonts w:ascii="Arial" w:hAnsi="Arial" w:cs="Arial"/>
          <w:sz w:val="20"/>
          <w:szCs w:val="20"/>
        </w:rPr>
      </w:pPr>
      <w:r w:rsidRPr="007E05CF">
        <w:rPr>
          <w:rFonts w:ascii="Arial" w:hAnsi="Arial" w:cs="Arial"/>
          <w:sz w:val="20"/>
        </w:rPr>
        <w:br w:type="page"/>
      </w:r>
      <w:r w:rsidRPr="007E05CF">
        <w:rPr>
          <w:rFonts w:ascii="Arial" w:hAnsi="Arial" w:cs="Arial"/>
          <w:b/>
          <w:bCs/>
          <w:sz w:val="20"/>
          <w:szCs w:val="20"/>
        </w:rPr>
        <w:lastRenderedPageBreak/>
        <w:t>Referees</w:t>
      </w:r>
    </w:p>
    <w:p w14:paraId="5DBD1778" w14:textId="77777777" w:rsidR="00F5517B" w:rsidRPr="007E05CF" w:rsidRDefault="00F5517B" w:rsidP="00F5517B">
      <w:pPr>
        <w:ind w:left="-900"/>
        <w:rPr>
          <w:rFonts w:ascii="Arial" w:hAnsi="Arial" w:cs="Arial"/>
          <w:b/>
          <w:sz w:val="20"/>
          <w:szCs w:val="20"/>
        </w:rPr>
      </w:pPr>
    </w:p>
    <w:p w14:paraId="3A3A2C50" w14:textId="77777777" w:rsidR="00F5517B" w:rsidRPr="007E05CF" w:rsidRDefault="00F5517B" w:rsidP="00F5517B">
      <w:pPr>
        <w:pStyle w:val="BodyText"/>
        <w:ind w:left="-900" w:right="-908"/>
        <w:rPr>
          <w:rFonts w:cs="Arial"/>
        </w:rPr>
      </w:pPr>
      <w:r w:rsidRPr="007E05CF">
        <w:rPr>
          <w:rFonts w:cs="Arial"/>
        </w:rPr>
        <w:t xml:space="preserve">Please supply details of two </w:t>
      </w:r>
      <w:r w:rsidRPr="007E05CF">
        <w:rPr>
          <w:rFonts w:cs="Arial"/>
          <w:b/>
        </w:rPr>
        <w:t>previous employers</w:t>
      </w:r>
      <w:r w:rsidRPr="007E05CF">
        <w:rPr>
          <w:rFonts w:cs="Arial"/>
        </w:rPr>
        <w:t xml:space="preserve"> (including current/most recent employer), who have agreed to act as referees, neither of whom should be related to you. It is not our policy to contact referees prior to offer of employment; however, should we require to do so we shall seek permission from the applicant beforehand.</w:t>
      </w:r>
    </w:p>
    <w:p w14:paraId="64C2CB1B" w14:textId="77777777" w:rsidR="00F5517B" w:rsidRPr="007E05CF" w:rsidRDefault="00F5517B" w:rsidP="00F5517B">
      <w:pPr>
        <w:pStyle w:val="BodyText"/>
        <w:ind w:left="-900" w:right="-908"/>
        <w:rPr>
          <w:rFonts w:cs="Arial"/>
        </w:rPr>
      </w:pPr>
    </w:p>
    <w:p w14:paraId="1FF6C70B" w14:textId="77777777" w:rsidR="00F5517B" w:rsidRPr="007E05CF" w:rsidRDefault="00F5517B" w:rsidP="00F5517B">
      <w:pPr>
        <w:pStyle w:val="BodyText"/>
        <w:ind w:left="-900" w:right="-908"/>
        <w:rPr>
          <w:rFonts w:cs="Arial"/>
        </w:rPr>
      </w:pPr>
    </w:p>
    <w:tbl>
      <w:tblPr>
        <w:tblStyle w:val="TableGrid"/>
        <w:tblW w:w="10080" w:type="dxa"/>
        <w:tblInd w:w="-900" w:type="dxa"/>
        <w:tblLook w:val="04A0" w:firstRow="1" w:lastRow="0" w:firstColumn="1" w:lastColumn="0" w:noHBand="0" w:noVBand="1"/>
      </w:tblPr>
      <w:tblGrid>
        <w:gridCol w:w="2001"/>
        <w:gridCol w:w="8079"/>
      </w:tblGrid>
      <w:tr w:rsidR="00F5517B" w:rsidRPr="007E05CF" w14:paraId="0D45EFEA" w14:textId="77777777" w:rsidTr="00AA1700">
        <w:tc>
          <w:tcPr>
            <w:tcW w:w="10080" w:type="dxa"/>
            <w:gridSpan w:val="2"/>
            <w:shd w:val="clear" w:color="auto" w:fill="D9D9D9" w:themeFill="background1" w:themeFillShade="D9"/>
          </w:tcPr>
          <w:p w14:paraId="593EAA9D" w14:textId="77777777" w:rsidR="00F5517B" w:rsidRPr="007E05CF" w:rsidRDefault="00F5517B" w:rsidP="00AA1700">
            <w:pPr>
              <w:pStyle w:val="BodyText"/>
              <w:ind w:right="-908"/>
              <w:rPr>
                <w:rFonts w:cs="Arial"/>
              </w:rPr>
            </w:pPr>
            <w:r w:rsidRPr="007E05CF">
              <w:rPr>
                <w:rFonts w:cs="Arial"/>
              </w:rPr>
              <w:t>Current/most recent employer</w:t>
            </w:r>
          </w:p>
          <w:p w14:paraId="54243D06" w14:textId="77777777" w:rsidR="00F5517B" w:rsidRPr="007E05CF" w:rsidRDefault="00F5517B" w:rsidP="00AA1700">
            <w:pPr>
              <w:pStyle w:val="BodyText"/>
              <w:ind w:right="-908"/>
              <w:rPr>
                <w:rFonts w:cs="Arial"/>
              </w:rPr>
            </w:pPr>
          </w:p>
        </w:tc>
      </w:tr>
      <w:tr w:rsidR="00F5517B" w:rsidRPr="007E05CF" w14:paraId="1415F4BB" w14:textId="77777777" w:rsidTr="00AA1700">
        <w:tc>
          <w:tcPr>
            <w:tcW w:w="2001" w:type="dxa"/>
          </w:tcPr>
          <w:p w14:paraId="4F11AA97" w14:textId="77777777" w:rsidR="00F5517B" w:rsidRPr="007E05CF" w:rsidRDefault="00F5517B" w:rsidP="00AA1700">
            <w:pPr>
              <w:pStyle w:val="BodyText"/>
              <w:ind w:right="-908"/>
              <w:rPr>
                <w:rFonts w:cs="Arial"/>
              </w:rPr>
            </w:pPr>
            <w:r w:rsidRPr="007E05CF">
              <w:rPr>
                <w:rFonts w:cs="Arial"/>
              </w:rPr>
              <w:t>Name:</w:t>
            </w:r>
          </w:p>
        </w:tc>
        <w:tc>
          <w:tcPr>
            <w:tcW w:w="8079" w:type="dxa"/>
          </w:tcPr>
          <w:p w14:paraId="73CA40BD" w14:textId="77777777" w:rsidR="00F5517B" w:rsidRPr="007E05CF" w:rsidRDefault="00F5517B" w:rsidP="00AA1700">
            <w:pPr>
              <w:pStyle w:val="BodyText"/>
              <w:ind w:right="-908"/>
              <w:rPr>
                <w:rFonts w:cs="Arial"/>
              </w:rPr>
            </w:pPr>
          </w:p>
          <w:p w14:paraId="3122835B" w14:textId="77777777" w:rsidR="00F5517B" w:rsidRPr="007E05CF" w:rsidRDefault="00F5517B" w:rsidP="00AA1700">
            <w:pPr>
              <w:pStyle w:val="BodyText"/>
              <w:ind w:right="-908"/>
              <w:rPr>
                <w:rFonts w:cs="Arial"/>
              </w:rPr>
            </w:pPr>
          </w:p>
        </w:tc>
      </w:tr>
      <w:tr w:rsidR="00F5517B" w:rsidRPr="007E05CF" w14:paraId="22BE1DF9" w14:textId="77777777" w:rsidTr="00AA1700">
        <w:tc>
          <w:tcPr>
            <w:tcW w:w="2001" w:type="dxa"/>
          </w:tcPr>
          <w:p w14:paraId="295A6607" w14:textId="77777777" w:rsidR="00F5517B" w:rsidRPr="007E05CF" w:rsidRDefault="00F5517B" w:rsidP="00AA1700">
            <w:pPr>
              <w:pStyle w:val="BodyText"/>
              <w:ind w:right="-908"/>
              <w:rPr>
                <w:rFonts w:cs="Arial"/>
              </w:rPr>
            </w:pPr>
            <w:r w:rsidRPr="007E05CF">
              <w:rPr>
                <w:rFonts w:cs="Arial"/>
              </w:rPr>
              <w:t>Job Title:</w:t>
            </w:r>
          </w:p>
        </w:tc>
        <w:tc>
          <w:tcPr>
            <w:tcW w:w="8079" w:type="dxa"/>
          </w:tcPr>
          <w:p w14:paraId="0C08E7F3" w14:textId="77777777" w:rsidR="00F5517B" w:rsidRPr="007E05CF" w:rsidRDefault="00F5517B" w:rsidP="00AA1700">
            <w:pPr>
              <w:pStyle w:val="BodyText"/>
              <w:ind w:right="-908"/>
              <w:rPr>
                <w:rFonts w:cs="Arial"/>
              </w:rPr>
            </w:pPr>
          </w:p>
          <w:p w14:paraId="4CB6FABE" w14:textId="77777777" w:rsidR="00F5517B" w:rsidRPr="007E05CF" w:rsidRDefault="00F5517B" w:rsidP="00AA1700">
            <w:pPr>
              <w:pStyle w:val="BodyText"/>
              <w:ind w:right="-908"/>
              <w:rPr>
                <w:rFonts w:cs="Arial"/>
              </w:rPr>
            </w:pPr>
          </w:p>
        </w:tc>
      </w:tr>
      <w:tr w:rsidR="00F5517B" w:rsidRPr="007E05CF" w14:paraId="5EBACC0C" w14:textId="77777777" w:rsidTr="00AA1700">
        <w:tc>
          <w:tcPr>
            <w:tcW w:w="2001" w:type="dxa"/>
          </w:tcPr>
          <w:p w14:paraId="72908FDA" w14:textId="77777777" w:rsidR="00F5517B" w:rsidRPr="007E05CF" w:rsidRDefault="00F5517B" w:rsidP="00AA1700">
            <w:pPr>
              <w:pStyle w:val="BodyText"/>
              <w:ind w:right="-908"/>
              <w:rPr>
                <w:rFonts w:cs="Arial"/>
              </w:rPr>
            </w:pPr>
            <w:r>
              <w:rPr>
                <w:rFonts w:cs="Arial"/>
              </w:rPr>
              <w:t>Employer</w:t>
            </w:r>
            <w:r w:rsidRPr="007E05CF">
              <w:rPr>
                <w:rFonts w:cs="Arial"/>
              </w:rPr>
              <w:t xml:space="preserve"> Name:</w:t>
            </w:r>
          </w:p>
        </w:tc>
        <w:tc>
          <w:tcPr>
            <w:tcW w:w="8079" w:type="dxa"/>
          </w:tcPr>
          <w:p w14:paraId="2EEB9974" w14:textId="77777777" w:rsidR="00F5517B" w:rsidRPr="007E05CF" w:rsidRDefault="00F5517B" w:rsidP="00AA1700">
            <w:pPr>
              <w:pStyle w:val="BodyText"/>
              <w:ind w:right="-908"/>
              <w:rPr>
                <w:rFonts w:cs="Arial"/>
              </w:rPr>
            </w:pPr>
          </w:p>
          <w:p w14:paraId="1F6AC957" w14:textId="77777777" w:rsidR="00F5517B" w:rsidRPr="007E05CF" w:rsidRDefault="00F5517B" w:rsidP="00AA1700">
            <w:pPr>
              <w:pStyle w:val="BodyText"/>
              <w:ind w:right="-908"/>
              <w:rPr>
                <w:rFonts w:cs="Arial"/>
              </w:rPr>
            </w:pPr>
          </w:p>
        </w:tc>
      </w:tr>
      <w:tr w:rsidR="00F5517B" w:rsidRPr="007E05CF" w14:paraId="519318EB" w14:textId="77777777" w:rsidTr="00AA1700">
        <w:tc>
          <w:tcPr>
            <w:tcW w:w="2001" w:type="dxa"/>
          </w:tcPr>
          <w:p w14:paraId="3F32C01A" w14:textId="77777777" w:rsidR="00F5517B" w:rsidRPr="007E05CF" w:rsidRDefault="00F5517B" w:rsidP="00AA1700">
            <w:pPr>
              <w:pStyle w:val="BodyText"/>
              <w:ind w:right="-908"/>
              <w:rPr>
                <w:rFonts w:cs="Arial"/>
              </w:rPr>
            </w:pPr>
            <w:r w:rsidRPr="007E05CF">
              <w:rPr>
                <w:rFonts w:cs="Arial"/>
              </w:rPr>
              <w:t>Relationship to you:</w:t>
            </w:r>
          </w:p>
        </w:tc>
        <w:tc>
          <w:tcPr>
            <w:tcW w:w="8079" w:type="dxa"/>
          </w:tcPr>
          <w:p w14:paraId="190073D3" w14:textId="77777777" w:rsidR="00F5517B" w:rsidRPr="007E05CF" w:rsidRDefault="00F5517B" w:rsidP="00AA1700">
            <w:pPr>
              <w:pStyle w:val="BodyText"/>
              <w:ind w:right="-908"/>
              <w:rPr>
                <w:rFonts w:cs="Arial"/>
              </w:rPr>
            </w:pPr>
          </w:p>
          <w:p w14:paraId="416818FA" w14:textId="77777777" w:rsidR="00F5517B" w:rsidRPr="007E05CF" w:rsidRDefault="00F5517B" w:rsidP="00AA1700">
            <w:pPr>
              <w:pStyle w:val="BodyText"/>
              <w:ind w:right="-908"/>
              <w:rPr>
                <w:rFonts w:cs="Arial"/>
              </w:rPr>
            </w:pPr>
          </w:p>
        </w:tc>
      </w:tr>
      <w:tr w:rsidR="00F5517B" w:rsidRPr="007E05CF" w14:paraId="70759E94" w14:textId="77777777" w:rsidTr="00AA1700">
        <w:tc>
          <w:tcPr>
            <w:tcW w:w="2001" w:type="dxa"/>
          </w:tcPr>
          <w:p w14:paraId="132FD101" w14:textId="77777777" w:rsidR="00F5517B" w:rsidRPr="007E05CF" w:rsidRDefault="00F5517B" w:rsidP="00AA1700">
            <w:pPr>
              <w:pStyle w:val="BodyText"/>
              <w:ind w:right="-908"/>
              <w:rPr>
                <w:rFonts w:cs="Arial"/>
              </w:rPr>
            </w:pPr>
            <w:r w:rsidRPr="007E05CF">
              <w:rPr>
                <w:rFonts w:cs="Arial"/>
              </w:rPr>
              <w:t>Address:</w:t>
            </w:r>
          </w:p>
        </w:tc>
        <w:tc>
          <w:tcPr>
            <w:tcW w:w="8079" w:type="dxa"/>
          </w:tcPr>
          <w:p w14:paraId="2C71E0D7" w14:textId="77777777" w:rsidR="00F5517B" w:rsidRPr="007E05CF" w:rsidRDefault="00F5517B" w:rsidP="00AA1700">
            <w:pPr>
              <w:pStyle w:val="BodyText"/>
              <w:ind w:right="-908"/>
              <w:rPr>
                <w:rFonts w:cs="Arial"/>
              </w:rPr>
            </w:pPr>
          </w:p>
          <w:p w14:paraId="27CB6AE7" w14:textId="77777777" w:rsidR="00F5517B" w:rsidRPr="007E05CF" w:rsidRDefault="00F5517B" w:rsidP="00AA1700">
            <w:pPr>
              <w:pStyle w:val="BodyText"/>
              <w:ind w:right="-908"/>
              <w:rPr>
                <w:rFonts w:cs="Arial"/>
              </w:rPr>
            </w:pPr>
          </w:p>
          <w:p w14:paraId="41D0EEBE" w14:textId="77777777" w:rsidR="00F5517B" w:rsidRPr="007E05CF" w:rsidRDefault="00F5517B" w:rsidP="00AA1700">
            <w:pPr>
              <w:pStyle w:val="BodyText"/>
              <w:ind w:right="-908"/>
              <w:rPr>
                <w:rFonts w:cs="Arial"/>
              </w:rPr>
            </w:pPr>
          </w:p>
          <w:p w14:paraId="0763CC2A" w14:textId="77777777" w:rsidR="00F5517B" w:rsidRPr="007E05CF" w:rsidRDefault="00F5517B" w:rsidP="00AA1700">
            <w:pPr>
              <w:pStyle w:val="BodyText"/>
              <w:ind w:right="-908"/>
              <w:rPr>
                <w:rFonts w:cs="Arial"/>
              </w:rPr>
            </w:pPr>
          </w:p>
          <w:p w14:paraId="1A9C1245" w14:textId="77777777" w:rsidR="00F5517B" w:rsidRPr="007E05CF" w:rsidRDefault="00F5517B" w:rsidP="00AA1700">
            <w:pPr>
              <w:pStyle w:val="BodyText"/>
              <w:ind w:right="-908"/>
              <w:rPr>
                <w:rFonts w:cs="Arial"/>
              </w:rPr>
            </w:pPr>
          </w:p>
        </w:tc>
      </w:tr>
      <w:tr w:rsidR="00F5517B" w:rsidRPr="007E05CF" w14:paraId="162A1C7F" w14:textId="77777777" w:rsidTr="00AA1700">
        <w:tc>
          <w:tcPr>
            <w:tcW w:w="2001" w:type="dxa"/>
          </w:tcPr>
          <w:p w14:paraId="6B5198D6" w14:textId="77777777" w:rsidR="00F5517B" w:rsidRPr="007E05CF" w:rsidRDefault="00F5517B" w:rsidP="00AA1700">
            <w:pPr>
              <w:pStyle w:val="BodyText"/>
              <w:ind w:right="-908"/>
              <w:rPr>
                <w:rFonts w:cs="Arial"/>
              </w:rPr>
            </w:pPr>
            <w:r w:rsidRPr="007E05CF">
              <w:rPr>
                <w:rFonts w:cs="Arial"/>
              </w:rPr>
              <w:t>Email:</w:t>
            </w:r>
          </w:p>
        </w:tc>
        <w:tc>
          <w:tcPr>
            <w:tcW w:w="8079" w:type="dxa"/>
          </w:tcPr>
          <w:p w14:paraId="34613A5C" w14:textId="77777777" w:rsidR="00F5517B" w:rsidRPr="007E05CF" w:rsidRDefault="00F5517B" w:rsidP="00AA1700">
            <w:pPr>
              <w:pStyle w:val="BodyText"/>
              <w:ind w:right="-908"/>
              <w:rPr>
                <w:rFonts w:cs="Arial"/>
              </w:rPr>
            </w:pPr>
          </w:p>
          <w:p w14:paraId="1108B590" w14:textId="77777777" w:rsidR="00F5517B" w:rsidRPr="007E05CF" w:rsidRDefault="00F5517B" w:rsidP="00AA1700">
            <w:pPr>
              <w:pStyle w:val="BodyText"/>
              <w:ind w:right="-908"/>
              <w:rPr>
                <w:rFonts w:cs="Arial"/>
              </w:rPr>
            </w:pPr>
          </w:p>
        </w:tc>
      </w:tr>
      <w:tr w:rsidR="00F5517B" w:rsidRPr="007E05CF" w14:paraId="5FAC03A8" w14:textId="77777777" w:rsidTr="00AA1700">
        <w:tc>
          <w:tcPr>
            <w:tcW w:w="2001" w:type="dxa"/>
          </w:tcPr>
          <w:p w14:paraId="6893FD0A" w14:textId="77777777" w:rsidR="00F5517B" w:rsidRPr="007E05CF" w:rsidRDefault="00F5517B" w:rsidP="00AA1700">
            <w:pPr>
              <w:pStyle w:val="BodyText"/>
              <w:ind w:right="-908"/>
              <w:rPr>
                <w:rFonts w:cs="Arial"/>
              </w:rPr>
            </w:pPr>
            <w:r w:rsidRPr="007E05CF">
              <w:rPr>
                <w:rFonts w:cs="Arial"/>
              </w:rPr>
              <w:t>Telephone:</w:t>
            </w:r>
          </w:p>
        </w:tc>
        <w:tc>
          <w:tcPr>
            <w:tcW w:w="8079" w:type="dxa"/>
          </w:tcPr>
          <w:p w14:paraId="105F5EB9" w14:textId="77777777" w:rsidR="00F5517B" w:rsidRPr="007E05CF" w:rsidRDefault="00F5517B" w:rsidP="00AA1700">
            <w:pPr>
              <w:pStyle w:val="BodyText"/>
              <w:ind w:right="-908"/>
              <w:rPr>
                <w:rFonts w:cs="Arial"/>
              </w:rPr>
            </w:pPr>
          </w:p>
          <w:p w14:paraId="35C19CE0" w14:textId="77777777" w:rsidR="00F5517B" w:rsidRPr="007E05CF" w:rsidRDefault="00F5517B" w:rsidP="00AA1700">
            <w:pPr>
              <w:pStyle w:val="BodyText"/>
              <w:ind w:right="-908"/>
              <w:rPr>
                <w:rFonts w:cs="Arial"/>
              </w:rPr>
            </w:pPr>
          </w:p>
        </w:tc>
      </w:tr>
    </w:tbl>
    <w:p w14:paraId="65152C68" w14:textId="77777777" w:rsidR="00F5517B" w:rsidRPr="007E05CF" w:rsidRDefault="00F5517B" w:rsidP="00F5517B">
      <w:pPr>
        <w:pStyle w:val="BodyText"/>
        <w:ind w:left="-900" w:right="-908"/>
        <w:rPr>
          <w:rFonts w:cs="Arial"/>
        </w:rPr>
      </w:pPr>
    </w:p>
    <w:p w14:paraId="78556C97" w14:textId="77777777" w:rsidR="00F5517B" w:rsidRPr="007E05CF" w:rsidRDefault="00F5517B" w:rsidP="00F5517B">
      <w:pPr>
        <w:pStyle w:val="BodyText"/>
        <w:ind w:right="-908"/>
        <w:rPr>
          <w:rFonts w:cs="Arial"/>
        </w:rPr>
      </w:pPr>
    </w:p>
    <w:tbl>
      <w:tblPr>
        <w:tblStyle w:val="TableGrid"/>
        <w:tblW w:w="10080" w:type="dxa"/>
        <w:tblInd w:w="-900" w:type="dxa"/>
        <w:tblLook w:val="04A0" w:firstRow="1" w:lastRow="0" w:firstColumn="1" w:lastColumn="0" w:noHBand="0" w:noVBand="1"/>
      </w:tblPr>
      <w:tblGrid>
        <w:gridCol w:w="2001"/>
        <w:gridCol w:w="8079"/>
      </w:tblGrid>
      <w:tr w:rsidR="00F5517B" w:rsidRPr="007E05CF" w14:paraId="3EDC8037" w14:textId="77777777" w:rsidTr="00AA1700">
        <w:tc>
          <w:tcPr>
            <w:tcW w:w="10080" w:type="dxa"/>
            <w:gridSpan w:val="2"/>
            <w:shd w:val="clear" w:color="auto" w:fill="E7E6E6"/>
          </w:tcPr>
          <w:p w14:paraId="0033E2C2" w14:textId="77777777" w:rsidR="00F5517B" w:rsidRPr="007E05CF" w:rsidRDefault="00F5517B" w:rsidP="00AA1700">
            <w:pPr>
              <w:pStyle w:val="BodyText"/>
              <w:ind w:right="-908"/>
              <w:rPr>
                <w:rFonts w:cs="Arial"/>
              </w:rPr>
            </w:pPr>
            <w:r w:rsidRPr="007E05CF">
              <w:rPr>
                <w:rFonts w:cs="Arial"/>
              </w:rPr>
              <w:t>Previous Employer:</w:t>
            </w:r>
          </w:p>
          <w:p w14:paraId="618ED05E" w14:textId="77777777" w:rsidR="00F5517B" w:rsidRPr="007E05CF" w:rsidRDefault="00F5517B" w:rsidP="00AA1700">
            <w:pPr>
              <w:pStyle w:val="BodyText"/>
              <w:ind w:right="-908"/>
              <w:rPr>
                <w:rFonts w:cs="Arial"/>
              </w:rPr>
            </w:pPr>
          </w:p>
        </w:tc>
      </w:tr>
      <w:tr w:rsidR="00F5517B" w:rsidRPr="007E05CF" w14:paraId="6D164449" w14:textId="77777777" w:rsidTr="00AA1700">
        <w:tc>
          <w:tcPr>
            <w:tcW w:w="2001" w:type="dxa"/>
          </w:tcPr>
          <w:p w14:paraId="2C2F8C95" w14:textId="77777777" w:rsidR="00F5517B" w:rsidRPr="007E05CF" w:rsidRDefault="00F5517B" w:rsidP="00AA1700">
            <w:pPr>
              <w:pStyle w:val="BodyText"/>
              <w:ind w:right="-908"/>
              <w:rPr>
                <w:rFonts w:cs="Arial"/>
              </w:rPr>
            </w:pPr>
            <w:r w:rsidRPr="007E05CF">
              <w:rPr>
                <w:rFonts w:cs="Arial"/>
              </w:rPr>
              <w:t>Name:</w:t>
            </w:r>
          </w:p>
        </w:tc>
        <w:tc>
          <w:tcPr>
            <w:tcW w:w="8079" w:type="dxa"/>
          </w:tcPr>
          <w:p w14:paraId="3730F85C" w14:textId="77777777" w:rsidR="00F5517B" w:rsidRPr="007E05CF" w:rsidRDefault="00F5517B" w:rsidP="00AA1700">
            <w:pPr>
              <w:pStyle w:val="BodyText"/>
              <w:ind w:right="-908"/>
              <w:rPr>
                <w:rFonts w:cs="Arial"/>
              </w:rPr>
            </w:pPr>
          </w:p>
          <w:p w14:paraId="6CB4BF28" w14:textId="77777777" w:rsidR="00F5517B" w:rsidRPr="007E05CF" w:rsidRDefault="00F5517B" w:rsidP="00AA1700">
            <w:pPr>
              <w:pStyle w:val="BodyText"/>
              <w:ind w:right="-908"/>
              <w:rPr>
                <w:rFonts w:cs="Arial"/>
              </w:rPr>
            </w:pPr>
          </w:p>
        </w:tc>
      </w:tr>
      <w:tr w:rsidR="00F5517B" w:rsidRPr="007E05CF" w14:paraId="2E612777" w14:textId="77777777" w:rsidTr="00AA1700">
        <w:tc>
          <w:tcPr>
            <w:tcW w:w="2001" w:type="dxa"/>
          </w:tcPr>
          <w:p w14:paraId="0A468DF2" w14:textId="77777777" w:rsidR="00F5517B" w:rsidRPr="007E05CF" w:rsidRDefault="00F5517B" w:rsidP="00AA1700">
            <w:pPr>
              <w:pStyle w:val="BodyText"/>
              <w:ind w:right="-908"/>
              <w:rPr>
                <w:rFonts w:cs="Arial"/>
              </w:rPr>
            </w:pPr>
            <w:r w:rsidRPr="007E05CF">
              <w:rPr>
                <w:rFonts w:cs="Arial"/>
              </w:rPr>
              <w:t>Job Title:</w:t>
            </w:r>
          </w:p>
        </w:tc>
        <w:tc>
          <w:tcPr>
            <w:tcW w:w="8079" w:type="dxa"/>
          </w:tcPr>
          <w:p w14:paraId="4FC04645" w14:textId="77777777" w:rsidR="00F5517B" w:rsidRPr="007E05CF" w:rsidRDefault="00F5517B" w:rsidP="00AA1700">
            <w:pPr>
              <w:pStyle w:val="BodyText"/>
              <w:ind w:right="-908"/>
              <w:rPr>
                <w:rFonts w:cs="Arial"/>
              </w:rPr>
            </w:pPr>
          </w:p>
          <w:p w14:paraId="1E54983D" w14:textId="77777777" w:rsidR="00F5517B" w:rsidRPr="007E05CF" w:rsidRDefault="00F5517B" w:rsidP="00AA1700">
            <w:pPr>
              <w:pStyle w:val="BodyText"/>
              <w:ind w:right="-908"/>
              <w:rPr>
                <w:rFonts w:cs="Arial"/>
              </w:rPr>
            </w:pPr>
          </w:p>
        </w:tc>
      </w:tr>
      <w:tr w:rsidR="00F5517B" w:rsidRPr="007E05CF" w14:paraId="54882F1D" w14:textId="77777777" w:rsidTr="00AA1700">
        <w:tc>
          <w:tcPr>
            <w:tcW w:w="2001" w:type="dxa"/>
          </w:tcPr>
          <w:p w14:paraId="6033C8C2" w14:textId="77777777" w:rsidR="00F5517B" w:rsidRPr="007E05CF" w:rsidRDefault="00F5517B" w:rsidP="00AA1700">
            <w:pPr>
              <w:pStyle w:val="BodyText"/>
              <w:ind w:right="-908"/>
              <w:rPr>
                <w:rFonts w:cs="Arial"/>
              </w:rPr>
            </w:pPr>
            <w:r>
              <w:rPr>
                <w:rFonts w:cs="Arial"/>
              </w:rPr>
              <w:lastRenderedPageBreak/>
              <w:t xml:space="preserve">Employer </w:t>
            </w:r>
            <w:r w:rsidRPr="007E05CF">
              <w:rPr>
                <w:rFonts w:cs="Arial"/>
              </w:rPr>
              <w:t>Name:</w:t>
            </w:r>
          </w:p>
        </w:tc>
        <w:tc>
          <w:tcPr>
            <w:tcW w:w="8079" w:type="dxa"/>
          </w:tcPr>
          <w:p w14:paraId="3DA9B416" w14:textId="77777777" w:rsidR="00F5517B" w:rsidRPr="007E05CF" w:rsidRDefault="00F5517B" w:rsidP="00AA1700">
            <w:pPr>
              <w:pStyle w:val="BodyText"/>
              <w:ind w:right="-908"/>
              <w:rPr>
                <w:rFonts w:cs="Arial"/>
              </w:rPr>
            </w:pPr>
          </w:p>
          <w:p w14:paraId="326E8244" w14:textId="77777777" w:rsidR="00F5517B" w:rsidRPr="007E05CF" w:rsidRDefault="00F5517B" w:rsidP="00AA1700">
            <w:pPr>
              <w:pStyle w:val="BodyText"/>
              <w:ind w:right="-908"/>
              <w:rPr>
                <w:rFonts w:cs="Arial"/>
              </w:rPr>
            </w:pPr>
          </w:p>
        </w:tc>
      </w:tr>
      <w:tr w:rsidR="00F5517B" w:rsidRPr="007E05CF" w14:paraId="6E5795CB" w14:textId="77777777" w:rsidTr="00AA1700">
        <w:tc>
          <w:tcPr>
            <w:tcW w:w="2001" w:type="dxa"/>
          </w:tcPr>
          <w:p w14:paraId="07843F29" w14:textId="77777777" w:rsidR="00F5517B" w:rsidRPr="007E05CF" w:rsidRDefault="00F5517B" w:rsidP="00AA1700">
            <w:pPr>
              <w:pStyle w:val="BodyText"/>
              <w:ind w:right="-908"/>
              <w:rPr>
                <w:rFonts w:cs="Arial"/>
              </w:rPr>
            </w:pPr>
            <w:r w:rsidRPr="007E05CF">
              <w:rPr>
                <w:rFonts w:cs="Arial"/>
              </w:rPr>
              <w:t>Relationship to you:</w:t>
            </w:r>
          </w:p>
        </w:tc>
        <w:tc>
          <w:tcPr>
            <w:tcW w:w="8079" w:type="dxa"/>
          </w:tcPr>
          <w:p w14:paraId="7777B047" w14:textId="77777777" w:rsidR="00F5517B" w:rsidRPr="007E05CF" w:rsidRDefault="00F5517B" w:rsidP="00AA1700">
            <w:pPr>
              <w:pStyle w:val="BodyText"/>
              <w:ind w:right="-908"/>
              <w:rPr>
                <w:rFonts w:cs="Arial"/>
              </w:rPr>
            </w:pPr>
          </w:p>
          <w:p w14:paraId="45B29053" w14:textId="77777777" w:rsidR="00F5517B" w:rsidRPr="007E05CF" w:rsidRDefault="00F5517B" w:rsidP="00AA1700">
            <w:pPr>
              <w:pStyle w:val="BodyText"/>
              <w:ind w:right="-908"/>
              <w:rPr>
                <w:rFonts w:cs="Arial"/>
              </w:rPr>
            </w:pPr>
          </w:p>
        </w:tc>
      </w:tr>
      <w:tr w:rsidR="00F5517B" w:rsidRPr="007E05CF" w14:paraId="4203E35C" w14:textId="77777777" w:rsidTr="00AA1700">
        <w:tc>
          <w:tcPr>
            <w:tcW w:w="2001" w:type="dxa"/>
          </w:tcPr>
          <w:p w14:paraId="311A7E30" w14:textId="77777777" w:rsidR="00F5517B" w:rsidRPr="007E05CF" w:rsidRDefault="00F5517B" w:rsidP="00AA1700">
            <w:pPr>
              <w:pStyle w:val="BodyText"/>
              <w:ind w:right="-908"/>
              <w:rPr>
                <w:rFonts w:cs="Arial"/>
              </w:rPr>
            </w:pPr>
            <w:r w:rsidRPr="007E05CF">
              <w:rPr>
                <w:rFonts w:cs="Arial"/>
              </w:rPr>
              <w:t>Address:</w:t>
            </w:r>
          </w:p>
        </w:tc>
        <w:tc>
          <w:tcPr>
            <w:tcW w:w="8079" w:type="dxa"/>
          </w:tcPr>
          <w:p w14:paraId="6067D193" w14:textId="77777777" w:rsidR="00F5517B" w:rsidRPr="007E05CF" w:rsidRDefault="00F5517B" w:rsidP="00AA1700">
            <w:pPr>
              <w:pStyle w:val="BodyText"/>
              <w:ind w:right="-908"/>
              <w:rPr>
                <w:rFonts w:cs="Arial"/>
              </w:rPr>
            </w:pPr>
          </w:p>
          <w:p w14:paraId="09DFE1F3" w14:textId="77777777" w:rsidR="00F5517B" w:rsidRPr="007E05CF" w:rsidRDefault="00F5517B" w:rsidP="00AA1700">
            <w:pPr>
              <w:pStyle w:val="BodyText"/>
              <w:ind w:right="-908"/>
              <w:rPr>
                <w:rFonts w:cs="Arial"/>
              </w:rPr>
            </w:pPr>
          </w:p>
          <w:p w14:paraId="6CEBF02E" w14:textId="77777777" w:rsidR="00F5517B" w:rsidRPr="007E05CF" w:rsidRDefault="00F5517B" w:rsidP="00AA1700">
            <w:pPr>
              <w:pStyle w:val="BodyText"/>
              <w:ind w:right="-908"/>
              <w:rPr>
                <w:rFonts w:cs="Arial"/>
              </w:rPr>
            </w:pPr>
          </w:p>
          <w:p w14:paraId="326A0ACD" w14:textId="77777777" w:rsidR="00F5517B" w:rsidRPr="007E05CF" w:rsidRDefault="00F5517B" w:rsidP="00AA1700">
            <w:pPr>
              <w:pStyle w:val="BodyText"/>
              <w:ind w:right="-908"/>
              <w:rPr>
                <w:rFonts w:cs="Arial"/>
              </w:rPr>
            </w:pPr>
          </w:p>
          <w:p w14:paraId="292D1824" w14:textId="77777777" w:rsidR="00F5517B" w:rsidRPr="007E05CF" w:rsidRDefault="00F5517B" w:rsidP="00AA1700">
            <w:pPr>
              <w:pStyle w:val="BodyText"/>
              <w:ind w:right="-908"/>
              <w:rPr>
                <w:rFonts w:cs="Arial"/>
              </w:rPr>
            </w:pPr>
          </w:p>
        </w:tc>
      </w:tr>
      <w:tr w:rsidR="00F5517B" w:rsidRPr="007E05CF" w14:paraId="36CDDE52" w14:textId="77777777" w:rsidTr="00AA1700">
        <w:tc>
          <w:tcPr>
            <w:tcW w:w="2001" w:type="dxa"/>
          </w:tcPr>
          <w:p w14:paraId="2A3628CC" w14:textId="77777777" w:rsidR="00F5517B" w:rsidRPr="007E05CF" w:rsidRDefault="00F5517B" w:rsidP="00AA1700">
            <w:pPr>
              <w:pStyle w:val="BodyText"/>
              <w:ind w:right="-908"/>
              <w:rPr>
                <w:rFonts w:cs="Arial"/>
              </w:rPr>
            </w:pPr>
            <w:r w:rsidRPr="007E05CF">
              <w:rPr>
                <w:rFonts w:cs="Arial"/>
              </w:rPr>
              <w:t>Email:</w:t>
            </w:r>
          </w:p>
        </w:tc>
        <w:tc>
          <w:tcPr>
            <w:tcW w:w="8079" w:type="dxa"/>
          </w:tcPr>
          <w:p w14:paraId="7AC7F4EB" w14:textId="77777777" w:rsidR="00F5517B" w:rsidRPr="007E05CF" w:rsidRDefault="00F5517B" w:rsidP="00AA1700">
            <w:pPr>
              <w:pStyle w:val="BodyText"/>
              <w:ind w:right="-908"/>
              <w:rPr>
                <w:rFonts w:cs="Arial"/>
              </w:rPr>
            </w:pPr>
          </w:p>
          <w:p w14:paraId="640BE144" w14:textId="77777777" w:rsidR="00F5517B" w:rsidRPr="007E05CF" w:rsidRDefault="00F5517B" w:rsidP="00AA1700">
            <w:pPr>
              <w:pStyle w:val="BodyText"/>
              <w:ind w:right="-908"/>
              <w:rPr>
                <w:rFonts w:cs="Arial"/>
              </w:rPr>
            </w:pPr>
          </w:p>
        </w:tc>
      </w:tr>
      <w:tr w:rsidR="00F5517B" w:rsidRPr="007E05CF" w14:paraId="477CE45A" w14:textId="77777777" w:rsidTr="00AA1700">
        <w:tc>
          <w:tcPr>
            <w:tcW w:w="2001" w:type="dxa"/>
          </w:tcPr>
          <w:p w14:paraId="12D6C9DB" w14:textId="77777777" w:rsidR="00F5517B" w:rsidRPr="007E05CF" w:rsidRDefault="00F5517B" w:rsidP="00AA1700">
            <w:pPr>
              <w:pStyle w:val="BodyText"/>
              <w:ind w:right="-908"/>
              <w:rPr>
                <w:rFonts w:cs="Arial"/>
              </w:rPr>
            </w:pPr>
            <w:r w:rsidRPr="007E05CF">
              <w:rPr>
                <w:rFonts w:cs="Arial"/>
              </w:rPr>
              <w:t>Telephone:</w:t>
            </w:r>
          </w:p>
        </w:tc>
        <w:tc>
          <w:tcPr>
            <w:tcW w:w="8079" w:type="dxa"/>
          </w:tcPr>
          <w:p w14:paraId="550A96C5" w14:textId="77777777" w:rsidR="00F5517B" w:rsidRPr="007E05CF" w:rsidRDefault="00F5517B" w:rsidP="00AA1700">
            <w:pPr>
              <w:pStyle w:val="BodyText"/>
              <w:ind w:right="-908"/>
              <w:rPr>
                <w:rFonts w:cs="Arial"/>
              </w:rPr>
            </w:pPr>
          </w:p>
          <w:p w14:paraId="1246F6F6" w14:textId="77777777" w:rsidR="00F5517B" w:rsidRPr="007E05CF" w:rsidRDefault="00F5517B" w:rsidP="00AA1700">
            <w:pPr>
              <w:pStyle w:val="BodyText"/>
              <w:ind w:right="-908"/>
              <w:rPr>
                <w:rFonts w:cs="Arial"/>
              </w:rPr>
            </w:pPr>
          </w:p>
        </w:tc>
      </w:tr>
    </w:tbl>
    <w:p w14:paraId="1D513840" w14:textId="77777777" w:rsidR="00F5517B" w:rsidRPr="007E05CF" w:rsidRDefault="00F5517B" w:rsidP="00F5517B">
      <w:pPr>
        <w:pStyle w:val="BodyText"/>
        <w:ind w:left="-900" w:right="-908"/>
        <w:rPr>
          <w:rFonts w:cs="Arial"/>
        </w:rPr>
      </w:pPr>
    </w:p>
    <w:tbl>
      <w:tblPr>
        <w:tblStyle w:val="TableGrid"/>
        <w:tblW w:w="10080" w:type="dxa"/>
        <w:tblInd w:w="-900" w:type="dxa"/>
        <w:tblLook w:val="04A0" w:firstRow="1" w:lastRow="0" w:firstColumn="1" w:lastColumn="0" w:noHBand="0" w:noVBand="1"/>
      </w:tblPr>
      <w:tblGrid>
        <w:gridCol w:w="2993"/>
        <w:gridCol w:w="7087"/>
      </w:tblGrid>
      <w:tr w:rsidR="00F5517B" w:rsidRPr="007E05CF" w14:paraId="0482C96F" w14:textId="77777777" w:rsidTr="00AA1700">
        <w:tc>
          <w:tcPr>
            <w:tcW w:w="10080" w:type="dxa"/>
            <w:gridSpan w:val="2"/>
            <w:shd w:val="clear" w:color="auto" w:fill="E7E6E6"/>
          </w:tcPr>
          <w:p w14:paraId="4FE7A3C6" w14:textId="77777777" w:rsidR="00F5517B" w:rsidRPr="007E05CF" w:rsidRDefault="00F5517B" w:rsidP="00AA1700">
            <w:pPr>
              <w:pStyle w:val="BodyText"/>
              <w:ind w:right="-908"/>
              <w:rPr>
                <w:rFonts w:cs="Arial"/>
              </w:rPr>
            </w:pPr>
          </w:p>
        </w:tc>
      </w:tr>
      <w:tr w:rsidR="00F5517B" w:rsidRPr="007E05CF" w14:paraId="0FF4C5B8" w14:textId="77777777" w:rsidTr="00AA1700">
        <w:tc>
          <w:tcPr>
            <w:tcW w:w="2993" w:type="dxa"/>
          </w:tcPr>
          <w:p w14:paraId="28766D62" w14:textId="77777777" w:rsidR="00F5517B" w:rsidRPr="007E05CF" w:rsidRDefault="00F5517B" w:rsidP="00AA1700">
            <w:pPr>
              <w:pStyle w:val="BodyText"/>
              <w:ind w:right="-908"/>
              <w:rPr>
                <w:rFonts w:cs="Arial"/>
              </w:rPr>
            </w:pPr>
            <w:r w:rsidRPr="007E05CF">
              <w:rPr>
                <w:rFonts w:cs="Arial"/>
              </w:rPr>
              <w:t>Current/Most Recent Salary:</w:t>
            </w:r>
          </w:p>
        </w:tc>
        <w:tc>
          <w:tcPr>
            <w:tcW w:w="7087" w:type="dxa"/>
          </w:tcPr>
          <w:p w14:paraId="624F1C12" w14:textId="77777777" w:rsidR="00F5517B" w:rsidRPr="007E05CF" w:rsidRDefault="00F5517B" w:rsidP="00AA1700">
            <w:pPr>
              <w:pStyle w:val="BodyText"/>
              <w:ind w:right="-908"/>
              <w:rPr>
                <w:rFonts w:cs="Arial"/>
              </w:rPr>
            </w:pPr>
          </w:p>
        </w:tc>
      </w:tr>
      <w:tr w:rsidR="00F5517B" w:rsidRPr="007E05CF" w14:paraId="25036197" w14:textId="77777777" w:rsidTr="00AA1700">
        <w:tc>
          <w:tcPr>
            <w:tcW w:w="2993" w:type="dxa"/>
          </w:tcPr>
          <w:p w14:paraId="3C51DBE4" w14:textId="77777777" w:rsidR="00F5517B" w:rsidRPr="007E05CF" w:rsidRDefault="00F5517B" w:rsidP="00AA1700">
            <w:pPr>
              <w:pStyle w:val="BodyText"/>
              <w:ind w:right="-908"/>
              <w:rPr>
                <w:rFonts w:cs="Arial"/>
              </w:rPr>
            </w:pPr>
            <w:r w:rsidRPr="007E05CF">
              <w:rPr>
                <w:rFonts w:cs="Arial"/>
              </w:rPr>
              <w:t>Date of last salary increase:</w:t>
            </w:r>
          </w:p>
        </w:tc>
        <w:tc>
          <w:tcPr>
            <w:tcW w:w="7087" w:type="dxa"/>
          </w:tcPr>
          <w:p w14:paraId="2B6D8E93" w14:textId="77777777" w:rsidR="00F5517B" w:rsidRPr="007E05CF" w:rsidRDefault="00F5517B" w:rsidP="00AA1700">
            <w:pPr>
              <w:pStyle w:val="BodyText"/>
              <w:ind w:right="-908"/>
              <w:rPr>
                <w:rFonts w:cs="Arial"/>
              </w:rPr>
            </w:pPr>
          </w:p>
        </w:tc>
      </w:tr>
      <w:tr w:rsidR="00F5517B" w:rsidRPr="007E05CF" w14:paraId="3B5A7536" w14:textId="77777777" w:rsidTr="00AA1700">
        <w:tc>
          <w:tcPr>
            <w:tcW w:w="2993" w:type="dxa"/>
          </w:tcPr>
          <w:p w14:paraId="0DC39C93" w14:textId="77777777" w:rsidR="00F5517B" w:rsidRPr="007E05CF" w:rsidRDefault="00F5517B" w:rsidP="00AA1700">
            <w:pPr>
              <w:pStyle w:val="BodyText"/>
              <w:ind w:right="-908"/>
              <w:rPr>
                <w:rFonts w:cs="Arial"/>
              </w:rPr>
            </w:pPr>
            <w:r w:rsidRPr="007E05CF">
              <w:rPr>
                <w:rFonts w:cs="Arial"/>
              </w:rPr>
              <w:t>Benefits:</w:t>
            </w:r>
          </w:p>
        </w:tc>
        <w:tc>
          <w:tcPr>
            <w:tcW w:w="7087" w:type="dxa"/>
          </w:tcPr>
          <w:p w14:paraId="245A6827" w14:textId="77777777" w:rsidR="00F5517B" w:rsidRPr="007E05CF" w:rsidRDefault="00F5517B" w:rsidP="00AA1700">
            <w:pPr>
              <w:pStyle w:val="BodyText"/>
              <w:ind w:right="-908"/>
              <w:rPr>
                <w:rFonts w:cs="Arial"/>
              </w:rPr>
            </w:pPr>
          </w:p>
        </w:tc>
      </w:tr>
      <w:tr w:rsidR="00F5517B" w:rsidRPr="007E05CF" w14:paraId="02D520AB" w14:textId="77777777" w:rsidTr="00AA1700">
        <w:tc>
          <w:tcPr>
            <w:tcW w:w="2993" w:type="dxa"/>
          </w:tcPr>
          <w:p w14:paraId="184F78AE" w14:textId="77777777" w:rsidR="00F5517B" w:rsidRPr="007E05CF" w:rsidRDefault="00F5517B" w:rsidP="00AA1700">
            <w:pPr>
              <w:pStyle w:val="BodyText"/>
              <w:ind w:right="-908"/>
              <w:rPr>
                <w:rFonts w:cs="Arial"/>
              </w:rPr>
            </w:pPr>
            <w:r w:rsidRPr="007E05CF">
              <w:rPr>
                <w:rFonts w:cs="Arial"/>
              </w:rPr>
              <w:t>Length of Notice Required:</w:t>
            </w:r>
          </w:p>
        </w:tc>
        <w:tc>
          <w:tcPr>
            <w:tcW w:w="7087" w:type="dxa"/>
          </w:tcPr>
          <w:p w14:paraId="3BD55971" w14:textId="77777777" w:rsidR="00F5517B" w:rsidRPr="007E05CF" w:rsidRDefault="00F5517B" w:rsidP="00AA1700">
            <w:pPr>
              <w:pStyle w:val="BodyText"/>
              <w:ind w:right="-908"/>
              <w:rPr>
                <w:rFonts w:cs="Arial"/>
              </w:rPr>
            </w:pPr>
          </w:p>
        </w:tc>
      </w:tr>
    </w:tbl>
    <w:p w14:paraId="4552E0B7" w14:textId="77777777" w:rsidR="00F5517B" w:rsidRPr="007E05CF" w:rsidRDefault="00F5517B" w:rsidP="00F5517B">
      <w:pPr>
        <w:pStyle w:val="BodyText"/>
        <w:ind w:right="-908"/>
        <w:rPr>
          <w:rFonts w:cs="Arial"/>
        </w:rPr>
      </w:pPr>
    </w:p>
    <w:p w14:paraId="1783A6D9" w14:textId="77777777" w:rsidR="00F5517B" w:rsidRPr="007E05CF" w:rsidRDefault="00F5517B" w:rsidP="00F5517B">
      <w:pPr>
        <w:pStyle w:val="BodyText"/>
        <w:ind w:right="-908"/>
        <w:rPr>
          <w:rFonts w:cs="Arial"/>
        </w:rPr>
      </w:pPr>
    </w:p>
    <w:p w14:paraId="30A49F8F" w14:textId="77777777" w:rsidR="00F5517B" w:rsidRPr="007E05CF" w:rsidRDefault="00F5517B" w:rsidP="00F5517B">
      <w:pPr>
        <w:pStyle w:val="BodyText"/>
        <w:ind w:right="-908"/>
        <w:rPr>
          <w:rFonts w:cs="Arial"/>
        </w:rPr>
      </w:pPr>
    </w:p>
    <w:p w14:paraId="368A0ACA" w14:textId="77777777" w:rsidR="00F5517B" w:rsidRPr="007E05CF" w:rsidRDefault="00F5517B" w:rsidP="00F5517B">
      <w:pPr>
        <w:pStyle w:val="BodyText"/>
        <w:ind w:right="-908"/>
        <w:rPr>
          <w:rFonts w:cs="Arial"/>
        </w:rPr>
      </w:pPr>
    </w:p>
    <w:p w14:paraId="68CCB90D" w14:textId="77777777" w:rsidR="00F5517B" w:rsidRPr="007E05CF" w:rsidRDefault="00F5517B" w:rsidP="00F5517B">
      <w:pPr>
        <w:pStyle w:val="BodyText"/>
        <w:ind w:right="-908"/>
        <w:rPr>
          <w:rFonts w:cs="Arial"/>
        </w:rPr>
      </w:pPr>
    </w:p>
    <w:p w14:paraId="10E4277B" w14:textId="77777777" w:rsidR="00F5517B" w:rsidRPr="007E05CF" w:rsidRDefault="00F5517B" w:rsidP="00F5517B">
      <w:pPr>
        <w:ind w:right="-1235"/>
        <w:rPr>
          <w:rFonts w:ascii="Arial" w:hAnsi="Arial" w:cs="Arial"/>
          <w:sz w:val="20"/>
        </w:rPr>
      </w:pPr>
    </w:p>
    <w:tbl>
      <w:tblPr>
        <w:tblW w:w="10328"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8"/>
      </w:tblGrid>
      <w:tr w:rsidR="00F5517B" w:rsidRPr="007E05CF" w14:paraId="5A604A03" w14:textId="77777777" w:rsidTr="00AA1700">
        <w:trPr>
          <w:trHeight w:val="493"/>
        </w:trPr>
        <w:tc>
          <w:tcPr>
            <w:tcW w:w="10328" w:type="dxa"/>
            <w:shd w:val="clear" w:color="auto" w:fill="E7E6E6"/>
          </w:tcPr>
          <w:p w14:paraId="1BCB418C" w14:textId="77777777" w:rsidR="00F5517B" w:rsidRPr="007E05CF" w:rsidRDefault="00F5517B" w:rsidP="00AA1700">
            <w:pPr>
              <w:rPr>
                <w:rFonts w:ascii="Arial" w:hAnsi="Arial" w:cs="Arial"/>
                <w:b/>
                <w:sz w:val="20"/>
              </w:rPr>
            </w:pPr>
            <w:r w:rsidRPr="007E05CF">
              <w:rPr>
                <w:rFonts w:ascii="Arial" w:hAnsi="Arial" w:cs="Arial"/>
                <w:b/>
                <w:sz w:val="20"/>
                <w:szCs w:val="20"/>
              </w:rPr>
              <w:t>Restrictions on Employment</w:t>
            </w:r>
          </w:p>
          <w:p w14:paraId="5F9E639C" w14:textId="77777777" w:rsidR="00F5517B" w:rsidRPr="007E05CF" w:rsidRDefault="00F5517B" w:rsidP="00AA1700">
            <w:pPr>
              <w:rPr>
                <w:rFonts w:ascii="Arial" w:hAnsi="Arial" w:cs="Arial"/>
                <w:sz w:val="20"/>
                <w:szCs w:val="20"/>
              </w:rPr>
            </w:pPr>
            <w:r w:rsidRPr="007E05CF">
              <w:rPr>
                <w:rFonts w:ascii="Arial" w:hAnsi="Arial" w:cs="Arial"/>
                <w:sz w:val="20"/>
              </w:rPr>
              <w:t xml:space="preserve">If yes; please provide details and include expiry date of any </w:t>
            </w:r>
            <w:proofErr w:type="gramStart"/>
            <w:r w:rsidRPr="007E05CF">
              <w:rPr>
                <w:rFonts w:ascii="Arial" w:hAnsi="Arial" w:cs="Arial"/>
                <w:sz w:val="20"/>
              </w:rPr>
              <w:t>visa’s</w:t>
            </w:r>
            <w:proofErr w:type="gramEnd"/>
            <w:r w:rsidRPr="007E05CF">
              <w:rPr>
                <w:rFonts w:ascii="Arial" w:hAnsi="Arial" w:cs="Arial"/>
                <w:sz w:val="20"/>
              </w:rPr>
              <w:t xml:space="preserve"> or work permits</w:t>
            </w:r>
          </w:p>
        </w:tc>
      </w:tr>
      <w:tr w:rsidR="00F5517B" w:rsidRPr="007E05CF" w14:paraId="6A2FFD76" w14:textId="77777777" w:rsidTr="00AA1700">
        <w:trPr>
          <w:trHeight w:val="1817"/>
        </w:trPr>
        <w:tc>
          <w:tcPr>
            <w:tcW w:w="10328" w:type="dxa"/>
          </w:tcPr>
          <w:p w14:paraId="3B0435F9" w14:textId="77777777" w:rsidR="00F5517B" w:rsidRPr="007E05CF" w:rsidRDefault="00F5517B" w:rsidP="00AA1700">
            <w:pPr>
              <w:ind w:right="-1093"/>
              <w:rPr>
                <w:rFonts w:ascii="Arial" w:eastAsia="Calibri" w:hAnsi="Arial" w:cs="Arial"/>
                <w:sz w:val="20"/>
              </w:rPr>
            </w:pPr>
            <w:r w:rsidRPr="007E05CF">
              <w:rPr>
                <w:rFonts w:ascii="Arial" w:eastAsia="Calibri" w:hAnsi="Arial" w:cs="Arial"/>
                <w:sz w:val="20"/>
              </w:rPr>
              <w:t xml:space="preserve">Are there any restrictions to you working in </w:t>
            </w:r>
            <w:r>
              <w:rPr>
                <w:rFonts w:ascii="Arial" w:eastAsia="Calibri" w:hAnsi="Arial" w:cs="Arial"/>
                <w:sz w:val="20"/>
              </w:rPr>
              <w:t>Ireland</w:t>
            </w:r>
            <w:r w:rsidRPr="007E05CF">
              <w:rPr>
                <w:rFonts w:ascii="Arial" w:eastAsia="Calibri" w:hAnsi="Arial" w:cs="Arial"/>
                <w:sz w:val="20"/>
              </w:rPr>
              <w:t xml:space="preserve">?                            </w:t>
            </w:r>
            <w:r w:rsidRPr="007E05CF">
              <w:rPr>
                <w:rFonts w:ascii="Arial" w:eastAsia="Calibri" w:hAnsi="Arial" w:cs="Arial"/>
                <w:b/>
                <w:bCs/>
                <w:sz w:val="20"/>
              </w:rPr>
              <w:t xml:space="preserve">YES / NO </w:t>
            </w:r>
            <w:r w:rsidRPr="007E05CF">
              <w:rPr>
                <w:rFonts w:ascii="Arial" w:eastAsia="Calibri" w:hAnsi="Arial" w:cs="Arial"/>
                <w:sz w:val="20"/>
              </w:rPr>
              <w:t>(please delete as appropriate)</w:t>
            </w:r>
          </w:p>
          <w:p w14:paraId="2B9765FA" w14:textId="77777777" w:rsidR="00F5517B" w:rsidRPr="007E05CF" w:rsidRDefault="00F5517B" w:rsidP="00AA1700">
            <w:pPr>
              <w:ind w:right="-1093"/>
              <w:rPr>
                <w:rFonts w:ascii="Arial" w:hAnsi="Arial" w:cs="Arial"/>
                <w:sz w:val="20"/>
                <w:szCs w:val="20"/>
              </w:rPr>
            </w:pPr>
          </w:p>
        </w:tc>
      </w:tr>
    </w:tbl>
    <w:p w14:paraId="4E1B894F" w14:textId="77777777" w:rsidR="00F5517B" w:rsidRPr="007E05CF" w:rsidRDefault="00F5517B" w:rsidP="00F5517B">
      <w:pPr>
        <w:rPr>
          <w:rFonts w:ascii="Arial" w:hAnsi="Arial" w:cs="Arial"/>
          <w:sz w:val="20"/>
        </w:rPr>
      </w:pPr>
    </w:p>
    <w:tbl>
      <w:tblPr>
        <w:tblW w:w="10328"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8"/>
      </w:tblGrid>
      <w:tr w:rsidR="00F5517B" w:rsidRPr="007E05CF" w14:paraId="7C02C08B" w14:textId="77777777" w:rsidTr="00AA1700">
        <w:trPr>
          <w:trHeight w:val="493"/>
        </w:trPr>
        <w:tc>
          <w:tcPr>
            <w:tcW w:w="10328" w:type="dxa"/>
            <w:shd w:val="clear" w:color="auto" w:fill="E7E6E6"/>
          </w:tcPr>
          <w:p w14:paraId="116F75B1" w14:textId="77777777" w:rsidR="00F5517B" w:rsidRPr="00A04347" w:rsidRDefault="00F5517B" w:rsidP="00AA1700">
            <w:pPr>
              <w:rPr>
                <w:rFonts w:ascii="Arial" w:hAnsi="Arial" w:cs="Arial"/>
                <w:b/>
                <w:bCs/>
                <w:sz w:val="20"/>
                <w:szCs w:val="20"/>
              </w:rPr>
            </w:pPr>
            <w:r>
              <w:rPr>
                <w:rFonts w:ascii="Arial" w:hAnsi="Arial" w:cs="Arial"/>
                <w:b/>
                <w:bCs/>
                <w:sz w:val="20"/>
                <w:szCs w:val="20"/>
              </w:rPr>
              <w:lastRenderedPageBreak/>
              <w:t xml:space="preserve">Accommodation </w:t>
            </w:r>
          </w:p>
        </w:tc>
      </w:tr>
      <w:tr w:rsidR="00F5517B" w:rsidRPr="007E05CF" w14:paraId="291A98F1" w14:textId="77777777" w:rsidTr="00AA1700">
        <w:trPr>
          <w:trHeight w:val="1817"/>
        </w:trPr>
        <w:tc>
          <w:tcPr>
            <w:tcW w:w="10328" w:type="dxa"/>
          </w:tcPr>
          <w:p w14:paraId="10A18C03" w14:textId="77777777" w:rsidR="00F5517B" w:rsidRDefault="00F5517B" w:rsidP="00AA1700">
            <w:pPr>
              <w:ind w:right="-1093"/>
              <w:rPr>
                <w:rFonts w:ascii="Arial" w:eastAsia="Calibri" w:hAnsi="Arial" w:cs="Arial"/>
                <w:sz w:val="20"/>
                <w:szCs w:val="20"/>
              </w:rPr>
            </w:pPr>
            <w:r w:rsidRPr="11181302">
              <w:rPr>
                <w:rFonts w:ascii="Arial" w:eastAsia="Calibri" w:hAnsi="Arial" w:cs="Arial"/>
                <w:sz w:val="20"/>
                <w:szCs w:val="20"/>
              </w:rPr>
              <w:t xml:space="preserve">Do you require accommodation in Dublin if you were to be successful in the role?                           </w:t>
            </w:r>
          </w:p>
          <w:p w14:paraId="2084F7C7" w14:textId="77777777" w:rsidR="00F5517B" w:rsidRDefault="00F5517B" w:rsidP="00AA1700">
            <w:pPr>
              <w:ind w:right="-1093"/>
              <w:rPr>
                <w:rFonts w:ascii="Arial" w:eastAsia="Calibri" w:hAnsi="Arial" w:cs="Arial"/>
                <w:sz w:val="20"/>
              </w:rPr>
            </w:pPr>
          </w:p>
          <w:p w14:paraId="282258F9" w14:textId="77777777" w:rsidR="00F5517B" w:rsidRDefault="00F5517B" w:rsidP="00AA1700">
            <w:pPr>
              <w:ind w:right="-1093"/>
              <w:rPr>
                <w:rFonts w:ascii="Arial" w:eastAsia="Calibri" w:hAnsi="Arial" w:cs="Arial"/>
                <w:b/>
                <w:bCs/>
                <w:sz w:val="20"/>
              </w:rPr>
            </w:pPr>
          </w:p>
          <w:p w14:paraId="48BC0D77" w14:textId="77777777" w:rsidR="00F5517B" w:rsidRPr="007E05CF" w:rsidRDefault="00F5517B" w:rsidP="00AA1700">
            <w:pPr>
              <w:ind w:right="-1093"/>
              <w:rPr>
                <w:rFonts w:ascii="Arial" w:eastAsia="Calibri" w:hAnsi="Arial" w:cs="Arial"/>
                <w:sz w:val="20"/>
              </w:rPr>
            </w:pPr>
            <w:r w:rsidRPr="007E05CF">
              <w:rPr>
                <w:rFonts w:ascii="Arial" w:eastAsia="Calibri" w:hAnsi="Arial" w:cs="Arial"/>
                <w:b/>
                <w:bCs/>
                <w:sz w:val="20"/>
              </w:rPr>
              <w:t xml:space="preserve">YES / NO </w:t>
            </w:r>
            <w:r w:rsidRPr="007E05CF">
              <w:rPr>
                <w:rFonts w:ascii="Arial" w:eastAsia="Calibri" w:hAnsi="Arial" w:cs="Arial"/>
                <w:sz w:val="20"/>
              </w:rPr>
              <w:t>(please delete as appropriate)</w:t>
            </w:r>
          </w:p>
          <w:p w14:paraId="715D733B" w14:textId="77777777" w:rsidR="00F5517B" w:rsidRPr="007E05CF" w:rsidRDefault="00F5517B" w:rsidP="00AA1700">
            <w:pPr>
              <w:ind w:right="-1093"/>
              <w:rPr>
                <w:rFonts w:ascii="Arial" w:hAnsi="Arial" w:cs="Arial"/>
                <w:sz w:val="20"/>
                <w:szCs w:val="20"/>
              </w:rPr>
            </w:pPr>
          </w:p>
        </w:tc>
      </w:tr>
    </w:tbl>
    <w:p w14:paraId="7C6A2EC9" w14:textId="77777777" w:rsidR="00F5517B" w:rsidRDefault="00F5517B" w:rsidP="00F5517B">
      <w:pPr>
        <w:ind w:right="-1333"/>
        <w:rPr>
          <w:rFonts w:ascii="Arial" w:hAnsi="Arial" w:cs="Arial"/>
          <w:sz w:val="20"/>
        </w:rPr>
      </w:pPr>
    </w:p>
    <w:p w14:paraId="1091E20A" w14:textId="77777777" w:rsidR="00F5517B" w:rsidRPr="007E05CF" w:rsidRDefault="00F5517B" w:rsidP="00F5517B">
      <w:pPr>
        <w:ind w:right="-1333"/>
        <w:rPr>
          <w:rFonts w:ascii="Arial" w:hAnsi="Arial" w:cs="Arial"/>
          <w:sz w:val="20"/>
        </w:rPr>
      </w:pPr>
    </w:p>
    <w:p w14:paraId="4799476A" w14:textId="77777777" w:rsidR="00F5517B" w:rsidRPr="007E05CF" w:rsidRDefault="00F5517B" w:rsidP="00F5517B">
      <w:pPr>
        <w:ind w:right="-1235"/>
        <w:rPr>
          <w:rFonts w:ascii="Arial" w:hAnsi="Arial" w:cs="Arial"/>
          <w:b/>
          <w:sz w:val="20"/>
        </w:rPr>
      </w:pPr>
    </w:p>
    <w:tbl>
      <w:tblPr>
        <w:tblW w:w="10328"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8"/>
      </w:tblGrid>
      <w:tr w:rsidR="00F5517B" w:rsidRPr="007E05CF" w14:paraId="63D5CDBC" w14:textId="77777777" w:rsidTr="00AA1700">
        <w:trPr>
          <w:trHeight w:val="493"/>
        </w:trPr>
        <w:tc>
          <w:tcPr>
            <w:tcW w:w="10328" w:type="dxa"/>
            <w:shd w:val="clear" w:color="auto" w:fill="E7E6E6"/>
          </w:tcPr>
          <w:p w14:paraId="5E5586AC" w14:textId="77777777" w:rsidR="00F5517B" w:rsidRPr="007E05CF" w:rsidRDefault="00F5517B" w:rsidP="00AA1700">
            <w:pPr>
              <w:rPr>
                <w:rFonts w:ascii="Arial" w:hAnsi="Arial" w:cs="Arial"/>
                <w:b/>
                <w:sz w:val="20"/>
              </w:rPr>
            </w:pPr>
            <w:r w:rsidRPr="007E05CF">
              <w:rPr>
                <w:rFonts w:ascii="Arial" w:hAnsi="Arial" w:cs="Arial"/>
                <w:b/>
                <w:sz w:val="20"/>
              </w:rPr>
              <w:t>Declaration</w:t>
            </w:r>
          </w:p>
          <w:p w14:paraId="121C542C" w14:textId="77777777" w:rsidR="00F5517B" w:rsidRPr="007E05CF" w:rsidRDefault="00F5517B" w:rsidP="00AA1700">
            <w:pPr>
              <w:rPr>
                <w:rFonts w:ascii="Arial" w:hAnsi="Arial" w:cs="Arial"/>
                <w:b/>
                <w:sz w:val="20"/>
                <w:szCs w:val="20"/>
              </w:rPr>
            </w:pPr>
          </w:p>
        </w:tc>
      </w:tr>
      <w:tr w:rsidR="00F5517B" w:rsidRPr="007E05CF" w14:paraId="65B4E737" w14:textId="77777777" w:rsidTr="00AA1700">
        <w:trPr>
          <w:trHeight w:val="1817"/>
        </w:trPr>
        <w:tc>
          <w:tcPr>
            <w:tcW w:w="10328" w:type="dxa"/>
          </w:tcPr>
          <w:p w14:paraId="1C429684" w14:textId="77777777" w:rsidR="00F5517B" w:rsidRPr="007E05CF" w:rsidRDefault="00F5517B" w:rsidP="00AA1700">
            <w:pPr>
              <w:pStyle w:val="NormalWeb"/>
              <w:spacing w:before="0" w:beforeAutospacing="0" w:after="0" w:afterAutospacing="0"/>
              <w:rPr>
                <w:rFonts w:ascii="Arial" w:hAnsi="Arial" w:cs="Arial"/>
                <w:sz w:val="20"/>
                <w:szCs w:val="20"/>
              </w:rPr>
            </w:pPr>
            <w:r w:rsidRPr="007E05CF">
              <w:rPr>
                <w:rFonts w:ascii="Arial" w:hAnsi="Arial" w:cs="Arial"/>
                <w:sz w:val="20"/>
                <w:szCs w:val="20"/>
              </w:rPr>
              <w:t xml:space="preserve">I declare that the information contained in this application is true and accurate. I understand if it is subsequently discovered that any statement is false or misleading, my employment may be terminated without notice. </w:t>
            </w:r>
          </w:p>
          <w:p w14:paraId="41950B0A" w14:textId="77777777" w:rsidR="00F5517B" w:rsidRPr="007E05CF" w:rsidRDefault="00F5517B" w:rsidP="00AA1700">
            <w:pPr>
              <w:pStyle w:val="NormalWeb"/>
              <w:spacing w:before="0" w:beforeAutospacing="0" w:after="0" w:afterAutospacing="0"/>
              <w:rPr>
                <w:rFonts w:ascii="Arial" w:hAnsi="Arial" w:cs="Arial"/>
                <w:sz w:val="20"/>
                <w:szCs w:val="20"/>
              </w:rPr>
            </w:pPr>
          </w:p>
          <w:p w14:paraId="0DD5443F" w14:textId="77777777" w:rsidR="00F5517B" w:rsidRPr="007E05CF" w:rsidRDefault="00F5517B" w:rsidP="00AA1700">
            <w:pPr>
              <w:pStyle w:val="NormalWeb"/>
              <w:spacing w:before="0" w:beforeAutospacing="0" w:after="0" w:afterAutospacing="0"/>
              <w:rPr>
                <w:rFonts w:ascii="Arial" w:hAnsi="Arial" w:cs="Arial"/>
                <w:sz w:val="20"/>
                <w:szCs w:val="20"/>
              </w:rPr>
            </w:pPr>
            <w:r w:rsidRPr="007E05CF">
              <w:rPr>
                <w:rFonts w:ascii="Arial" w:hAnsi="Arial" w:cs="Arial"/>
                <w:noProof/>
                <w:sz w:val="20"/>
                <w:szCs w:val="20"/>
              </w:rPr>
              <mc:AlternateContent>
                <mc:Choice Requires="wps">
                  <w:drawing>
                    <wp:anchor distT="0" distB="0" distL="114300" distR="114300" simplePos="0" relativeHeight="251660288" behindDoc="0" locked="0" layoutInCell="1" allowOverlap="1" wp14:anchorId="383B634E" wp14:editId="595D806D">
                      <wp:simplePos x="0" y="0"/>
                      <wp:positionH relativeFrom="column">
                        <wp:posOffset>3272124</wp:posOffset>
                      </wp:positionH>
                      <wp:positionV relativeFrom="paragraph">
                        <wp:posOffset>165609</wp:posOffset>
                      </wp:positionV>
                      <wp:extent cx="212302" cy="144856"/>
                      <wp:effectExtent l="0" t="0" r="381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flipH="1">
                                <a:off x="0" y="0"/>
                                <a:ext cx="212302" cy="144856"/>
                              </a:xfrm>
                              <a:prstGeom prst="rect">
                                <a:avLst/>
                              </a:prstGeom>
                              <a:solidFill>
                                <a:srgbClr val="FFFFFF"/>
                              </a:solidFill>
                              <a:ln w="9525">
                                <a:solidFill>
                                  <a:srgbClr val="000000"/>
                                </a:solidFill>
                                <a:miter lim="800000"/>
                                <a:headEnd/>
                                <a:tailEnd/>
                              </a:ln>
                            </wps:spPr>
                            <wps:txbx>
                              <w:txbxContent>
                                <w:p w14:paraId="6FF4F7FE" w14:textId="77777777" w:rsidR="00F5517B" w:rsidRPr="003C4CEC" w:rsidRDefault="00F5517B" w:rsidP="00F5517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3B634E" id="_x0000_t202" coordsize="21600,21600" o:spt="202" path="m,l,21600r21600,l21600,xe">
                      <v:stroke joinstyle="miter"/>
                      <v:path gradientshapeok="t" o:connecttype="rect"/>
                    </v:shapetype>
                    <v:shape id="Text Box 2" o:spid="_x0000_s1026" type="#_x0000_t202" style="position:absolute;margin-left:257.65pt;margin-top:13.05pt;width:16.7pt;height:11.4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">
                      <v:path arrowok="t"/>
                      <v:textbox>
                        <w:txbxContent>
                          <w:p w14:paraId="6FF4F7FE" w14:textId="77777777" w:rsidR="00F5517B" w:rsidRPr="003C4CEC" w:rsidRDefault="00F5517B" w:rsidP="00F5517B"/>
                        </w:txbxContent>
                      </v:textbox>
                    </v:shape>
                  </w:pict>
                </mc:Fallback>
              </mc:AlternateContent>
            </w:r>
            <w:r w:rsidRPr="007E05CF">
              <w:rPr>
                <w:rFonts w:ascii="Arial" w:hAnsi="Arial" w:cs="Arial"/>
                <w:sz w:val="20"/>
                <w:szCs w:val="20"/>
              </w:rPr>
              <w:t>If you wish to submit your application via email, please tick the below to confirm that the information provided is correct, otherwise please sign the declaration below.</w:t>
            </w:r>
          </w:p>
          <w:p w14:paraId="49A7CE8C" w14:textId="77777777" w:rsidR="00F5517B" w:rsidRPr="007E05CF" w:rsidRDefault="00F5517B" w:rsidP="00AA1700">
            <w:pPr>
              <w:pStyle w:val="NormalWeb"/>
              <w:spacing w:before="0" w:beforeAutospacing="0" w:after="0" w:afterAutospacing="0"/>
              <w:rPr>
                <w:rFonts w:ascii="Arial" w:hAnsi="Arial" w:cs="Arial"/>
                <w:sz w:val="20"/>
                <w:szCs w:val="20"/>
              </w:rPr>
            </w:pPr>
          </w:p>
          <w:p w14:paraId="45ABAA66" w14:textId="77777777" w:rsidR="00F5517B" w:rsidRPr="007E05CF" w:rsidRDefault="00F5517B" w:rsidP="00AA1700">
            <w:pPr>
              <w:pStyle w:val="NormalWeb"/>
              <w:spacing w:before="0" w:beforeAutospacing="0" w:after="0" w:afterAutospacing="0"/>
              <w:rPr>
                <w:rFonts w:ascii="Arial" w:hAnsi="Arial" w:cs="Arial"/>
                <w:sz w:val="20"/>
                <w:szCs w:val="20"/>
              </w:rPr>
            </w:pPr>
          </w:p>
        </w:tc>
      </w:tr>
    </w:tbl>
    <w:p w14:paraId="681712DA" w14:textId="77777777" w:rsidR="00F5517B" w:rsidRPr="007E05CF" w:rsidRDefault="00F5517B" w:rsidP="00F5517B">
      <w:pPr>
        <w:ind w:left="-851" w:right="-1235"/>
        <w:rPr>
          <w:rFonts w:ascii="Arial" w:hAnsi="Arial" w:cs="Arial"/>
          <w:b/>
          <w:sz w:val="20"/>
          <w:szCs w:val="20"/>
        </w:rPr>
      </w:pPr>
    </w:p>
    <w:p w14:paraId="583B2849" w14:textId="77777777" w:rsidR="00F5517B" w:rsidRPr="007E05CF" w:rsidRDefault="00F5517B" w:rsidP="00F5517B">
      <w:pPr>
        <w:ind w:right="-809"/>
        <w:rPr>
          <w:rFonts w:ascii="Arial" w:hAnsi="Arial" w:cs="Arial"/>
          <w:sz w:val="20"/>
        </w:rPr>
      </w:pPr>
    </w:p>
    <w:p w14:paraId="7085525B" w14:textId="77777777" w:rsidR="00F5517B" w:rsidRPr="007E05CF" w:rsidRDefault="00F5517B" w:rsidP="00F5517B">
      <w:pPr>
        <w:ind w:right="-809"/>
        <w:rPr>
          <w:rFonts w:ascii="Arial" w:hAnsi="Arial" w:cs="Arial"/>
          <w:b/>
          <w:bCs/>
          <w:color w:val="FF0000"/>
          <w:sz w:val="20"/>
          <w:szCs w:val="20"/>
        </w:rPr>
      </w:pPr>
    </w:p>
    <w:p w14:paraId="45B56518" w14:textId="77777777" w:rsidR="00F5517B" w:rsidRPr="007E05CF" w:rsidRDefault="00F5517B" w:rsidP="00F5517B">
      <w:pPr>
        <w:ind w:left="-851" w:right="-809"/>
        <w:rPr>
          <w:rFonts w:ascii="Arial" w:hAnsi="Arial" w:cs="Arial"/>
          <w:sz w:val="20"/>
          <w:szCs w:val="20"/>
        </w:rPr>
      </w:pPr>
      <w:r w:rsidRPr="007E05CF">
        <w:rPr>
          <w:rFonts w:ascii="Arial" w:hAnsi="Arial" w:cs="Arial"/>
          <w:b/>
          <w:bCs/>
          <w:sz w:val="20"/>
          <w:szCs w:val="20"/>
        </w:rPr>
        <w:t>PLEASE NOTE:</w:t>
      </w:r>
      <w:r w:rsidRPr="007E05CF">
        <w:rPr>
          <w:rFonts w:ascii="Arial" w:hAnsi="Arial" w:cs="Arial"/>
          <w:sz w:val="20"/>
          <w:szCs w:val="20"/>
        </w:rPr>
        <w:t xml:space="preserve">  Any candidate found to have knowingly given false information, or to have </w:t>
      </w:r>
      <w:proofErr w:type="spellStart"/>
      <w:r w:rsidRPr="007E05CF">
        <w:rPr>
          <w:rFonts w:ascii="Arial" w:hAnsi="Arial" w:cs="Arial"/>
          <w:sz w:val="20"/>
          <w:szCs w:val="20"/>
        </w:rPr>
        <w:t>willfully</w:t>
      </w:r>
      <w:proofErr w:type="spellEnd"/>
      <w:r w:rsidRPr="007E05CF">
        <w:rPr>
          <w:rFonts w:ascii="Arial" w:hAnsi="Arial" w:cs="Arial"/>
          <w:sz w:val="20"/>
          <w:szCs w:val="20"/>
        </w:rPr>
        <w:t xml:space="preserve"> suppressed any material fact will be liable to disqualification, or if appointed, to dismissal.</w:t>
      </w:r>
    </w:p>
    <w:p w14:paraId="5AF42342" w14:textId="77777777" w:rsidR="00F5517B" w:rsidRPr="007E05CF" w:rsidRDefault="00F5517B" w:rsidP="00F5517B">
      <w:pPr>
        <w:ind w:left="-851" w:right="-809"/>
        <w:rPr>
          <w:rFonts w:ascii="Arial" w:hAnsi="Arial" w:cs="Arial"/>
          <w:sz w:val="20"/>
          <w:szCs w:val="20"/>
        </w:rPr>
      </w:pPr>
    </w:p>
    <w:p w14:paraId="62F97723" w14:textId="77777777" w:rsidR="00F5517B" w:rsidRPr="007E05CF" w:rsidRDefault="00F5517B" w:rsidP="00F5517B">
      <w:pPr>
        <w:ind w:hanging="851"/>
        <w:rPr>
          <w:rFonts w:ascii="Arial" w:hAnsi="Arial" w:cs="Arial"/>
          <w:sz w:val="20"/>
          <w:szCs w:val="20"/>
        </w:rPr>
      </w:pPr>
      <w:r w:rsidRPr="007E05CF">
        <w:rPr>
          <w:rFonts w:ascii="Arial" w:hAnsi="Arial" w:cs="Arial"/>
          <w:sz w:val="20"/>
          <w:szCs w:val="20"/>
        </w:rPr>
        <w:t>I declare that the information above is complete and correct to the best of my knowledge.</w:t>
      </w:r>
    </w:p>
    <w:p w14:paraId="175C6397" w14:textId="77777777" w:rsidR="00F5517B" w:rsidRPr="007E05CF" w:rsidRDefault="00F5517B" w:rsidP="00F5517B">
      <w:pPr>
        <w:ind w:left="-851" w:right="-809"/>
        <w:rPr>
          <w:rFonts w:ascii="Arial" w:hAnsi="Arial" w:cs="Arial"/>
          <w:sz w:val="20"/>
          <w:szCs w:val="20"/>
        </w:rPr>
      </w:pPr>
    </w:p>
    <w:p w14:paraId="4E656495" w14:textId="77777777" w:rsidR="00F5517B" w:rsidRPr="007E05CF" w:rsidRDefault="00F5517B" w:rsidP="00F5517B">
      <w:pPr>
        <w:ind w:left="-851" w:right="-809"/>
        <w:rPr>
          <w:rFonts w:ascii="Arial" w:hAnsi="Arial" w:cs="Arial"/>
          <w:b/>
          <w:sz w:val="20"/>
          <w:szCs w:val="20"/>
        </w:rPr>
      </w:pPr>
    </w:p>
    <w:p w14:paraId="22D081F8" w14:textId="77777777" w:rsidR="00F5517B" w:rsidRDefault="00F5517B" w:rsidP="00F5517B">
      <w:pPr>
        <w:ind w:left="-851" w:right="-809"/>
        <w:rPr>
          <w:rFonts w:ascii="Arial" w:hAnsi="Arial" w:cs="Arial"/>
          <w:b/>
          <w:sz w:val="20"/>
          <w:szCs w:val="20"/>
        </w:rPr>
      </w:pPr>
      <w:r w:rsidRPr="007E05CF">
        <w:rPr>
          <w:rFonts w:ascii="Arial" w:hAnsi="Arial" w:cs="Arial"/>
          <w:b/>
          <w:sz w:val="20"/>
          <w:szCs w:val="20"/>
        </w:rPr>
        <w:t>Signed: ______________________________________</w:t>
      </w:r>
      <w:r w:rsidRPr="007E05CF">
        <w:rPr>
          <w:rFonts w:ascii="Arial" w:hAnsi="Arial" w:cs="Arial"/>
          <w:b/>
          <w:sz w:val="20"/>
          <w:szCs w:val="20"/>
        </w:rPr>
        <w:tab/>
        <w:t xml:space="preserve">      Date: ________________</w:t>
      </w:r>
    </w:p>
    <w:p w14:paraId="3416D8C4" w14:textId="77777777" w:rsidR="00F5517B" w:rsidRDefault="00F5517B" w:rsidP="00F5517B">
      <w:pPr>
        <w:ind w:left="-851" w:right="-809"/>
        <w:rPr>
          <w:rFonts w:ascii="Arial" w:hAnsi="Arial" w:cs="Arial"/>
          <w:b/>
          <w:sz w:val="20"/>
          <w:szCs w:val="20"/>
        </w:rPr>
      </w:pPr>
    </w:p>
    <w:p w14:paraId="6B86B097" w14:textId="77777777" w:rsidR="00F5517B" w:rsidRDefault="00F5517B" w:rsidP="00F5517B">
      <w:pPr>
        <w:ind w:left="-851" w:right="-809"/>
        <w:rPr>
          <w:rFonts w:ascii="Arial" w:hAnsi="Arial" w:cs="Arial"/>
          <w:b/>
          <w:sz w:val="20"/>
          <w:szCs w:val="20"/>
        </w:rPr>
      </w:pPr>
    </w:p>
    <w:p w14:paraId="29318572" w14:textId="77777777" w:rsidR="00F5517B" w:rsidRDefault="00F5517B" w:rsidP="00F5517B">
      <w:pPr>
        <w:ind w:left="-851" w:right="-809"/>
        <w:rPr>
          <w:rFonts w:ascii="Arial" w:hAnsi="Arial" w:cs="Arial"/>
          <w:b/>
          <w:sz w:val="20"/>
          <w:szCs w:val="20"/>
        </w:rPr>
      </w:pPr>
    </w:p>
    <w:p w14:paraId="6BD9322A" w14:textId="77777777" w:rsidR="00F5517B" w:rsidRDefault="00F5517B" w:rsidP="00F5517B">
      <w:pPr>
        <w:ind w:left="-851" w:right="-809"/>
        <w:rPr>
          <w:rFonts w:ascii="Arial" w:hAnsi="Arial" w:cs="Arial"/>
          <w:b/>
          <w:sz w:val="20"/>
          <w:szCs w:val="20"/>
        </w:rPr>
      </w:pPr>
    </w:p>
    <w:p w14:paraId="0666679A" w14:textId="77777777" w:rsidR="00F5517B" w:rsidRDefault="00F5517B" w:rsidP="00F5517B">
      <w:pPr>
        <w:ind w:left="-851" w:right="-809"/>
        <w:rPr>
          <w:rFonts w:ascii="Arial" w:hAnsi="Arial" w:cs="Arial"/>
          <w:b/>
          <w:sz w:val="20"/>
          <w:szCs w:val="20"/>
        </w:rPr>
      </w:pPr>
    </w:p>
    <w:p w14:paraId="21A1399E" w14:textId="77777777" w:rsidR="00F5517B" w:rsidRDefault="00F5517B" w:rsidP="00F5517B">
      <w:pPr>
        <w:ind w:left="-851" w:right="-809"/>
        <w:rPr>
          <w:rFonts w:ascii="Arial" w:hAnsi="Arial" w:cs="Arial"/>
          <w:b/>
          <w:sz w:val="20"/>
          <w:szCs w:val="20"/>
        </w:rPr>
      </w:pPr>
    </w:p>
    <w:p w14:paraId="412C1E7E" w14:textId="77777777" w:rsidR="00F5517B" w:rsidRDefault="00F5517B" w:rsidP="00F5517B">
      <w:pPr>
        <w:ind w:left="-851" w:right="-809"/>
        <w:rPr>
          <w:rFonts w:ascii="Arial" w:hAnsi="Arial" w:cs="Arial"/>
          <w:b/>
          <w:sz w:val="20"/>
          <w:szCs w:val="20"/>
        </w:rPr>
      </w:pPr>
    </w:p>
    <w:p w14:paraId="549A952C" w14:textId="77777777" w:rsidR="00F5517B" w:rsidRDefault="00F5517B" w:rsidP="00F5517B">
      <w:pPr>
        <w:ind w:left="-851" w:right="-809"/>
        <w:rPr>
          <w:rFonts w:ascii="Arial" w:hAnsi="Arial" w:cs="Arial"/>
          <w:b/>
          <w:sz w:val="20"/>
          <w:szCs w:val="20"/>
        </w:rPr>
      </w:pPr>
    </w:p>
    <w:p w14:paraId="4959AB2D" w14:textId="77777777" w:rsidR="00F5517B" w:rsidRDefault="00F5517B" w:rsidP="00F5517B">
      <w:pPr>
        <w:ind w:left="-851" w:right="-809"/>
        <w:rPr>
          <w:rFonts w:ascii="Arial" w:hAnsi="Arial" w:cs="Arial"/>
          <w:b/>
          <w:sz w:val="20"/>
          <w:szCs w:val="20"/>
        </w:rPr>
      </w:pPr>
    </w:p>
    <w:p w14:paraId="1008B04C" w14:textId="77777777" w:rsidR="00F5517B" w:rsidRDefault="00F5517B" w:rsidP="00F5517B">
      <w:pPr>
        <w:ind w:left="-851" w:right="-809"/>
        <w:rPr>
          <w:rFonts w:ascii="Arial" w:hAnsi="Arial" w:cs="Arial"/>
          <w:b/>
          <w:sz w:val="20"/>
          <w:szCs w:val="20"/>
        </w:rPr>
      </w:pPr>
    </w:p>
    <w:p w14:paraId="38600A02" w14:textId="77777777" w:rsidR="00F5517B" w:rsidRDefault="00F5517B" w:rsidP="00F5517B">
      <w:pPr>
        <w:ind w:left="-851" w:right="-809"/>
        <w:rPr>
          <w:rFonts w:ascii="Arial" w:hAnsi="Arial" w:cs="Arial"/>
          <w:b/>
          <w:sz w:val="20"/>
          <w:szCs w:val="20"/>
        </w:rPr>
      </w:pPr>
    </w:p>
    <w:p w14:paraId="576CC39F" w14:textId="77777777" w:rsidR="00F5517B" w:rsidRDefault="00F5517B" w:rsidP="00F5517B">
      <w:pPr>
        <w:ind w:left="-851" w:right="-809"/>
        <w:rPr>
          <w:rFonts w:ascii="Arial" w:hAnsi="Arial" w:cs="Arial"/>
          <w:b/>
          <w:sz w:val="20"/>
          <w:szCs w:val="20"/>
        </w:rPr>
      </w:pPr>
    </w:p>
    <w:p w14:paraId="02997CE3" w14:textId="77777777" w:rsidR="00F5517B" w:rsidRDefault="00F5517B" w:rsidP="00F5517B">
      <w:pPr>
        <w:ind w:left="-851" w:right="-809"/>
        <w:rPr>
          <w:rFonts w:ascii="Arial" w:hAnsi="Arial" w:cs="Arial"/>
          <w:b/>
          <w:sz w:val="20"/>
          <w:szCs w:val="20"/>
        </w:rPr>
      </w:pPr>
    </w:p>
    <w:p w14:paraId="5558C6F0" w14:textId="77777777" w:rsidR="00F5517B" w:rsidRDefault="00F5517B" w:rsidP="00F5517B">
      <w:pPr>
        <w:ind w:left="-851" w:right="-809"/>
        <w:rPr>
          <w:rFonts w:ascii="Arial" w:hAnsi="Arial" w:cs="Arial"/>
          <w:b/>
          <w:sz w:val="20"/>
          <w:szCs w:val="20"/>
        </w:rPr>
      </w:pPr>
    </w:p>
    <w:p w14:paraId="49D4C10D" w14:textId="77777777" w:rsidR="00F5517B" w:rsidRDefault="00F5517B" w:rsidP="00F5517B">
      <w:pPr>
        <w:ind w:left="-851" w:right="-809"/>
        <w:rPr>
          <w:rFonts w:ascii="Arial" w:hAnsi="Arial" w:cs="Arial"/>
          <w:b/>
          <w:sz w:val="20"/>
          <w:szCs w:val="20"/>
        </w:rPr>
      </w:pPr>
    </w:p>
    <w:p w14:paraId="01FEF4BB" w14:textId="77777777" w:rsidR="00F5517B" w:rsidRDefault="00F5517B" w:rsidP="00F5517B">
      <w:pPr>
        <w:ind w:left="-851" w:right="-809"/>
        <w:rPr>
          <w:rFonts w:ascii="Arial" w:hAnsi="Arial" w:cs="Arial"/>
          <w:b/>
          <w:sz w:val="20"/>
          <w:szCs w:val="20"/>
        </w:rPr>
      </w:pPr>
    </w:p>
    <w:p w14:paraId="2CFF57B7" w14:textId="77777777" w:rsidR="00F5517B" w:rsidRPr="00DC7235" w:rsidRDefault="00F5517B" w:rsidP="00F5517B">
      <w:pPr>
        <w:pStyle w:val="NormalWeb"/>
        <w:jc w:val="both"/>
        <w:outlineLvl w:val="0"/>
        <w:rPr>
          <w:rFonts w:ascii="Arial" w:hAnsi="Arial" w:cs="Arial"/>
          <w:b/>
          <w:bCs/>
          <w:sz w:val="28"/>
          <w:szCs w:val="28"/>
        </w:rPr>
      </w:pPr>
      <w:r w:rsidRPr="00DC7235">
        <w:rPr>
          <w:rFonts w:ascii="Arial" w:hAnsi="Arial" w:cs="Arial"/>
          <w:b/>
          <w:bCs/>
          <w:sz w:val="28"/>
          <w:szCs w:val="28"/>
        </w:rPr>
        <w:t>Recruitment Privacy Notice</w:t>
      </w:r>
    </w:p>
    <w:p w14:paraId="5AD4E0A5" w14:textId="77777777" w:rsidR="00F5517B" w:rsidRDefault="00F5517B" w:rsidP="00F5517B">
      <w:pPr>
        <w:pStyle w:val="NormalWeb"/>
        <w:spacing w:before="0" w:beforeAutospacing="0" w:after="0" w:afterAutospacing="0"/>
        <w:jc w:val="both"/>
        <w:outlineLvl w:val="0"/>
        <w:rPr>
          <w:rFonts w:ascii="Arial" w:hAnsi="Arial" w:cs="Arial"/>
          <w:b/>
          <w:bCs/>
          <w:color w:val="FF0000"/>
          <w:sz w:val="20"/>
          <w:szCs w:val="20"/>
        </w:rPr>
      </w:pPr>
      <w:r w:rsidRPr="00ED4F31">
        <w:rPr>
          <w:rFonts w:ascii="Arial" w:hAnsi="Arial" w:cs="Arial"/>
          <w:b/>
          <w:bCs/>
          <w:sz w:val="20"/>
          <w:szCs w:val="20"/>
        </w:rPr>
        <w:t xml:space="preserve">Data controller: </w:t>
      </w:r>
      <w:r w:rsidRPr="003612B6">
        <w:rPr>
          <w:rFonts w:ascii="Arial" w:hAnsi="Arial" w:cs="Arial"/>
          <w:b/>
          <w:bCs/>
          <w:sz w:val="20"/>
          <w:szCs w:val="20"/>
        </w:rPr>
        <w:t>The Congregation of the Sisters of Mercy</w:t>
      </w:r>
    </w:p>
    <w:p w14:paraId="33BB10A1" w14:textId="77777777" w:rsidR="00F5517B" w:rsidRPr="00DC7235" w:rsidRDefault="00F5517B" w:rsidP="00F5517B">
      <w:pPr>
        <w:pStyle w:val="NormalWeb"/>
        <w:spacing w:before="0" w:beforeAutospacing="0" w:after="0" w:afterAutospacing="0"/>
        <w:jc w:val="both"/>
        <w:rPr>
          <w:rFonts w:ascii="Arial" w:hAnsi="Arial" w:cs="Arial"/>
          <w:sz w:val="20"/>
          <w:szCs w:val="20"/>
        </w:rPr>
      </w:pPr>
      <w:r w:rsidRPr="00DC7235">
        <w:rPr>
          <w:rFonts w:ascii="Arial" w:hAnsi="Arial" w:cs="Arial"/>
          <w:sz w:val="20"/>
          <w:szCs w:val="20"/>
        </w:rPr>
        <w:lastRenderedPageBreak/>
        <w:t xml:space="preserve">As part of </w:t>
      </w:r>
      <w:r>
        <w:rPr>
          <w:rFonts w:ascii="Arial" w:hAnsi="Arial" w:cs="Arial"/>
          <w:sz w:val="20"/>
          <w:szCs w:val="20"/>
        </w:rPr>
        <w:t>the</w:t>
      </w:r>
      <w:r w:rsidRPr="00DC7235">
        <w:rPr>
          <w:rFonts w:ascii="Arial" w:hAnsi="Arial" w:cs="Arial"/>
          <w:sz w:val="20"/>
          <w:szCs w:val="20"/>
        </w:rPr>
        <w:t> recruitment process, the organisation collects and processes personal data relating to applicants. The organisation is committed to being transparent about how it collects and uses that data and to meeting its data protection obligations.</w:t>
      </w:r>
    </w:p>
    <w:p w14:paraId="2A79BF8A" w14:textId="77777777" w:rsidR="00F5517B" w:rsidRDefault="00F5517B" w:rsidP="00F5517B">
      <w:pPr>
        <w:pStyle w:val="NormalWeb"/>
        <w:spacing w:before="0" w:beforeAutospacing="0" w:after="0" w:afterAutospacing="0"/>
        <w:jc w:val="both"/>
        <w:rPr>
          <w:rFonts w:ascii="Arial" w:hAnsi="Arial" w:cs="Arial"/>
          <w:b/>
          <w:bCs/>
          <w:sz w:val="20"/>
          <w:szCs w:val="20"/>
        </w:rPr>
      </w:pPr>
    </w:p>
    <w:p w14:paraId="1BB5DCD0" w14:textId="77777777" w:rsidR="00F5517B" w:rsidRPr="00DC7235" w:rsidRDefault="00F5517B" w:rsidP="00F5517B">
      <w:pPr>
        <w:pStyle w:val="NormalWeb"/>
        <w:spacing w:before="0" w:beforeAutospacing="0" w:after="0" w:afterAutospacing="0"/>
        <w:jc w:val="both"/>
        <w:rPr>
          <w:rFonts w:ascii="Arial" w:hAnsi="Arial" w:cs="Arial"/>
          <w:b/>
          <w:bCs/>
          <w:sz w:val="20"/>
          <w:szCs w:val="20"/>
        </w:rPr>
      </w:pPr>
      <w:r w:rsidRPr="00DC7235">
        <w:rPr>
          <w:rFonts w:ascii="Arial" w:hAnsi="Arial" w:cs="Arial"/>
          <w:b/>
          <w:bCs/>
          <w:sz w:val="20"/>
          <w:szCs w:val="20"/>
        </w:rPr>
        <w:t>What information does the organisation collect?</w:t>
      </w:r>
    </w:p>
    <w:p w14:paraId="2AE4DC93" w14:textId="77777777" w:rsidR="00F5517B" w:rsidRDefault="00F5517B" w:rsidP="00F5517B">
      <w:pPr>
        <w:pStyle w:val="NormalWeb"/>
        <w:spacing w:before="0" w:beforeAutospacing="0" w:after="0" w:afterAutospacing="0"/>
        <w:jc w:val="both"/>
        <w:rPr>
          <w:rFonts w:ascii="Arial" w:hAnsi="Arial" w:cs="Arial"/>
          <w:sz w:val="20"/>
          <w:szCs w:val="20"/>
        </w:rPr>
      </w:pPr>
      <w:r w:rsidRPr="00DC7235">
        <w:rPr>
          <w:rFonts w:ascii="Arial" w:hAnsi="Arial" w:cs="Arial"/>
          <w:sz w:val="20"/>
          <w:szCs w:val="20"/>
        </w:rPr>
        <w:t>The organisation collects a range of information about you. This includes</w:t>
      </w:r>
      <w:r>
        <w:rPr>
          <w:rFonts w:ascii="Arial" w:hAnsi="Arial" w:cs="Arial"/>
          <w:sz w:val="20"/>
          <w:szCs w:val="20"/>
        </w:rPr>
        <w:t>:</w:t>
      </w:r>
    </w:p>
    <w:p w14:paraId="28EEB20B" w14:textId="77777777" w:rsidR="00F5517B" w:rsidRPr="00DC7235" w:rsidRDefault="00F5517B" w:rsidP="00F5517B">
      <w:pPr>
        <w:pStyle w:val="NormalWeb"/>
        <w:spacing w:before="0" w:beforeAutospacing="0" w:after="0" w:afterAutospacing="0"/>
        <w:jc w:val="both"/>
        <w:rPr>
          <w:rFonts w:ascii="Arial" w:hAnsi="Arial" w:cs="Arial"/>
          <w:sz w:val="20"/>
          <w:szCs w:val="20"/>
        </w:rPr>
      </w:pPr>
    </w:p>
    <w:p w14:paraId="68312423" w14:textId="77777777" w:rsidR="00F5517B" w:rsidRPr="00DC7235" w:rsidRDefault="00F5517B" w:rsidP="00F5517B">
      <w:pPr>
        <w:numPr>
          <w:ilvl w:val="0"/>
          <w:numId w:val="38"/>
        </w:numPr>
        <w:ind w:hanging="720"/>
        <w:jc w:val="both"/>
        <w:rPr>
          <w:rFonts w:ascii="Arial" w:hAnsi="Arial" w:cs="Arial"/>
          <w:sz w:val="20"/>
          <w:szCs w:val="20"/>
          <w:lang w:eastAsia="en-GB"/>
        </w:rPr>
      </w:pPr>
      <w:r w:rsidRPr="00DC7235">
        <w:rPr>
          <w:rFonts w:ascii="Arial" w:hAnsi="Arial" w:cs="Arial"/>
          <w:sz w:val="20"/>
          <w:szCs w:val="20"/>
          <w:lang w:eastAsia="en-GB"/>
        </w:rPr>
        <w:t xml:space="preserve">your name, address and contact details, including email address and telephone </w:t>
      </w:r>
      <w:proofErr w:type="gramStart"/>
      <w:r w:rsidRPr="00DC7235">
        <w:rPr>
          <w:rFonts w:ascii="Arial" w:hAnsi="Arial" w:cs="Arial"/>
          <w:sz w:val="20"/>
          <w:szCs w:val="20"/>
          <w:lang w:eastAsia="en-GB"/>
        </w:rPr>
        <w:t>number;</w:t>
      </w:r>
      <w:proofErr w:type="gramEnd"/>
    </w:p>
    <w:p w14:paraId="4044523E" w14:textId="77777777" w:rsidR="00F5517B" w:rsidRPr="00DC7235" w:rsidRDefault="00F5517B" w:rsidP="00F5517B">
      <w:pPr>
        <w:numPr>
          <w:ilvl w:val="0"/>
          <w:numId w:val="38"/>
        </w:numPr>
        <w:ind w:hanging="720"/>
        <w:jc w:val="both"/>
        <w:rPr>
          <w:rFonts w:ascii="Arial" w:hAnsi="Arial" w:cs="Arial"/>
          <w:sz w:val="20"/>
          <w:szCs w:val="20"/>
          <w:lang w:eastAsia="en-GB"/>
        </w:rPr>
      </w:pPr>
      <w:r w:rsidRPr="00DC7235">
        <w:rPr>
          <w:rFonts w:ascii="Arial" w:hAnsi="Arial" w:cs="Arial"/>
          <w:sz w:val="20"/>
          <w:szCs w:val="20"/>
          <w:lang w:eastAsia="en-GB"/>
        </w:rPr>
        <w:t xml:space="preserve">details of your qualifications, skills, experience and employment </w:t>
      </w:r>
      <w:proofErr w:type="gramStart"/>
      <w:r w:rsidRPr="00DC7235">
        <w:rPr>
          <w:rFonts w:ascii="Arial" w:hAnsi="Arial" w:cs="Arial"/>
          <w:sz w:val="20"/>
          <w:szCs w:val="20"/>
          <w:lang w:eastAsia="en-GB"/>
        </w:rPr>
        <w:t>history;</w:t>
      </w:r>
      <w:proofErr w:type="gramEnd"/>
    </w:p>
    <w:p w14:paraId="1813F436" w14:textId="77777777" w:rsidR="00F5517B" w:rsidRPr="00DC7235" w:rsidRDefault="00F5517B" w:rsidP="00F5517B">
      <w:pPr>
        <w:numPr>
          <w:ilvl w:val="0"/>
          <w:numId w:val="38"/>
        </w:numPr>
        <w:ind w:hanging="720"/>
        <w:jc w:val="both"/>
        <w:rPr>
          <w:rFonts w:ascii="Arial" w:hAnsi="Arial" w:cs="Arial"/>
          <w:sz w:val="20"/>
          <w:szCs w:val="20"/>
          <w:lang w:eastAsia="en-GB"/>
        </w:rPr>
      </w:pPr>
      <w:r w:rsidRPr="00DC7235">
        <w:rPr>
          <w:rFonts w:ascii="Arial" w:hAnsi="Arial" w:cs="Arial"/>
          <w:sz w:val="20"/>
          <w:szCs w:val="20"/>
          <w:lang w:eastAsia="en-GB"/>
        </w:rPr>
        <w:t xml:space="preserve">information about your current level of remuneration, including benefit </w:t>
      </w:r>
      <w:proofErr w:type="gramStart"/>
      <w:r w:rsidRPr="00DC7235">
        <w:rPr>
          <w:rFonts w:ascii="Arial" w:hAnsi="Arial" w:cs="Arial"/>
          <w:sz w:val="20"/>
          <w:szCs w:val="20"/>
          <w:lang w:eastAsia="en-GB"/>
        </w:rPr>
        <w:t>entitlements;</w:t>
      </w:r>
      <w:proofErr w:type="gramEnd"/>
    </w:p>
    <w:p w14:paraId="508C6D5E" w14:textId="77777777" w:rsidR="00F5517B" w:rsidRPr="00DC7235" w:rsidRDefault="00F5517B" w:rsidP="00F5517B">
      <w:pPr>
        <w:numPr>
          <w:ilvl w:val="0"/>
          <w:numId w:val="38"/>
        </w:numPr>
        <w:ind w:hanging="720"/>
        <w:jc w:val="both"/>
        <w:rPr>
          <w:rFonts w:ascii="Arial" w:hAnsi="Arial" w:cs="Arial"/>
          <w:sz w:val="20"/>
          <w:szCs w:val="20"/>
          <w:lang w:eastAsia="en-GB"/>
        </w:rPr>
      </w:pPr>
      <w:r w:rsidRPr="00DC7235">
        <w:rPr>
          <w:rFonts w:ascii="Arial" w:hAnsi="Arial" w:cs="Arial"/>
          <w:sz w:val="20"/>
          <w:szCs w:val="20"/>
          <w:lang w:eastAsia="en-GB"/>
        </w:rPr>
        <w:t>whether or not you have a disability for which the organisation needs to make reasonable adjustments during the recruitment </w:t>
      </w:r>
      <w:proofErr w:type="gramStart"/>
      <w:r w:rsidRPr="00DC7235">
        <w:rPr>
          <w:rFonts w:ascii="Arial" w:hAnsi="Arial" w:cs="Arial"/>
          <w:sz w:val="20"/>
          <w:szCs w:val="20"/>
          <w:lang w:eastAsia="en-GB"/>
        </w:rPr>
        <w:t>process;</w:t>
      </w:r>
      <w:proofErr w:type="gramEnd"/>
    </w:p>
    <w:p w14:paraId="364CA05E" w14:textId="77777777" w:rsidR="00F5517B" w:rsidRPr="00DC7235" w:rsidRDefault="00F5517B" w:rsidP="00F5517B">
      <w:pPr>
        <w:numPr>
          <w:ilvl w:val="0"/>
          <w:numId w:val="38"/>
        </w:numPr>
        <w:ind w:hanging="720"/>
        <w:jc w:val="both"/>
        <w:rPr>
          <w:rFonts w:ascii="Arial" w:hAnsi="Arial" w:cs="Arial"/>
          <w:sz w:val="20"/>
          <w:szCs w:val="20"/>
          <w:lang w:eastAsia="en-GB"/>
        </w:rPr>
      </w:pPr>
      <w:r w:rsidRPr="00DC7235">
        <w:rPr>
          <w:rFonts w:ascii="Arial" w:hAnsi="Arial" w:cs="Arial"/>
          <w:sz w:val="20"/>
          <w:szCs w:val="20"/>
          <w:lang w:eastAsia="en-GB"/>
        </w:rPr>
        <w:t xml:space="preserve">information about your entitlement to work in </w:t>
      </w:r>
      <w:r>
        <w:rPr>
          <w:rFonts w:ascii="Arial" w:hAnsi="Arial" w:cs="Arial"/>
          <w:sz w:val="20"/>
          <w:szCs w:val="20"/>
          <w:lang w:eastAsia="en-GB"/>
        </w:rPr>
        <w:t>Ireland</w:t>
      </w:r>
      <w:r w:rsidRPr="00DC7235">
        <w:rPr>
          <w:rFonts w:ascii="Arial" w:hAnsi="Arial" w:cs="Arial"/>
          <w:sz w:val="20"/>
          <w:szCs w:val="20"/>
          <w:lang w:eastAsia="en-GB"/>
        </w:rPr>
        <w:t>; and</w:t>
      </w:r>
    </w:p>
    <w:p w14:paraId="34B0FB3C" w14:textId="77777777" w:rsidR="00F5517B" w:rsidRDefault="00F5517B" w:rsidP="00F5517B">
      <w:pPr>
        <w:numPr>
          <w:ilvl w:val="0"/>
          <w:numId w:val="38"/>
        </w:numPr>
        <w:ind w:hanging="720"/>
        <w:jc w:val="both"/>
        <w:rPr>
          <w:rFonts w:ascii="Arial" w:hAnsi="Arial" w:cs="Arial"/>
          <w:sz w:val="20"/>
          <w:szCs w:val="20"/>
          <w:lang w:eastAsia="en-GB"/>
        </w:rPr>
      </w:pPr>
      <w:r w:rsidRPr="00DC7235">
        <w:rPr>
          <w:rFonts w:ascii="Arial" w:hAnsi="Arial" w:cs="Arial"/>
          <w:sz w:val="20"/>
          <w:szCs w:val="20"/>
          <w:lang w:eastAsia="en-GB"/>
        </w:rPr>
        <w:t>equal opportunities monitoring information, including information about your ethnic origin, sexual orientation, health, and religion or belief.</w:t>
      </w:r>
    </w:p>
    <w:p w14:paraId="04A2F269" w14:textId="77777777" w:rsidR="00F5517B" w:rsidRPr="00DC7235" w:rsidRDefault="00F5517B" w:rsidP="00F5517B">
      <w:pPr>
        <w:jc w:val="both"/>
        <w:rPr>
          <w:rFonts w:ascii="Arial" w:hAnsi="Arial" w:cs="Arial"/>
          <w:sz w:val="20"/>
          <w:szCs w:val="20"/>
          <w:lang w:eastAsia="en-GB"/>
        </w:rPr>
      </w:pPr>
    </w:p>
    <w:p w14:paraId="7A3A4FCD" w14:textId="77777777" w:rsidR="00F5517B" w:rsidRDefault="00F5517B" w:rsidP="00F5517B">
      <w:pPr>
        <w:pStyle w:val="NormalWeb"/>
        <w:spacing w:before="0" w:beforeAutospacing="0" w:after="0" w:afterAutospacing="0"/>
        <w:jc w:val="both"/>
        <w:rPr>
          <w:rFonts w:ascii="Arial" w:hAnsi="Arial" w:cs="Arial"/>
          <w:sz w:val="20"/>
          <w:szCs w:val="20"/>
        </w:rPr>
      </w:pPr>
      <w:r w:rsidRPr="00DC7235">
        <w:rPr>
          <w:rFonts w:ascii="Arial" w:hAnsi="Arial" w:cs="Arial"/>
          <w:sz w:val="20"/>
          <w:szCs w:val="20"/>
        </w:rPr>
        <w:t xml:space="preserve">The organisation collects this information in </w:t>
      </w:r>
      <w:proofErr w:type="gramStart"/>
      <w:r w:rsidRPr="00DC7235">
        <w:rPr>
          <w:rFonts w:ascii="Arial" w:hAnsi="Arial" w:cs="Arial"/>
          <w:sz w:val="20"/>
          <w:szCs w:val="20"/>
        </w:rPr>
        <w:t xml:space="preserve">a </w:t>
      </w:r>
      <w:r>
        <w:rPr>
          <w:rFonts w:ascii="Arial" w:hAnsi="Arial" w:cs="Arial"/>
          <w:sz w:val="20"/>
          <w:szCs w:val="20"/>
        </w:rPr>
        <w:t>number</w:t>
      </w:r>
      <w:r w:rsidRPr="00DC7235">
        <w:rPr>
          <w:rFonts w:ascii="Arial" w:hAnsi="Arial" w:cs="Arial"/>
          <w:sz w:val="20"/>
          <w:szCs w:val="20"/>
        </w:rPr>
        <w:t xml:space="preserve"> of</w:t>
      </w:r>
      <w:proofErr w:type="gramEnd"/>
      <w:r w:rsidRPr="00DC7235">
        <w:rPr>
          <w:rFonts w:ascii="Arial" w:hAnsi="Arial" w:cs="Arial"/>
          <w:sz w:val="20"/>
          <w:szCs w:val="20"/>
        </w:rPr>
        <w:t xml:space="preserve"> ways. For example, data might be contained in application forms</w:t>
      </w:r>
      <w:r>
        <w:rPr>
          <w:rFonts w:ascii="Arial" w:hAnsi="Arial" w:cs="Arial"/>
          <w:sz w:val="20"/>
          <w:szCs w:val="20"/>
        </w:rPr>
        <w:t xml:space="preserve"> or CV’s</w:t>
      </w:r>
      <w:r w:rsidRPr="00DC7235">
        <w:rPr>
          <w:rFonts w:ascii="Arial" w:hAnsi="Arial" w:cs="Arial"/>
          <w:sz w:val="20"/>
          <w:szCs w:val="20"/>
        </w:rPr>
        <w:t>, from your passport or other identity documents, or collected through interviews or other forms of assessment</w:t>
      </w:r>
      <w:r>
        <w:rPr>
          <w:rFonts w:ascii="Arial" w:hAnsi="Arial" w:cs="Arial"/>
          <w:sz w:val="20"/>
          <w:szCs w:val="20"/>
        </w:rPr>
        <w:t>.</w:t>
      </w:r>
    </w:p>
    <w:p w14:paraId="2A146B60" w14:textId="77777777" w:rsidR="00F5517B" w:rsidRPr="00DC7235" w:rsidRDefault="00F5517B" w:rsidP="00F5517B">
      <w:pPr>
        <w:pStyle w:val="NormalWeb"/>
        <w:spacing w:before="0" w:beforeAutospacing="0" w:after="0" w:afterAutospacing="0"/>
        <w:jc w:val="both"/>
        <w:rPr>
          <w:rFonts w:ascii="Arial" w:hAnsi="Arial" w:cs="Arial"/>
          <w:sz w:val="20"/>
          <w:szCs w:val="20"/>
        </w:rPr>
      </w:pPr>
    </w:p>
    <w:p w14:paraId="6C681E1C" w14:textId="77777777" w:rsidR="00F5517B" w:rsidRPr="00194958" w:rsidRDefault="00F5517B" w:rsidP="00F5517B">
      <w:pPr>
        <w:pStyle w:val="NormalWeb"/>
        <w:spacing w:before="0" w:beforeAutospacing="0" w:after="0" w:afterAutospacing="0"/>
        <w:jc w:val="both"/>
        <w:rPr>
          <w:rFonts w:ascii="Arial" w:hAnsi="Arial" w:cs="Arial"/>
          <w:sz w:val="20"/>
          <w:szCs w:val="20"/>
        </w:rPr>
      </w:pPr>
      <w:r w:rsidRPr="00194958">
        <w:rPr>
          <w:rFonts w:ascii="Arial" w:hAnsi="Arial" w:cs="Arial"/>
          <w:sz w:val="20"/>
          <w:szCs w:val="20"/>
        </w:rPr>
        <w:t>The organisation will seek information from third parties only once a job offer to you has been made and will inform you that it is doing so.</w:t>
      </w:r>
    </w:p>
    <w:p w14:paraId="71580903" w14:textId="77777777" w:rsidR="00F5517B" w:rsidRPr="00994AD1" w:rsidRDefault="00F5517B" w:rsidP="00F5517B">
      <w:pPr>
        <w:pStyle w:val="NormalWeb"/>
        <w:spacing w:before="0" w:beforeAutospacing="0" w:after="0" w:afterAutospacing="0"/>
        <w:jc w:val="both"/>
        <w:rPr>
          <w:rFonts w:ascii="Arial" w:hAnsi="Arial" w:cs="Arial"/>
          <w:color w:val="FF0000"/>
          <w:sz w:val="20"/>
          <w:szCs w:val="20"/>
        </w:rPr>
      </w:pPr>
    </w:p>
    <w:p w14:paraId="595EA735" w14:textId="77777777" w:rsidR="00F5517B" w:rsidRDefault="00F5517B" w:rsidP="00F5517B">
      <w:pPr>
        <w:pStyle w:val="NormalWeb"/>
        <w:spacing w:before="0" w:beforeAutospacing="0" w:after="0" w:afterAutospacing="0"/>
        <w:jc w:val="both"/>
        <w:rPr>
          <w:rFonts w:ascii="Arial" w:hAnsi="Arial" w:cs="Arial"/>
          <w:sz w:val="20"/>
          <w:szCs w:val="20"/>
        </w:rPr>
      </w:pPr>
      <w:r w:rsidRPr="00DC7235">
        <w:rPr>
          <w:rFonts w:ascii="Arial" w:hAnsi="Arial" w:cs="Arial"/>
          <w:sz w:val="20"/>
          <w:szCs w:val="20"/>
        </w:rPr>
        <w:t>Data will be stored in a range of different places, including on your application record, in HR management systems and on other IT systems (including email).</w:t>
      </w:r>
    </w:p>
    <w:p w14:paraId="1F41847B" w14:textId="77777777" w:rsidR="00F5517B" w:rsidRPr="00DC7235" w:rsidRDefault="00F5517B" w:rsidP="00F5517B">
      <w:pPr>
        <w:pStyle w:val="NormalWeb"/>
        <w:spacing w:before="0" w:beforeAutospacing="0" w:after="0" w:afterAutospacing="0"/>
        <w:jc w:val="both"/>
        <w:rPr>
          <w:rFonts w:ascii="Arial" w:hAnsi="Arial" w:cs="Arial"/>
          <w:sz w:val="20"/>
          <w:szCs w:val="20"/>
        </w:rPr>
      </w:pPr>
    </w:p>
    <w:p w14:paraId="2F842F90" w14:textId="77777777" w:rsidR="00F5517B" w:rsidRPr="00DC7235" w:rsidRDefault="00F5517B" w:rsidP="00F5517B">
      <w:pPr>
        <w:pStyle w:val="NormalWeb"/>
        <w:spacing w:before="0" w:beforeAutospacing="0" w:after="0" w:afterAutospacing="0"/>
        <w:jc w:val="both"/>
        <w:rPr>
          <w:rFonts w:ascii="Arial" w:hAnsi="Arial" w:cs="Arial"/>
          <w:b/>
          <w:bCs/>
          <w:sz w:val="20"/>
          <w:szCs w:val="20"/>
        </w:rPr>
      </w:pPr>
      <w:r w:rsidRPr="00DC7235">
        <w:rPr>
          <w:rFonts w:ascii="Arial" w:hAnsi="Arial" w:cs="Arial"/>
          <w:b/>
          <w:bCs/>
          <w:sz w:val="20"/>
          <w:szCs w:val="20"/>
        </w:rPr>
        <w:t>Why does the organisation process personal data?</w:t>
      </w:r>
    </w:p>
    <w:p w14:paraId="7D2168B9" w14:textId="77777777" w:rsidR="00F5517B" w:rsidRDefault="00F5517B" w:rsidP="00F5517B">
      <w:pPr>
        <w:pStyle w:val="NormalWeb"/>
        <w:spacing w:before="0" w:beforeAutospacing="0" w:after="0" w:afterAutospacing="0"/>
        <w:jc w:val="both"/>
        <w:rPr>
          <w:rFonts w:ascii="Arial" w:hAnsi="Arial" w:cs="Arial"/>
          <w:sz w:val="20"/>
          <w:szCs w:val="20"/>
        </w:rPr>
      </w:pPr>
      <w:r w:rsidRPr="00DC7235">
        <w:rPr>
          <w:rFonts w:ascii="Arial" w:hAnsi="Arial" w:cs="Arial"/>
          <w:sz w:val="20"/>
          <w:szCs w:val="20"/>
        </w:rPr>
        <w:t xml:space="preserve">The organisation needs to process data to take steps at your request prior to </w:t>
      </w:r>
      <w:proofErr w:type="gramStart"/>
      <w:r w:rsidRPr="00DC7235">
        <w:rPr>
          <w:rFonts w:ascii="Arial" w:hAnsi="Arial" w:cs="Arial"/>
          <w:sz w:val="20"/>
          <w:szCs w:val="20"/>
        </w:rPr>
        <w:t>entering into</w:t>
      </w:r>
      <w:proofErr w:type="gramEnd"/>
      <w:r w:rsidRPr="00DC7235">
        <w:rPr>
          <w:rFonts w:ascii="Arial" w:hAnsi="Arial" w:cs="Arial"/>
          <w:sz w:val="20"/>
          <w:szCs w:val="20"/>
        </w:rPr>
        <w:t xml:space="preserve"> a contract with you. It also needs to process your data to </w:t>
      </w:r>
      <w:proofErr w:type="gramStart"/>
      <w:r w:rsidRPr="00DC7235">
        <w:rPr>
          <w:rFonts w:ascii="Arial" w:hAnsi="Arial" w:cs="Arial"/>
          <w:sz w:val="20"/>
          <w:szCs w:val="20"/>
        </w:rPr>
        <w:t>enter into</w:t>
      </w:r>
      <w:proofErr w:type="gramEnd"/>
      <w:r w:rsidRPr="00DC7235">
        <w:rPr>
          <w:rFonts w:ascii="Arial" w:hAnsi="Arial" w:cs="Arial"/>
          <w:sz w:val="20"/>
          <w:szCs w:val="20"/>
        </w:rPr>
        <w:t xml:space="preserve"> a contract with you.</w:t>
      </w:r>
    </w:p>
    <w:p w14:paraId="05BB7101" w14:textId="77777777" w:rsidR="00F5517B" w:rsidRPr="00DC7235" w:rsidRDefault="00F5517B" w:rsidP="00F5517B">
      <w:pPr>
        <w:pStyle w:val="NormalWeb"/>
        <w:spacing w:before="0" w:beforeAutospacing="0" w:after="0" w:afterAutospacing="0"/>
        <w:jc w:val="both"/>
        <w:rPr>
          <w:rFonts w:ascii="Arial" w:hAnsi="Arial" w:cs="Arial"/>
          <w:sz w:val="20"/>
          <w:szCs w:val="20"/>
        </w:rPr>
      </w:pPr>
    </w:p>
    <w:p w14:paraId="02EAE725" w14:textId="77777777" w:rsidR="00F5517B" w:rsidRDefault="00F5517B" w:rsidP="00F5517B">
      <w:pPr>
        <w:pStyle w:val="NormalWeb"/>
        <w:spacing w:before="0" w:beforeAutospacing="0" w:after="0" w:afterAutospacing="0"/>
        <w:jc w:val="both"/>
        <w:rPr>
          <w:rFonts w:ascii="Arial" w:hAnsi="Arial" w:cs="Arial"/>
          <w:sz w:val="20"/>
          <w:szCs w:val="20"/>
        </w:rPr>
      </w:pPr>
      <w:r w:rsidRPr="00DC7235">
        <w:rPr>
          <w:rFonts w:ascii="Arial" w:hAnsi="Arial" w:cs="Arial"/>
          <w:sz w:val="20"/>
          <w:szCs w:val="20"/>
        </w:rPr>
        <w:t xml:space="preserve">In some cases, the organisation needs to process data to ensure that it is </w:t>
      </w:r>
      <w:r>
        <w:rPr>
          <w:rFonts w:ascii="Arial" w:hAnsi="Arial" w:cs="Arial"/>
          <w:sz w:val="20"/>
          <w:szCs w:val="20"/>
        </w:rPr>
        <w:t>acting in a fashion that is legally compliant</w:t>
      </w:r>
      <w:r w:rsidRPr="00DC7235">
        <w:rPr>
          <w:rFonts w:ascii="Arial" w:hAnsi="Arial" w:cs="Arial"/>
          <w:sz w:val="20"/>
          <w:szCs w:val="20"/>
        </w:rPr>
        <w:t xml:space="preserve">. For example, it is required to check a successful applicant's eligibility to work in </w:t>
      </w:r>
      <w:r>
        <w:rPr>
          <w:rFonts w:ascii="Arial" w:hAnsi="Arial" w:cs="Arial"/>
          <w:sz w:val="20"/>
          <w:szCs w:val="20"/>
        </w:rPr>
        <w:t xml:space="preserve">Ireland </w:t>
      </w:r>
      <w:r w:rsidRPr="00DC7235">
        <w:rPr>
          <w:rFonts w:ascii="Arial" w:hAnsi="Arial" w:cs="Arial"/>
          <w:sz w:val="20"/>
          <w:szCs w:val="20"/>
        </w:rPr>
        <w:t>before employment starts.</w:t>
      </w:r>
    </w:p>
    <w:p w14:paraId="08B21744" w14:textId="77777777" w:rsidR="00F5517B" w:rsidRPr="00DC7235" w:rsidRDefault="00F5517B" w:rsidP="00F5517B">
      <w:pPr>
        <w:pStyle w:val="NormalWeb"/>
        <w:spacing w:before="0" w:beforeAutospacing="0" w:after="0" w:afterAutospacing="0"/>
        <w:jc w:val="both"/>
        <w:rPr>
          <w:rFonts w:ascii="Arial" w:hAnsi="Arial" w:cs="Arial"/>
          <w:sz w:val="20"/>
          <w:szCs w:val="20"/>
        </w:rPr>
      </w:pPr>
    </w:p>
    <w:p w14:paraId="33332E40" w14:textId="77777777" w:rsidR="00F5517B" w:rsidRDefault="00F5517B" w:rsidP="00F5517B">
      <w:pPr>
        <w:pStyle w:val="NormalWeb"/>
        <w:spacing w:before="0" w:beforeAutospacing="0" w:after="0" w:afterAutospacing="0"/>
        <w:jc w:val="both"/>
        <w:rPr>
          <w:rFonts w:ascii="Arial" w:hAnsi="Arial" w:cs="Arial"/>
          <w:sz w:val="20"/>
          <w:szCs w:val="20"/>
        </w:rPr>
      </w:pPr>
      <w:r w:rsidRPr="00DC7235">
        <w:rPr>
          <w:rFonts w:ascii="Arial" w:hAnsi="Arial" w:cs="Arial"/>
          <w:sz w:val="20"/>
          <w:szCs w:val="20"/>
        </w:rPr>
        <w:t>The organisation has a legitimate interest in processing personal data during the recruitment process and for keeping records of the process. Processing data from job applicants allows the organisation to manage the recruitment process, assess and confirm a candidate's suitability for employment and decide to whom to offer a job. The organisation may also need to process data from job applicants to respond to and defend against legal claims.</w:t>
      </w:r>
    </w:p>
    <w:p w14:paraId="4D820D9B" w14:textId="77777777" w:rsidR="00F5517B" w:rsidRPr="00994AD1" w:rsidRDefault="00F5517B" w:rsidP="00F5517B">
      <w:pPr>
        <w:pStyle w:val="NormalWeb"/>
        <w:spacing w:before="0" w:beforeAutospacing="0" w:after="0" w:afterAutospacing="0"/>
        <w:jc w:val="both"/>
        <w:rPr>
          <w:rFonts w:ascii="Arial" w:hAnsi="Arial" w:cs="Arial"/>
          <w:color w:val="FF0000"/>
          <w:sz w:val="20"/>
          <w:szCs w:val="20"/>
        </w:rPr>
      </w:pPr>
    </w:p>
    <w:p w14:paraId="1150BF07" w14:textId="77777777" w:rsidR="00F5517B" w:rsidRDefault="00F5517B" w:rsidP="00F5517B">
      <w:pPr>
        <w:pStyle w:val="NormalWeb"/>
        <w:spacing w:before="0" w:beforeAutospacing="0" w:after="0" w:afterAutospacing="0"/>
        <w:jc w:val="both"/>
        <w:rPr>
          <w:rFonts w:ascii="Arial" w:hAnsi="Arial" w:cs="Arial"/>
          <w:sz w:val="20"/>
          <w:szCs w:val="20"/>
        </w:rPr>
      </w:pPr>
      <w:r w:rsidRPr="00DC7235">
        <w:rPr>
          <w:rFonts w:ascii="Arial" w:hAnsi="Arial" w:cs="Arial"/>
          <w:sz w:val="20"/>
          <w:szCs w:val="20"/>
        </w:rPr>
        <w:t>The organisation processes health information if it needs to make reasonable adjustments to the recruitment process for candidates who have a disability. This is to carry out its obligations and exercise specific rights in relation to employment.</w:t>
      </w:r>
    </w:p>
    <w:p w14:paraId="61BD24E4" w14:textId="77777777" w:rsidR="00F5517B" w:rsidRPr="00DC7235" w:rsidRDefault="00F5517B" w:rsidP="00F5517B">
      <w:pPr>
        <w:pStyle w:val="NormalWeb"/>
        <w:spacing w:before="0" w:beforeAutospacing="0" w:after="0" w:afterAutospacing="0"/>
        <w:jc w:val="both"/>
        <w:rPr>
          <w:rFonts w:ascii="Arial" w:hAnsi="Arial" w:cs="Arial"/>
          <w:sz w:val="20"/>
          <w:szCs w:val="20"/>
        </w:rPr>
      </w:pPr>
    </w:p>
    <w:p w14:paraId="303D2542" w14:textId="77777777" w:rsidR="00F5517B" w:rsidRDefault="00F5517B" w:rsidP="00F5517B">
      <w:pPr>
        <w:pStyle w:val="NormalWeb"/>
        <w:spacing w:before="0" w:beforeAutospacing="0" w:after="0" w:afterAutospacing="0"/>
        <w:jc w:val="both"/>
        <w:rPr>
          <w:rFonts w:ascii="Arial" w:hAnsi="Arial" w:cs="Arial"/>
          <w:sz w:val="20"/>
          <w:szCs w:val="20"/>
        </w:rPr>
      </w:pPr>
      <w:r w:rsidRPr="00DC7235">
        <w:rPr>
          <w:rFonts w:ascii="Arial" w:hAnsi="Arial" w:cs="Arial"/>
          <w:sz w:val="20"/>
          <w:szCs w:val="20"/>
        </w:rPr>
        <w:t>Where the organisation processes other special categories of data, such as information about ethnic origin, sexual orientation, health or religion or belief, this is for equal opportunities monitoring purposes as permitted by the Data Protection Act 2018</w:t>
      </w:r>
    </w:p>
    <w:p w14:paraId="34CB1411" w14:textId="77777777" w:rsidR="00F5517B" w:rsidRDefault="00F5517B" w:rsidP="00F5517B">
      <w:pPr>
        <w:pStyle w:val="NormalWeb"/>
        <w:spacing w:before="0" w:beforeAutospacing="0" w:after="0" w:afterAutospacing="0"/>
        <w:jc w:val="both"/>
        <w:rPr>
          <w:rFonts w:ascii="Arial" w:hAnsi="Arial" w:cs="Arial"/>
          <w:i/>
          <w:iCs/>
          <w:color w:val="FF0000"/>
          <w:sz w:val="20"/>
          <w:szCs w:val="20"/>
        </w:rPr>
      </w:pPr>
    </w:p>
    <w:p w14:paraId="6DCDA7C4" w14:textId="77777777" w:rsidR="00F5517B" w:rsidRDefault="00F5517B" w:rsidP="00F5517B">
      <w:pPr>
        <w:pStyle w:val="NormalWeb"/>
        <w:spacing w:before="0" w:beforeAutospacing="0" w:after="0" w:afterAutospacing="0"/>
        <w:jc w:val="both"/>
        <w:rPr>
          <w:rFonts w:ascii="Arial" w:hAnsi="Arial" w:cs="Arial"/>
          <w:sz w:val="20"/>
          <w:szCs w:val="20"/>
        </w:rPr>
      </w:pPr>
      <w:r w:rsidRPr="00DC7235">
        <w:rPr>
          <w:rFonts w:ascii="Arial" w:hAnsi="Arial" w:cs="Arial"/>
          <w:sz w:val="20"/>
          <w:szCs w:val="20"/>
        </w:rPr>
        <w:t>The organisation will not use your data for any purpose other than the recruitment exercise for which you have applied.</w:t>
      </w:r>
    </w:p>
    <w:p w14:paraId="05A9F102" w14:textId="77777777" w:rsidR="00F5517B" w:rsidRPr="00DC7235" w:rsidRDefault="00F5517B" w:rsidP="00F5517B">
      <w:pPr>
        <w:pStyle w:val="NormalWeb"/>
        <w:spacing w:before="0" w:beforeAutospacing="0" w:after="0" w:afterAutospacing="0"/>
        <w:jc w:val="both"/>
        <w:rPr>
          <w:rFonts w:ascii="Arial" w:hAnsi="Arial" w:cs="Arial"/>
          <w:sz w:val="20"/>
          <w:szCs w:val="20"/>
        </w:rPr>
      </w:pPr>
    </w:p>
    <w:p w14:paraId="638F954B" w14:textId="77777777" w:rsidR="00F5517B" w:rsidRPr="00DC7235" w:rsidRDefault="00F5517B" w:rsidP="00F5517B">
      <w:pPr>
        <w:pStyle w:val="NormalWeb"/>
        <w:spacing w:before="0" w:beforeAutospacing="0" w:after="0" w:afterAutospacing="0"/>
        <w:jc w:val="both"/>
        <w:rPr>
          <w:rFonts w:ascii="Arial" w:hAnsi="Arial" w:cs="Arial"/>
          <w:b/>
          <w:bCs/>
          <w:sz w:val="20"/>
          <w:szCs w:val="20"/>
        </w:rPr>
      </w:pPr>
      <w:r w:rsidRPr="00DC7235">
        <w:rPr>
          <w:rFonts w:ascii="Arial" w:hAnsi="Arial" w:cs="Arial"/>
          <w:b/>
          <w:bCs/>
          <w:sz w:val="20"/>
          <w:szCs w:val="20"/>
        </w:rPr>
        <w:t>Who has access to data?</w:t>
      </w:r>
    </w:p>
    <w:p w14:paraId="165F4799" w14:textId="77777777" w:rsidR="00F5517B" w:rsidRPr="0004625D" w:rsidRDefault="00F5517B" w:rsidP="00F5517B">
      <w:pPr>
        <w:pStyle w:val="NormalWeb"/>
        <w:spacing w:before="0" w:beforeAutospacing="0" w:after="0" w:afterAutospacing="0"/>
        <w:jc w:val="both"/>
        <w:rPr>
          <w:rFonts w:ascii="Arial" w:hAnsi="Arial" w:cs="Arial"/>
          <w:sz w:val="20"/>
          <w:szCs w:val="20"/>
        </w:rPr>
      </w:pPr>
      <w:r w:rsidRPr="00DC7235">
        <w:rPr>
          <w:rFonts w:ascii="Arial" w:hAnsi="Arial" w:cs="Arial"/>
          <w:sz w:val="20"/>
          <w:szCs w:val="20"/>
        </w:rPr>
        <w:t xml:space="preserve">Your information will be shared internally for the purposes of the recruitment exercise. This includes </w:t>
      </w:r>
      <w:r w:rsidRPr="0004625D">
        <w:rPr>
          <w:rFonts w:ascii="Arial" w:hAnsi="Arial" w:cs="Arial"/>
          <w:sz w:val="20"/>
          <w:szCs w:val="20"/>
        </w:rPr>
        <w:t>members of the HR and recruitment team, interviewers involved in the recruitment process, managers in the business area with a vacancy and IT staff if access to the data is necessary for the performance of their roles.</w:t>
      </w:r>
    </w:p>
    <w:p w14:paraId="604A7AE4" w14:textId="77777777" w:rsidR="00F5517B" w:rsidRPr="00DC7235" w:rsidRDefault="00F5517B" w:rsidP="00F5517B">
      <w:pPr>
        <w:pStyle w:val="NormalWeb"/>
        <w:spacing w:before="0" w:beforeAutospacing="0" w:after="0" w:afterAutospacing="0"/>
        <w:jc w:val="both"/>
        <w:rPr>
          <w:rFonts w:ascii="Arial" w:hAnsi="Arial" w:cs="Arial"/>
          <w:sz w:val="20"/>
          <w:szCs w:val="20"/>
        </w:rPr>
      </w:pPr>
    </w:p>
    <w:p w14:paraId="24597384" w14:textId="77777777" w:rsidR="00F5517B" w:rsidRPr="0004625D" w:rsidRDefault="00F5517B" w:rsidP="00F5517B">
      <w:pPr>
        <w:pStyle w:val="NormalWeb"/>
        <w:spacing w:before="0" w:beforeAutospacing="0" w:after="0" w:afterAutospacing="0"/>
        <w:jc w:val="both"/>
        <w:rPr>
          <w:rFonts w:ascii="Arial" w:hAnsi="Arial" w:cs="Arial"/>
          <w:sz w:val="20"/>
          <w:szCs w:val="20"/>
        </w:rPr>
      </w:pPr>
      <w:r w:rsidRPr="00DC7235">
        <w:rPr>
          <w:rFonts w:ascii="Arial" w:hAnsi="Arial" w:cs="Arial"/>
          <w:sz w:val="20"/>
          <w:szCs w:val="20"/>
        </w:rPr>
        <w:t xml:space="preserve">The organisation will not share your data with third parties, unless your application for employment is successful and it makes you an offer of employment. The organisation will then share your data with </w:t>
      </w:r>
      <w:r w:rsidRPr="0004625D">
        <w:rPr>
          <w:rFonts w:ascii="Arial" w:hAnsi="Arial" w:cs="Arial"/>
          <w:sz w:val="20"/>
          <w:szCs w:val="20"/>
        </w:rPr>
        <w:t>former employers to obtain references for you, employment background check providers to obtain necessary background checks and Garda Vetting to obtain necessary criminal records checks</w:t>
      </w:r>
      <w:r>
        <w:rPr>
          <w:rFonts w:ascii="Arial" w:hAnsi="Arial" w:cs="Arial"/>
          <w:sz w:val="20"/>
          <w:szCs w:val="20"/>
        </w:rPr>
        <w:t>.</w:t>
      </w:r>
    </w:p>
    <w:p w14:paraId="16B15E01" w14:textId="77777777" w:rsidR="00F5517B" w:rsidRDefault="00F5517B" w:rsidP="00F5517B">
      <w:pPr>
        <w:pStyle w:val="NormalWeb"/>
        <w:spacing w:before="0" w:beforeAutospacing="0" w:after="0" w:afterAutospacing="0"/>
        <w:jc w:val="both"/>
        <w:rPr>
          <w:rFonts w:ascii="Arial" w:hAnsi="Arial" w:cs="Arial"/>
          <w:sz w:val="20"/>
          <w:szCs w:val="20"/>
        </w:rPr>
      </w:pPr>
    </w:p>
    <w:p w14:paraId="2D70180B" w14:textId="77777777" w:rsidR="00F5517B" w:rsidRDefault="00F5517B" w:rsidP="00F5517B">
      <w:pPr>
        <w:pStyle w:val="NormalWeb"/>
        <w:spacing w:before="0" w:beforeAutospacing="0" w:after="0" w:afterAutospacing="0"/>
        <w:jc w:val="both"/>
        <w:rPr>
          <w:rFonts w:ascii="Arial" w:hAnsi="Arial" w:cs="Arial"/>
          <w:sz w:val="20"/>
          <w:szCs w:val="20"/>
        </w:rPr>
      </w:pPr>
      <w:r w:rsidRPr="00DC7235">
        <w:rPr>
          <w:rFonts w:ascii="Arial" w:hAnsi="Arial" w:cs="Arial"/>
          <w:sz w:val="20"/>
          <w:szCs w:val="20"/>
        </w:rPr>
        <w:t>The organisation will not transfer your data outside the European Economic Area.</w:t>
      </w:r>
    </w:p>
    <w:p w14:paraId="40572301" w14:textId="77777777" w:rsidR="00F5517B" w:rsidRPr="00DC7235" w:rsidRDefault="00F5517B" w:rsidP="00F5517B">
      <w:pPr>
        <w:pStyle w:val="NormalWeb"/>
        <w:spacing w:before="0" w:beforeAutospacing="0" w:after="0" w:afterAutospacing="0"/>
        <w:jc w:val="both"/>
        <w:rPr>
          <w:rFonts w:ascii="Arial" w:hAnsi="Arial" w:cs="Arial"/>
          <w:sz w:val="20"/>
          <w:szCs w:val="20"/>
        </w:rPr>
      </w:pPr>
    </w:p>
    <w:p w14:paraId="69E6C25D" w14:textId="77777777" w:rsidR="00F5517B" w:rsidRPr="00994AD1" w:rsidRDefault="00F5517B" w:rsidP="00F5517B">
      <w:pPr>
        <w:pStyle w:val="NormalWeb"/>
        <w:spacing w:before="0" w:beforeAutospacing="0" w:after="0" w:afterAutospacing="0"/>
        <w:jc w:val="both"/>
        <w:rPr>
          <w:rFonts w:ascii="Arial" w:hAnsi="Arial" w:cs="Arial"/>
          <w:color w:val="FF0000"/>
          <w:sz w:val="20"/>
          <w:szCs w:val="20"/>
        </w:rPr>
      </w:pPr>
    </w:p>
    <w:p w14:paraId="54BB644B" w14:textId="77777777" w:rsidR="00F5517B" w:rsidRPr="00DC7235" w:rsidRDefault="00F5517B" w:rsidP="00F5517B">
      <w:pPr>
        <w:pStyle w:val="NormalWeb"/>
        <w:spacing w:before="0" w:beforeAutospacing="0" w:after="0" w:afterAutospacing="0"/>
        <w:jc w:val="both"/>
        <w:rPr>
          <w:rFonts w:ascii="Arial" w:hAnsi="Arial" w:cs="Arial"/>
          <w:b/>
          <w:bCs/>
          <w:sz w:val="20"/>
          <w:szCs w:val="20"/>
        </w:rPr>
      </w:pPr>
      <w:r w:rsidRPr="00DC7235">
        <w:rPr>
          <w:rFonts w:ascii="Arial" w:hAnsi="Arial" w:cs="Arial"/>
          <w:b/>
          <w:bCs/>
          <w:sz w:val="20"/>
          <w:szCs w:val="20"/>
        </w:rPr>
        <w:t>How does the organisation protect data?</w:t>
      </w:r>
    </w:p>
    <w:p w14:paraId="34036A69" w14:textId="77777777" w:rsidR="00F5517B" w:rsidRPr="00994AD1" w:rsidRDefault="00F5517B" w:rsidP="00F5517B">
      <w:pPr>
        <w:pStyle w:val="NormalWeb"/>
        <w:spacing w:before="0" w:beforeAutospacing="0" w:after="0" w:afterAutospacing="0"/>
        <w:jc w:val="both"/>
        <w:rPr>
          <w:rFonts w:ascii="Arial" w:hAnsi="Arial" w:cs="Arial"/>
          <w:color w:val="FF0000"/>
          <w:sz w:val="20"/>
          <w:szCs w:val="20"/>
        </w:rPr>
      </w:pPr>
      <w:r w:rsidRPr="0791AA45">
        <w:rPr>
          <w:rFonts w:ascii="Arial" w:hAnsi="Arial" w:cs="Arial"/>
          <w:sz w:val="20"/>
          <w:szCs w:val="20"/>
        </w:rPr>
        <w:t xml:space="preserve">The organisation takes the security of your data seriously. It has internal policies and controls in place to ensure that your data is not lost, accidentally destroyed, misused or disclosed, and is not accessed except by authorised employees in compliance with their job roles. </w:t>
      </w:r>
    </w:p>
    <w:p w14:paraId="02161DD5" w14:textId="77777777" w:rsidR="00F5517B" w:rsidRDefault="00F5517B" w:rsidP="00F5517B">
      <w:pPr>
        <w:pStyle w:val="NormalWeb"/>
        <w:spacing w:before="0" w:beforeAutospacing="0" w:after="0" w:afterAutospacing="0"/>
        <w:jc w:val="both"/>
        <w:rPr>
          <w:rFonts w:ascii="Arial" w:hAnsi="Arial" w:cs="Arial"/>
          <w:sz w:val="20"/>
          <w:szCs w:val="20"/>
        </w:rPr>
      </w:pPr>
    </w:p>
    <w:p w14:paraId="25832622" w14:textId="77777777" w:rsidR="00F5517B" w:rsidRPr="00DC7235" w:rsidRDefault="00F5517B" w:rsidP="00F5517B">
      <w:pPr>
        <w:pStyle w:val="NormalWeb"/>
        <w:spacing w:before="0" w:beforeAutospacing="0" w:after="0" w:afterAutospacing="0"/>
        <w:jc w:val="both"/>
        <w:rPr>
          <w:rFonts w:ascii="Arial" w:hAnsi="Arial" w:cs="Arial"/>
          <w:b/>
          <w:bCs/>
          <w:sz w:val="20"/>
          <w:szCs w:val="20"/>
        </w:rPr>
      </w:pPr>
      <w:r w:rsidRPr="00DC7235">
        <w:rPr>
          <w:rFonts w:ascii="Arial" w:hAnsi="Arial" w:cs="Arial"/>
          <w:b/>
          <w:bCs/>
          <w:sz w:val="20"/>
          <w:szCs w:val="20"/>
        </w:rPr>
        <w:t>For how long does the organisation keep data?</w:t>
      </w:r>
    </w:p>
    <w:p w14:paraId="335AB135" w14:textId="77777777" w:rsidR="00F5517B" w:rsidRPr="00DC7235" w:rsidRDefault="00F5517B" w:rsidP="00F5517B">
      <w:pPr>
        <w:pStyle w:val="NormalWeb"/>
        <w:spacing w:before="0" w:beforeAutospacing="0" w:after="0" w:afterAutospacing="0"/>
        <w:jc w:val="both"/>
        <w:rPr>
          <w:rFonts w:ascii="Arial" w:hAnsi="Arial" w:cs="Arial"/>
          <w:sz w:val="20"/>
          <w:szCs w:val="20"/>
        </w:rPr>
      </w:pPr>
      <w:r w:rsidRPr="0791AA45">
        <w:rPr>
          <w:rFonts w:ascii="Arial" w:hAnsi="Arial" w:cs="Arial"/>
          <w:sz w:val="20"/>
          <w:szCs w:val="20"/>
        </w:rPr>
        <w:t>If your application for employment is unsuccessful, the organisation will hold your data on file for 6 months after the end of the relevant recruitment process. If you agree to allow the organisation to keep your personal data on file, the organisation will hold your data on file for a further 6 months for consideration for future employment opportunities. At the end of that period, or once you withdraw your consent your data is destroyed.</w:t>
      </w:r>
    </w:p>
    <w:p w14:paraId="394D1A57" w14:textId="77777777" w:rsidR="00F5517B" w:rsidRDefault="00F5517B" w:rsidP="00F5517B">
      <w:pPr>
        <w:pStyle w:val="NormalWeb"/>
        <w:spacing w:before="0" w:beforeAutospacing="0" w:after="0" w:afterAutospacing="0"/>
        <w:jc w:val="both"/>
        <w:rPr>
          <w:rFonts w:ascii="Arial" w:hAnsi="Arial" w:cs="Arial"/>
          <w:sz w:val="20"/>
          <w:szCs w:val="20"/>
        </w:rPr>
      </w:pPr>
      <w:r w:rsidRPr="00DC7235">
        <w:rPr>
          <w:rFonts w:ascii="Arial" w:hAnsi="Arial" w:cs="Arial"/>
          <w:sz w:val="20"/>
          <w:szCs w:val="20"/>
        </w:rPr>
        <w:t>If your application for employment is successful, personal data gathered during the recruitment process will be transferred to your personnel file and retained during your employment. The periods for which your data will be held will be provided to you in a new </w:t>
      </w:r>
      <w:r>
        <w:rPr>
          <w:rFonts w:ascii="Arial" w:hAnsi="Arial" w:cs="Arial"/>
          <w:sz w:val="20"/>
          <w:szCs w:val="20"/>
        </w:rPr>
        <w:t xml:space="preserve">“employee” </w:t>
      </w:r>
      <w:r w:rsidRPr="00DC7235">
        <w:rPr>
          <w:rFonts w:ascii="Arial" w:hAnsi="Arial" w:cs="Arial"/>
          <w:sz w:val="20"/>
          <w:szCs w:val="20"/>
        </w:rPr>
        <w:t>privacy notice.</w:t>
      </w:r>
    </w:p>
    <w:p w14:paraId="5DF85E82" w14:textId="77777777" w:rsidR="00F5517B" w:rsidRPr="00DC7235" w:rsidRDefault="00F5517B" w:rsidP="00F5517B">
      <w:pPr>
        <w:pStyle w:val="NormalWeb"/>
        <w:spacing w:before="0" w:beforeAutospacing="0" w:after="0" w:afterAutospacing="0"/>
        <w:jc w:val="both"/>
        <w:rPr>
          <w:rFonts w:ascii="Arial" w:hAnsi="Arial" w:cs="Arial"/>
          <w:sz w:val="20"/>
          <w:szCs w:val="20"/>
        </w:rPr>
      </w:pPr>
    </w:p>
    <w:p w14:paraId="1C4E9871" w14:textId="77777777" w:rsidR="00F5517B" w:rsidRPr="00DC7235" w:rsidRDefault="00F5517B" w:rsidP="00F5517B">
      <w:pPr>
        <w:pStyle w:val="NormalWeb"/>
        <w:spacing w:before="0" w:beforeAutospacing="0" w:after="0" w:afterAutospacing="0"/>
        <w:jc w:val="both"/>
        <w:rPr>
          <w:rFonts w:ascii="Arial" w:hAnsi="Arial" w:cs="Arial"/>
          <w:b/>
          <w:bCs/>
          <w:sz w:val="20"/>
          <w:szCs w:val="20"/>
        </w:rPr>
      </w:pPr>
      <w:r w:rsidRPr="00DC7235">
        <w:rPr>
          <w:rFonts w:ascii="Arial" w:hAnsi="Arial" w:cs="Arial"/>
          <w:b/>
          <w:bCs/>
          <w:sz w:val="20"/>
          <w:szCs w:val="20"/>
        </w:rPr>
        <w:t>Your rights</w:t>
      </w:r>
    </w:p>
    <w:p w14:paraId="0E3ADA28" w14:textId="77777777" w:rsidR="00F5517B" w:rsidRPr="00DC7235" w:rsidRDefault="00F5517B" w:rsidP="00F5517B">
      <w:pPr>
        <w:pStyle w:val="NormalWeb"/>
        <w:spacing w:before="0" w:beforeAutospacing="0" w:after="0" w:afterAutospacing="0"/>
        <w:jc w:val="both"/>
        <w:rPr>
          <w:rFonts w:ascii="Arial" w:hAnsi="Arial" w:cs="Arial"/>
          <w:sz w:val="20"/>
          <w:szCs w:val="20"/>
        </w:rPr>
      </w:pPr>
      <w:r w:rsidRPr="00DC7235">
        <w:rPr>
          <w:rFonts w:ascii="Arial" w:hAnsi="Arial" w:cs="Arial"/>
          <w:sz w:val="20"/>
          <w:szCs w:val="20"/>
        </w:rPr>
        <w:t xml:space="preserve">As a data subject, you have </w:t>
      </w:r>
      <w:proofErr w:type="gramStart"/>
      <w:r w:rsidRPr="00DC7235">
        <w:rPr>
          <w:rFonts w:ascii="Arial" w:hAnsi="Arial" w:cs="Arial"/>
          <w:sz w:val="20"/>
          <w:szCs w:val="20"/>
        </w:rPr>
        <w:t>a number of</w:t>
      </w:r>
      <w:proofErr w:type="gramEnd"/>
      <w:r w:rsidRPr="00DC7235">
        <w:rPr>
          <w:rFonts w:ascii="Arial" w:hAnsi="Arial" w:cs="Arial"/>
          <w:sz w:val="20"/>
          <w:szCs w:val="20"/>
        </w:rPr>
        <w:t xml:space="preserve"> rights. You can:</w:t>
      </w:r>
    </w:p>
    <w:p w14:paraId="02CFDF5E" w14:textId="77777777" w:rsidR="00F5517B" w:rsidRPr="00DC7235" w:rsidRDefault="00F5517B" w:rsidP="00F5517B">
      <w:pPr>
        <w:numPr>
          <w:ilvl w:val="0"/>
          <w:numId w:val="38"/>
        </w:numPr>
        <w:ind w:hanging="720"/>
        <w:jc w:val="both"/>
        <w:rPr>
          <w:rFonts w:ascii="Arial" w:hAnsi="Arial" w:cs="Arial"/>
          <w:sz w:val="20"/>
          <w:szCs w:val="20"/>
        </w:rPr>
      </w:pPr>
      <w:r w:rsidRPr="00DC7235">
        <w:rPr>
          <w:rFonts w:ascii="Arial" w:hAnsi="Arial" w:cs="Arial"/>
          <w:sz w:val="20"/>
          <w:szCs w:val="20"/>
        </w:rPr>
        <w:t xml:space="preserve">access and obtain a copy of your data on </w:t>
      </w:r>
      <w:proofErr w:type="gramStart"/>
      <w:r w:rsidRPr="00DC7235">
        <w:rPr>
          <w:rFonts w:ascii="Arial" w:hAnsi="Arial" w:cs="Arial"/>
          <w:sz w:val="20"/>
          <w:szCs w:val="20"/>
        </w:rPr>
        <w:t>request;</w:t>
      </w:r>
      <w:proofErr w:type="gramEnd"/>
    </w:p>
    <w:p w14:paraId="7BB8BA6A" w14:textId="77777777" w:rsidR="00F5517B" w:rsidRPr="00DC7235" w:rsidRDefault="00F5517B" w:rsidP="00F5517B">
      <w:pPr>
        <w:numPr>
          <w:ilvl w:val="0"/>
          <w:numId w:val="38"/>
        </w:numPr>
        <w:ind w:hanging="720"/>
        <w:jc w:val="both"/>
        <w:rPr>
          <w:rFonts w:ascii="Arial" w:hAnsi="Arial" w:cs="Arial"/>
          <w:sz w:val="20"/>
          <w:szCs w:val="20"/>
        </w:rPr>
      </w:pPr>
      <w:r w:rsidRPr="00DC7235">
        <w:rPr>
          <w:rFonts w:ascii="Arial" w:hAnsi="Arial" w:cs="Arial"/>
          <w:sz w:val="20"/>
          <w:szCs w:val="20"/>
        </w:rPr>
        <w:t xml:space="preserve">require the organisation to change incorrect or incomplete </w:t>
      </w:r>
      <w:proofErr w:type="gramStart"/>
      <w:r w:rsidRPr="00DC7235">
        <w:rPr>
          <w:rFonts w:ascii="Arial" w:hAnsi="Arial" w:cs="Arial"/>
          <w:sz w:val="20"/>
          <w:szCs w:val="20"/>
        </w:rPr>
        <w:t>data;</w:t>
      </w:r>
      <w:proofErr w:type="gramEnd"/>
    </w:p>
    <w:p w14:paraId="78D46739" w14:textId="77777777" w:rsidR="00F5517B" w:rsidRPr="00DC7235" w:rsidRDefault="00F5517B" w:rsidP="00F5517B">
      <w:pPr>
        <w:numPr>
          <w:ilvl w:val="0"/>
          <w:numId w:val="38"/>
        </w:numPr>
        <w:ind w:hanging="720"/>
        <w:jc w:val="both"/>
        <w:rPr>
          <w:rFonts w:ascii="Arial" w:hAnsi="Arial" w:cs="Arial"/>
          <w:sz w:val="20"/>
          <w:szCs w:val="20"/>
        </w:rPr>
      </w:pPr>
      <w:r w:rsidRPr="00DC7235">
        <w:rPr>
          <w:rFonts w:ascii="Arial" w:hAnsi="Arial" w:cs="Arial"/>
          <w:sz w:val="20"/>
          <w:szCs w:val="20"/>
        </w:rPr>
        <w:t>require the organisation to stop processing your data</w:t>
      </w:r>
    </w:p>
    <w:p w14:paraId="0788EA13" w14:textId="77777777" w:rsidR="00F5517B" w:rsidRPr="00DC7235" w:rsidRDefault="00F5517B" w:rsidP="00F5517B">
      <w:pPr>
        <w:numPr>
          <w:ilvl w:val="0"/>
          <w:numId w:val="38"/>
        </w:numPr>
        <w:ind w:hanging="720"/>
        <w:jc w:val="both"/>
        <w:rPr>
          <w:rFonts w:ascii="Arial" w:hAnsi="Arial" w:cs="Arial"/>
          <w:sz w:val="20"/>
          <w:szCs w:val="20"/>
        </w:rPr>
      </w:pPr>
      <w:r w:rsidRPr="00DC7235">
        <w:rPr>
          <w:rFonts w:ascii="Arial" w:hAnsi="Arial" w:cs="Arial"/>
          <w:sz w:val="20"/>
          <w:szCs w:val="20"/>
        </w:rPr>
        <w:t>object to the processing of your data where the organisation is relying on its legitimate interests as the legal ground for processing; and</w:t>
      </w:r>
    </w:p>
    <w:p w14:paraId="2A8891D4" w14:textId="77777777" w:rsidR="00F5517B" w:rsidRPr="00DC7235" w:rsidRDefault="00F5517B" w:rsidP="00F5517B">
      <w:pPr>
        <w:numPr>
          <w:ilvl w:val="0"/>
          <w:numId w:val="38"/>
        </w:numPr>
        <w:ind w:hanging="720"/>
        <w:jc w:val="both"/>
        <w:rPr>
          <w:rFonts w:ascii="Arial" w:hAnsi="Arial" w:cs="Arial"/>
          <w:sz w:val="20"/>
          <w:szCs w:val="20"/>
        </w:rPr>
      </w:pPr>
      <w:r w:rsidRPr="00DC7235">
        <w:rPr>
          <w:rFonts w:ascii="Arial" w:hAnsi="Arial" w:cs="Arial"/>
          <w:sz w:val="20"/>
          <w:szCs w:val="20"/>
        </w:rPr>
        <w:t xml:space="preserve">ask the organisation to stop processing data for a period if data is inaccurate or there is a dispute about </w:t>
      </w:r>
      <w:proofErr w:type="gramStart"/>
      <w:r w:rsidRPr="00DC7235">
        <w:rPr>
          <w:rFonts w:ascii="Arial" w:hAnsi="Arial" w:cs="Arial"/>
          <w:sz w:val="20"/>
          <w:szCs w:val="20"/>
        </w:rPr>
        <w:t>whether or not</w:t>
      </w:r>
      <w:proofErr w:type="gramEnd"/>
      <w:r w:rsidRPr="00DC7235">
        <w:rPr>
          <w:rFonts w:ascii="Arial" w:hAnsi="Arial" w:cs="Arial"/>
          <w:sz w:val="20"/>
          <w:szCs w:val="20"/>
        </w:rPr>
        <w:t xml:space="preserve"> your interests override the organisation's legitimate grounds for processing data.</w:t>
      </w:r>
    </w:p>
    <w:p w14:paraId="544F2AF6" w14:textId="77777777" w:rsidR="00F5517B" w:rsidRPr="00DC7235" w:rsidRDefault="00F5517B" w:rsidP="00F5517B">
      <w:pPr>
        <w:jc w:val="both"/>
        <w:rPr>
          <w:rFonts w:ascii="Arial" w:hAnsi="Arial" w:cs="Arial"/>
          <w:sz w:val="20"/>
          <w:szCs w:val="20"/>
        </w:rPr>
      </w:pPr>
    </w:p>
    <w:p w14:paraId="7C2FFB00" w14:textId="77777777" w:rsidR="00F5517B" w:rsidRDefault="00F5517B" w:rsidP="00F5517B">
      <w:pPr>
        <w:pStyle w:val="NormalWeb"/>
        <w:spacing w:before="0" w:beforeAutospacing="0" w:after="0" w:afterAutospacing="0"/>
        <w:jc w:val="both"/>
        <w:rPr>
          <w:rFonts w:ascii="Arial" w:hAnsi="Arial" w:cs="Arial"/>
          <w:sz w:val="20"/>
          <w:szCs w:val="20"/>
        </w:rPr>
      </w:pPr>
    </w:p>
    <w:p w14:paraId="57BD34D2" w14:textId="77777777" w:rsidR="00F5517B" w:rsidRDefault="00F5517B" w:rsidP="00F5517B">
      <w:pPr>
        <w:pStyle w:val="NormalWeb"/>
        <w:spacing w:before="0" w:beforeAutospacing="0" w:after="0" w:afterAutospacing="0" w:line="259" w:lineRule="auto"/>
        <w:jc w:val="both"/>
        <w:rPr>
          <w:rFonts w:ascii="Arial" w:hAnsi="Arial" w:cs="Arial"/>
          <w:sz w:val="20"/>
          <w:szCs w:val="20"/>
        </w:rPr>
      </w:pPr>
      <w:r w:rsidRPr="0791AA45">
        <w:rPr>
          <w:rFonts w:ascii="Arial" w:hAnsi="Arial" w:cs="Arial"/>
          <w:sz w:val="20"/>
          <w:szCs w:val="20"/>
        </w:rPr>
        <w:t>If you would like to exercise any of these rights, please contact Sister Mary Conway,</w:t>
      </w:r>
      <w:r w:rsidRPr="0791AA45">
        <w:rPr>
          <w:rFonts w:ascii="Arial" w:eastAsiaTheme="minorEastAsia" w:hAnsi="Arial" w:cs="Arial"/>
          <w:sz w:val="20"/>
          <w:szCs w:val="20"/>
        </w:rPr>
        <w:t xml:space="preserve"> Congregation of the Sisters of Mercy, 13/14 Moyle Park | Convent Rd. | Clondalkin | Dublin 22 | D22 HR94 | Ireland.</w:t>
      </w:r>
    </w:p>
    <w:p w14:paraId="10A04604" w14:textId="77777777" w:rsidR="00F5517B" w:rsidRDefault="00F5517B" w:rsidP="00F5517B">
      <w:pPr>
        <w:pStyle w:val="NormalWeb"/>
        <w:spacing w:before="0" w:beforeAutospacing="0" w:after="0" w:afterAutospacing="0"/>
        <w:jc w:val="both"/>
        <w:rPr>
          <w:rFonts w:ascii="Arial" w:hAnsi="Arial" w:cs="Arial"/>
          <w:sz w:val="20"/>
          <w:szCs w:val="20"/>
        </w:rPr>
      </w:pPr>
      <w:r w:rsidRPr="0791AA45">
        <w:rPr>
          <w:rFonts w:ascii="Arial" w:hAnsi="Arial" w:cs="Arial"/>
          <w:sz w:val="20"/>
          <w:szCs w:val="20"/>
        </w:rPr>
        <w:t>You can make a subject access request by completing the organisation's form for making a subject access request.</w:t>
      </w:r>
    </w:p>
    <w:p w14:paraId="6FAAC63E" w14:textId="77777777" w:rsidR="00F5517B" w:rsidRPr="00DC7235" w:rsidRDefault="00F5517B" w:rsidP="00F5517B">
      <w:pPr>
        <w:pStyle w:val="NormalWeb"/>
        <w:spacing w:before="0" w:beforeAutospacing="0" w:after="0" w:afterAutospacing="0"/>
        <w:jc w:val="both"/>
        <w:rPr>
          <w:rFonts w:ascii="Arial" w:hAnsi="Arial" w:cs="Arial"/>
          <w:sz w:val="20"/>
          <w:szCs w:val="20"/>
        </w:rPr>
      </w:pPr>
    </w:p>
    <w:p w14:paraId="05841A9C" w14:textId="77777777" w:rsidR="00F5517B" w:rsidRDefault="00F5517B" w:rsidP="00F5517B">
      <w:pPr>
        <w:pStyle w:val="NormalWeb"/>
        <w:spacing w:before="0" w:beforeAutospacing="0" w:after="0" w:afterAutospacing="0"/>
        <w:jc w:val="both"/>
        <w:rPr>
          <w:rFonts w:ascii="Arial" w:hAnsi="Arial" w:cs="Arial"/>
          <w:sz w:val="20"/>
          <w:szCs w:val="20"/>
        </w:rPr>
      </w:pPr>
      <w:r w:rsidRPr="00DC7235">
        <w:rPr>
          <w:rFonts w:ascii="Arial" w:hAnsi="Arial" w:cs="Arial"/>
          <w:sz w:val="20"/>
          <w:szCs w:val="20"/>
        </w:rPr>
        <w:t>If you believe that the organisation has not complied with your data protection rights, you can complain to the </w:t>
      </w:r>
      <w:r>
        <w:rPr>
          <w:rFonts w:ascii="Arial" w:hAnsi="Arial" w:cs="Arial"/>
          <w:sz w:val="20"/>
          <w:szCs w:val="20"/>
        </w:rPr>
        <w:t>Data Protection</w:t>
      </w:r>
      <w:r w:rsidRPr="00DC7235">
        <w:rPr>
          <w:rFonts w:ascii="Arial" w:hAnsi="Arial" w:cs="Arial"/>
          <w:sz w:val="20"/>
          <w:szCs w:val="20"/>
        </w:rPr>
        <w:t xml:space="preserve"> Commission.</w:t>
      </w:r>
    </w:p>
    <w:p w14:paraId="37FD7D4F" w14:textId="77777777" w:rsidR="00F5517B" w:rsidRPr="00DC7235" w:rsidRDefault="00F5517B" w:rsidP="00F5517B">
      <w:pPr>
        <w:pStyle w:val="NormalWeb"/>
        <w:spacing w:before="0" w:beforeAutospacing="0" w:after="0" w:afterAutospacing="0"/>
        <w:jc w:val="both"/>
        <w:rPr>
          <w:rFonts w:ascii="Arial" w:hAnsi="Arial" w:cs="Arial"/>
          <w:sz w:val="20"/>
          <w:szCs w:val="20"/>
        </w:rPr>
      </w:pPr>
    </w:p>
    <w:p w14:paraId="12BD00BD" w14:textId="77777777" w:rsidR="00F5517B" w:rsidRPr="00DC7235" w:rsidRDefault="00F5517B" w:rsidP="00F5517B">
      <w:pPr>
        <w:pStyle w:val="NormalWeb"/>
        <w:spacing w:before="0" w:beforeAutospacing="0" w:after="0" w:afterAutospacing="0"/>
        <w:jc w:val="both"/>
        <w:rPr>
          <w:rFonts w:ascii="Arial" w:hAnsi="Arial" w:cs="Arial"/>
          <w:b/>
          <w:bCs/>
          <w:sz w:val="20"/>
          <w:szCs w:val="20"/>
        </w:rPr>
      </w:pPr>
      <w:r w:rsidRPr="00DC7235">
        <w:rPr>
          <w:rFonts w:ascii="Arial" w:hAnsi="Arial" w:cs="Arial"/>
          <w:b/>
          <w:bCs/>
          <w:sz w:val="20"/>
          <w:szCs w:val="20"/>
        </w:rPr>
        <w:t>What if you do not provide personal data?</w:t>
      </w:r>
    </w:p>
    <w:p w14:paraId="77D21F9C" w14:textId="77777777" w:rsidR="00F5517B" w:rsidRPr="00DC7235" w:rsidRDefault="00F5517B" w:rsidP="00F5517B">
      <w:pPr>
        <w:pStyle w:val="NormalWeb"/>
        <w:spacing w:before="0" w:beforeAutospacing="0" w:after="0" w:afterAutospacing="0"/>
        <w:jc w:val="both"/>
        <w:rPr>
          <w:rFonts w:ascii="Arial" w:hAnsi="Arial" w:cs="Arial"/>
          <w:sz w:val="20"/>
          <w:szCs w:val="20"/>
        </w:rPr>
      </w:pPr>
      <w:r w:rsidRPr="00DC7235">
        <w:rPr>
          <w:rFonts w:ascii="Arial" w:hAnsi="Arial" w:cs="Arial"/>
          <w:sz w:val="20"/>
          <w:szCs w:val="20"/>
        </w:rPr>
        <w:t xml:space="preserve">You are under no statutory or contractual obligation to provide data to the organisation during the recruitment process. However, if you do not provide the information, the organisation may not be able to process your application properly. If your application is successful, it will be a condition of any job offer that you provide evidence of your right to work in </w:t>
      </w:r>
      <w:r>
        <w:rPr>
          <w:rFonts w:ascii="Arial" w:hAnsi="Arial" w:cs="Arial"/>
          <w:sz w:val="20"/>
          <w:szCs w:val="20"/>
        </w:rPr>
        <w:t>Ireland</w:t>
      </w:r>
      <w:r w:rsidRPr="00DC7235">
        <w:rPr>
          <w:rFonts w:ascii="Arial" w:hAnsi="Arial" w:cs="Arial"/>
          <w:sz w:val="20"/>
          <w:szCs w:val="20"/>
        </w:rPr>
        <w:t xml:space="preserve"> and satisfactory references.</w:t>
      </w:r>
    </w:p>
    <w:p w14:paraId="5313926A" w14:textId="77777777" w:rsidR="00F5517B" w:rsidRPr="00DC7235" w:rsidRDefault="00F5517B" w:rsidP="00F5517B">
      <w:pPr>
        <w:pStyle w:val="NormalWeb"/>
        <w:spacing w:before="0" w:beforeAutospacing="0" w:after="0" w:afterAutospacing="0"/>
        <w:jc w:val="both"/>
        <w:rPr>
          <w:rFonts w:ascii="Arial" w:hAnsi="Arial" w:cs="Arial"/>
          <w:sz w:val="20"/>
          <w:szCs w:val="20"/>
        </w:rPr>
      </w:pPr>
      <w:r w:rsidRPr="00DC7235">
        <w:rPr>
          <w:rFonts w:ascii="Arial" w:hAnsi="Arial" w:cs="Arial"/>
          <w:sz w:val="20"/>
          <w:szCs w:val="20"/>
        </w:rPr>
        <w:t>You are under no obligation to provide information for equal opportunities monitoring purposes and there are no consequences for your application if you choose not to provide such information. </w:t>
      </w:r>
    </w:p>
    <w:p w14:paraId="30E4D855" w14:textId="77777777" w:rsidR="00F5517B" w:rsidRDefault="00F5517B" w:rsidP="00F5517B">
      <w:pPr>
        <w:ind w:right="-809"/>
        <w:rPr>
          <w:rFonts w:ascii="Arial" w:hAnsi="Arial" w:cs="Arial"/>
          <w:b/>
          <w:sz w:val="20"/>
          <w:szCs w:val="20"/>
        </w:rPr>
      </w:pPr>
    </w:p>
    <w:p w14:paraId="564BF6F7" w14:textId="77777777" w:rsidR="00F5517B" w:rsidRDefault="00F5517B" w:rsidP="00F5517B">
      <w:pPr>
        <w:ind w:left="-851" w:right="-809"/>
        <w:rPr>
          <w:rFonts w:ascii="Arial" w:hAnsi="Arial" w:cs="Arial"/>
          <w:b/>
          <w:sz w:val="20"/>
          <w:szCs w:val="20"/>
        </w:rPr>
      </w:pPr>
    </w:p>
    <w:p w14:paraId="3B4E4383" w14:textId="77777777" w:rsidR="00F5517B" w:rsidRDefault="00F5517B" w:rsidP="00F5517B">
      <w:pPr>
        <w:ind w:left="-851" w:right="-809"/>
        <w:rPr>
          <w:rFonts w:ascii="Arial" w:hAnsi="Arial" w:cs="Arial"/>
          <w:b/>
          <w:sz w:val="20"/>
          <w:szCs w:val="20"/>
        </w:rPr>
      </w:pPr>
    </w:p>
    <w:p w14:paraId="4480D401" w14:textId="77777777" w:rsidR="00F5517B" w:rsidRDefault="00F5517B" w:rsidP="00F5517B">
      <w:pPr>
        <w:ind w:left="-851" w:right="-809"/>
        <w:rPr>
          <w:rFonts w:ascii="Arial" w:hAnsi="Arial" w:cs="Arial"/>
          <w:b/>
          <w:sz w:val="20"/>
          <w:szCs w:val="20"/>
        </w:rPr>
      </w:pPr>
    </w:p>
    <w:p w14:paraId="1D51F4EB" w14:textId="77777777" w:rsidR="00F5517B" w:rsidRDefault="00F5517B" w:rsidP="00F5517B">
      <w:pPr>
        <w:ind w:left="-851" w:right="-809"/>
        <w:rPr>
          <w:rFonts w:ascii="Arial" w:hAnsi="Arial" w:cs="Arial"/>
          <w:b/>
          <w:sz w:val="20"/>
          <w:szCs w:val="20"/>
        </w:rPr>
      </w:pPr>
    </w:p>
    <w:p w14:paraId="6C2DAAF1" w14:textId="77777777" w:rsidR="00F5517B" w:rsidRDefault="00F5517B" w:rsidP="00F5517B">
      <w:pPr>
        <w:ind w:left="-851" w:right="-809"/>
        <w:rPr>
          <w:rFonts w:ascii="Arial" w:hAnsi="Arial" w:cs="Arial"/>
          <w:b/>
          <w:sz w:val="20"/>
          <w:szCs w:val="20"/>
        </w:rPr>
      </w:pPr>
    </w:p>
    <w:p w14:paraId="2F03DC02" w14:textId="77777777" w:rsidR="00F5517B" w:rsidRDefault="00F5517B" w:rsidP="00F5517B">
      <w:pPr>
        <w:ind w:left="-851" w:right="-809"/>
        <w:rPr>
          <w:rFonts w:ascii="Arial" w:hAnsi="Arial" w:cs="Arial"/>
          <w:b/>
          <w:sz w:val="20"/>
          <w:szCs w:val="20"/>
        </w:rPr>
      </w:pPr>
    </w:p>
    <w:p w14:paraId="421C0754" w14:textId="77777777" w:rsidR="00F5517B" w:rsidRDefault="00F5517B" w:rsidP="00F5517B">
      <w:pPr>
        <w:ind w:left="-851" w:right="-809"/>
        <w:rPr>
          <w:rFonts w:ascii="Arial" w:hAnsi="Arial" w:cs="Arial"/>
          <w:b/>
          <w:sz w:val="20"/>
          <w:szCs w:val="20"/>
        </w:rPr>
      </w:pPr>
    </w:p>
    <w:p w14:paraId="4851E9BF" w14:textId="77777777" w:rsidR="00F5517B" w:rsidRDefault="00F5517B" w:rsidP="00F5517B">
      <w:pPr>
        <w:ind w:left="-851" w:right="-809"/>
        <w:rPr>
          <w:rFonts w:ascii="Arial" w:hAnsi="Arial" w:cs="Arial"/>
          <w:b/>
          <w:sz w:val="20"/>
          <w:szCs w:val="20"/>
        </w:rPr>
      </w:pPr>
    </w:p>
    <w:p w14:paraId="09812220" w14:textId="77777777" w:rsidR="00F5517B" w:rsidRDefault="00F5517B" w:rsidP="00F5517B">
      <w:pPr>
        <w:ind w:left="-851" w:right="-809"/>
        <w:rPr>
          <w:rFonts w:ascii="Arial" w:hAnsi="Arial" w:cs="Arial"/>
          <w:b/>
          <w:sz w:val="20"/>
          <w:szCs w:val="20"/>
        </w:rPr>
      </w:pPr>
    </w:p>
    <w:p w14:paraId="3A06E205" w14:textId="77777777" w:rsidR="00F5517B" w:rsidRDefault="00F5517B" w:rsidP="00F5517B">
      <w:pPr>
        <w:ind w:left="-851" w:right="-809"/>
        <w:rPr>
          <w:rFonts w:ascii="Arial" w:hAnsi="Arial" w:cs="Arial"/>
          <w:b/>
          <w:sz w:val="20"/>
          <w:szCs w:val="20"/>
        </w:rPr>
      </w:pPr>
    </w:p>
    <w:p w14:paraId="35199CBA" w14:textId="77777777" w:rsidR="00F5517B" w:rsidRPr="00DC7235" w:rsidRDefault="00F5517B" w:rsidP="00F5517B">
      <w:pPr>
        <w:pStyle w:val="Heading5"/>
        <w:spacing w:before="0"/>
        <w:jc w:val="both"/>
        <w:rPr>
          <w:rFonts w:ascii="Arial" w:hAnsi="Arial" w:cs="Arial"/>
        </w:rPr>
      </w:pPr>
    </w:p>
    <w:p w14:paraId="329E6D47" w14:textId="77777777" w:rsidR="00F5517B" w:rsidRPr="007E05CF" w:rsidRDefault="00F5517B" w:rsidP="00F5517B">
      <w:pPr>
        <w:ind w:left="-851" w:right="-809"/>
        <w:rPr>
          <w:rFonts w:ascii="Arial" w:hAnsi="Arial" w:cs="Arial"/>
          <w:b/>
          <w:sz w:val="20"/>
          <w:szCs w:val="20"/>
        </w:rPr>
      </w:pPr>
    </w:p>
    <w:p w14:paraId="02D3113E" w14:textId="77777777" w:rsidR="00F5517B" w:rsidRPr="007E05CF" w:rsidRDefault="00F5517B" w:rsidP="00F5517B">
      <w:pPr>
        <w:rPr>
          <w:rFonts w:ascii="Arial" w:hAnsi="Arial" w:cs="Arial"/>
          <w:b/>
          <w:bCs/>
          <w:sz w:val="20"/>
          <w:szCs w:val="20"/>
          <w:lang w:eastAsia="de-DE"/>
        </w:rPr>
      </w:pPr>
      <w:r w:rsidRPr="007E05CF">
        <w:rPr>
          <w:rFonts w:ascii="Arial" w:hAnsi="Arial" w:cs="Arial"/>
          <w:b/>
          <w:bCs/>
          <w:sz w:val="20"/>
          <w:szCs w:val="20"/>
          <w:lang w:val="fr-FR"/>
        </w:rPr>
        <w:tab/>
      </w:r>
      <w:r w:rsidRPr="007E05CF">
        <w:rPr>
          <w:rFonts w:ascii="Arial" w:hAnsi="Arial" w:cs="Arial"/>
          <w:b/>
          <w:bCs/>
          <w:sz w:val="20"/>
          <w:szCs w:val="20"/>
          <w:lang w:val="fr-FR"/>
        </w:rPr>
        <w:tab/>
      </w:r>
    </w:p>
    <w:p w14:paraId="76491FD5" w14:textId="77777777" w:rsidR="00F5517B" w:rsidRPr="007E05CF" w:rsidRDefault="00F5517B" w:rsidP="00F5517B">
      <w:pPr>
        <w:rPr>
          <w:rFonts w:ascii="Arial" w:hAnsi="Arial" w:cs="Arial"/>
          <w:sz w:val="20"/>
        </w:rPr>
      </w:pPr>
    </w:p>
    <w:p w14:paraId="6E5723F1" w14:textId="77777777" w:rsidR="00F5517B" w:rsidRPr="007E05CF" w:rsidRDefault="00F5517B" w:rsidP="00F5517B">
      <w:pPr>
        <w:rPr>
          <w:rFonts w:ascii="Arial" w:hAnsi="Arial" w:cs="Arial"/>
          <w:sz w:val="20"/>
        </w:rPr>
      </w:pPr>
    </w:p>
    <w:p w14:paraId="200AC52C" w14:textId="77777777" w:rsidR="00F5517B" w:rsidRPr="007E05CF" w:rsidRDefault="00F5517B" w:rsidP="00F5517B">
      <w:pPr>
        <w:ind w:right="-1235"/>
        <w:rPr>
          <w:rFonts w:ascii="Arial" w:hAnsi="Arial" w:cs="Arial"/>
          <w:sz w:val="20"/>
          <w:szCs w:val="20"/>
        </w:rPr>
      </w:pPr>
    </w:p>
    <w:p w14:paraId="583ADCC2" w14:textId="77777777" w:rsidR="00F5517B" w:rsidRDefault="00F5517B" w:rsidP="00F5517B">
      <w:pPr>
        <w:rPr>
          <w:rFonts w:ascii="Arial" w:hAnsi="Arial" w:cs="Arial"/>
        </w:rPr>
      </w:pPr>
    </w:p>
    <w:p w14:paraId="6533EC05" w14:textId="77777777" w:rsidR="00F5517B" w:rsidRDefault="00F5517B" w:rsidP="00F5517B">
      <w:pPr>
        <w:rPr>
          <w:rFonts w:ascii="Arial" w:hAnsi="Arial" w:cs="Arial"/>
        </w:rPr>
      </w:pPr>
    </w:p>
    <w:p w14:paraId="13F26B17" w14:textId="77777777" w:rsidR="00F5517B" w:rsidRDefault="00F5517B" w:rsidP="00F5517B">
      <w:pPr>
        <w:rPr>
          <w:rFonts w:ascii="Arial" w:hAnsi="Arial" w:cs="Arial"/>
        </w:rPr>
      </w:pPr>
    </w:p>
    <w:p w14:paraId="5602FAB7" w14:textId="77777777" w:rsidR="00F5517B" w:rsidRDefault="00F5517B" w:rsidP="00F5517B">
      <w:pPr>
        <w:rPr>
          <w:rFonts w:ascii="Arial" w:hAnsi="Arial" w:cs="Arial"/>
        </w:rPr>
      </w:pPr>
    </w:p>
    <w:p w14:paraId="4B592282" w14:textId="77777777" w:rsidR="00F5517B" w:rsidRDefault="00F5517B" w:rsidP="00F5517B">
      <w:pPr>
        <w:rPr>
          <w:rFonts w:ascii="Arial" w:hAnsi="Arial" w:cs="Arial"/>
        </w:rPr>
      </w:pPr>
    </w:p>
    <w:p w14:paraId="358DC1E0" w14:textId="77777777" w:rsidR="00F5517B" w:rsidRDefault="00F5517B" w:rsidP="00F5517B">
      <w:pPr>
        <w:rPr>
          <w:rFonts w:ascii="Arial" w:hAnsi="Arial" w:cs="Arial"/>
        </w:rPr>
      </w:pPr>
    </w:p>
    <w:p w14:paraId="1A537064" w14:textId="77777777" w:rsidR="00F5517B" w:rsidRDefault="00F5517B" w:rsidP="00F5517B">
      <w:pPr>
        <w:rPr>
          <w:rFonts w:ascii="Arial" w:hAnsi="Arial" w:cs="Arial"/>
        </w:rPr>
      </w:pPr>
    </w:p>
    <w:p w14:paraId="0E0B60C8" w14:textId="77777777" w:rsidR="00F5517B" w:rsidRDefault="00F5517B" w:rsidP="00F5517B">
      <w:pPr>
        <w:rPr>
          <w:rFonts w:ascii="Arial" w:hAnsi="Arial" w:cs="Arial"/>
        </w:rPr>
      </w:pPr>
    </w:p>
    <w:p w14:paraId="658C91D3" w14:textId="77777777" w:rsidR="00F5517B" w:rsidRDefault="00F5517B" w:rsidP="00F5517B">
      <w:pPr>
        <w:rPr>
          <w:rFonts w:ascii="Arial" w:hAnsi="Arial" w:cs="Arial"/>
        </w:rPr>
      </w:pPr>
    </w:p>
    <w:p w14:paraId="5CC33C31" w14:textId="77777777" w:rsidR="00F5517B" w:rsidRPr="007E05CF" w:rsidRDefault="00F5517B" w:rsidP="00F5517B">
      <w:pPr>
        <w:rPr>
          <w:rFonts w:ascii="Arial" w:hAnsi="Arial" w:cs="Arial"/>
        </w:rPr>
      </w:pPr>
    </w:p>
    <w:p w14:paraId="637DA931" w14:textId="77777777" w:rsidR="00F5517B" w:rsidRDefault="00F5517B" w:rsidP="03E30318">
      <w:pPr>
        <w:pStyle w:val="ListBullet"/>
        <w:rPr>
          <w:lang w:val="en-US"/>
        </w:rPr>
      </w:pPr>
    </w:p>
    <w:p w14:paraId="703A892E" w14:textId="77777777" w:rsidR="00F5517B" w:rsidRPr="007A4F3F" w:rsidRDefault="00F5517B" w:rsidP="03E30318">
      <w:pPr>
        <w:pStyle w:val="ListBullet"/>
        <w:rPr>
          <w:lang w:val="en-US"/>
        </w:rPr>
      </w:pPr>
    </w:p>
    <w:sectPr w:rsidR="00F5517B" w:rsidRPr="007A4F3F" w:rsidSect="00034616">
      <w:headerReference w:type="even" r:id="rId17"/>
      <w:headerReference w:type="default" r:id="rId18"/>
      <w:footerReference w:type="even" r:id="rId19"/>
      <w:footerReference w:type="default" r:id="rId20"/>
      <w:headerReference w:type="first" r:id="rId21"/>
      <w:footerReference w:type="first" r:id="rId2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113463" w14:textId="77777777" w:rsidR="00171494" w:rsidRDefault="00171494" w:rsidP="000170D1">
      <w:r>
        <w:separator/>
      </w:r>
    </w:p>
  </w:endnote>
  <w:endnote w:type="continuationSeparator" w:id="0">
    <w:p w14:paraId="27AA2810" w14:textId="77777777" w:rsidR="00171494" w:rsidRDefault="00171494" w:rsidP="000170D1">
      <w:r>
        <w:continuationSeparator/>
      </w:r>
    </w:p>
  </w:endnote>
  <w:endnote w:type="continuationNotice" w:id="1">
    <w:p w14:paraId="4DA9F4AB" w14:textId="77777777" w:rsidR="00171494" w:rsidRDefault="001714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ell MT">
    <w:panose1 w:val="0202050306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37B03" w14:textId="77777777" w:rsidR="009D749E" w:rsidRDefault="009D74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4D5AA" w14:textId="77777777" w:rsidR="009D749E" w:rsidRDefault="009D749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55ACF" w14:textId="77777777" w:rsidR="009D749E" w:rsidRDefault="009D74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CA102A" w14:textId="77777777" w:rsidR="00171494" w:rsidRDefault="00171494" w:rsidP="000170D1">
      <w:r>
        <w:separator/>
      </w:r>
    </w:p>
  </w:footnote>
  <w:footnote w:type="continuationSeparator" w:id="0">
    <w:p w14:paraId="0D81853B" w14:textId="77777777" w:rsidR="00171494" w:rsidRDefault="00171494" w:rsidP="000170D1">
      <w:r>
        <w:continuationSeparator/>
      </w:r>
    </w:p>
  </w:footnote>
  <w:footnote w:type="continuationNotice" w:id="1">
    <w:p w14:paraId="17E5DC64" w14:textId="77777777" w:rsidR="00171494" w:rsidRDefault="0017149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7768D" w14:textId="77777777" w:rsidR="009D749E" w:rsidRDefault="009D74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933CD" w14:textId="77777777" w:rsidR="009D749E" w:rsidRDefault="009D749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418E9" w14:textId="77777777" w:rsidR="009D749E" w:rsidRDefault="009D74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1"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2"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5" w15:restartNumberingAfterBreak="0">
    <w:nsid w:val="FFFFFF89"/>
    <w:multiLevelType w:val="singleLevel"/>
    <w:tmpl w:val="18090001"/>
    <w:lvl w:ilvl="0">
      <w:start w:val="1"/>
      <w:numFmt w:val="bullet"/>
      <w:lvlText w:val=""/>
      <w:lvlJc w:val="left"/>
      <w:pPr>
        <w:ind w:left="720" w:hanging="360"/>
      </w:pPr>
      <w:rPr>
        <w:rFonts w:ascii="Symbol" w:hAnsi="Symbol" w:hint="default"/>
      </w:rPr>
    </w:lvl>
  </w:abstractNum>
  <w:abstractNum w:abstractNumId="6" w15:restartNumberingAfterBreak="0">
    <w:nsid w:val="00916FD3"/>
    <w:multiLevelType w:val="hybridMultilevel"/>
    <w:tmpl w:val="E29C1664"/>
    <w:lvl w:ilvl="0" w:tplc="FFBC575C">
      <w:start w:val="1"/>
      <w:numFmt w:val="upp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00AF5DEF"/>
    <w:multiLevelType w:val="hybridMultilevel"/>
    <w:tmpl w:val="00982E76"/>
    <w:lvl w:ilvl="0" w:tplc="70B43D1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ADD645C"/>
    <w:multiLevelType w:val="hybridMultilevel"/>
    <w:tmpl w:val="D7569506"/>
    <w:lvl w:ilvl="0" w:tplc="CFE2957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C9E3E57"/>
    <w:multiLevelType w:val="hybridMultilevel"/>
    <w:tmpl w:val="3808109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0CD035B6"/>
    <w:multiLevelType w:val="hybridMultilevel"/>
    <w:tmpl w:val="9D067034"/>
    <w:lvl w:ilvl="0" w:tplc="E08017EA">
      <w:numFmt w:val="bullet"/>
      <w:lvlText w:val="–"/>
      <w:lvlJc w:val="left"/>
      <w:pPr>
        <w:ind w:left="1080" w:hanging="360"/>
      </w:pPr>
      <w:rPr>
        <w:rFonts w:ascii="Arial" w:eastAsiaTheme="minorHAnsi" w:hAnsi="Arial" w:cs="Aria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1" w15:restartNumberingAfterBreak="0">
    <w:nsid w:val="149B297F"/>
    <w:multiLevelType w:val="hybridMultilevel"/>
    <w:tmpl w:val="30B4BA6E"/>
    <w:lvl w:ilvl="0" w:tplc="D374908E">
      <w:numFmt w:val="bullet"/>
      <w:lvlText w:val="–"/>
      <w:lvlJc w:val="left"/>
      <w:pPr>
        <w:ind w:left="780" w:hanging="360"/>
      </w:pPr>
      <w:rPr>
        <w:rFonts w:ascii="Times New Roman" w:eastAsia="Times New Roman" w:hAnsi="Times New Roman" w:cs="Times New Roman" w:hint="default"/>
      </w:rPr>
    </w:lvl>
    <w:lvl w:ilvl="1" w:tplc="18090003" w:tentative="1">
      <w:start w:val="1"/>
      <w:numFmt w:val="bullet"/>
      <w:lvlText w:val="o"/>
      <w:lvlJc w:val="left"/>
      <w:pPr>
        <w:ind w:left="1500" w:hanging="360"/>
      </w:pPr>
      <w:rPr>
        <w:rFonts w:ascii="Courier New" w:hAnsi="Courier New" w:cs="Courier New" w:hint="default"/>
      </w:rPr>
    </w:lvl>
    <w:lvl w:ilvl="2" w:tplc="18090005" w:tentative="1">
      <w:start w:val="1"/>
      <w:numFmt w:val="bullet"/>
      <w:lvlText w:val=""/>
      <w:lvlJc w:val="left"/>
      <w:pPr>
        <w:ind w:left="2220" w:hanging="360"/>
      </w:pPr>
      <w:rPr>
        <w:rFonts w:ascii="Wingdings" w:hAnsi="Wingdings" w:hint="default"/>
      </w:rPr>
    </w:lvl>
    <w:lvl w:ilvl="3" w:tplc="18090001" w:tentative="1">
      <w:start w:val="1"/>
      <w:numFmt w:val="bullet"/>
      <w:lvlText w:val=""/>
      <w:lvlJc w:val="left"/>
      <w:pPr>
        <w:ind w:left="2940" w:hanging="360"/>
      </w:pPr>
      <w:rPr>
        <w:rFonts w:ascii="Symbol" w:hAnsi="Symbol" w:hint="default"/>
      </w:rPr>
    </w:lvl>
    <w:lvl w:ilvl="4" w:tplc="18090003" w:tentative="1">
      <w:start w:val="1"/>
      <w:numFmt w:val="bullet"/>
      <w:lvlText w:val="o"/>
      <w:lvlJc w:val="left"/>
      <w:pPr>
        <w:ind w:left="3660" w:hanging="360"/>
      </w:pPr>
      <w:rPr>
        <w:rFonts w:ascii="Courier New" w:hAnsi="Courier New" w:cs="Courier New" w:hint="default"/>
      </w:rPr>
    </w:lvl>
    <w:lvl w:ilvl="5" w:tplc="18090005" w:tentative="1">
      <w:start w:val="1"/>
      <w:numFmt w:val="bullet"/>
      <w:lvlText w:val=""/>
      <w:lvlJc w:val="left"/>
      <w:pPr>
        <w:ind w:left="4380" w:hanging="360"/>
      </w:pPr>
      <w:rPr>
        <w:rFonts w:ascii="Wingdings" w:hAnsi="Wingdings" w:hint="default"/>
      </w:rPr>
    </w:lvl>
    <w:lvl w:ilvl="6" w:tplc="18090001" w:tentative="1">
      <w:start w:val="1"/>
      <w:numFmt w:val="bullet"/>
      <w:lvlText w:val=""/>
      <w:lvlJc w:val="left"/>
      <w:pPr>
        <w:ind w:left="5100" w:hanging="360"/>
      </w:pPr>
      <w:rPr>
        <w:rFonts w:ascii="Symbol" w:hAnsi="Symbol" w:hint="default"/>
      </w:rPr>
    </w:lvl>
    <w:lvl w:ilvl="7" w:tplc="18090003" w:tentative="1">
      <w:start w:val="1"/>
      <w:numFmt w:val="bullet"/>
      <w:lvlText w:val="o"/>
      <w:lvlJc w:val="left"/>
      <w:pPr>
        <w:ind w:left="5820" w:hanging="360"/>
      </w:pPr>
      <w:rPr>
        <w:rFonts w:ascii="Courier New" w:hAnsi="Courier New" w:cs="Courier New" w:hint="default"/>
      </w:rPr>
    </w:lvl>
    <w:lvl w:ilvl="8" w:tplc="18090005" w:tentative="1">
      <w:start w:val="1"/>
      <w:numFmt w:val="bullet"/>
      <w:lvlText w:val=""/>
      <w:lvlJc w:val="left"/>
      <w:pPr>
        <w:ind w:left="6540" w:hanging="360"/>
      </w:pPr>
      <w:rPr>
        <w:rFonts w:ascii="Wingdings" w:hAnsi="Wingdings" w:hint="default"/>
      </w:rPr>
    </w:lvl>
  </w:abstractNum>
  <w:abstractNum w:abstractNumId="12" w15:restartNumberingAfterBreak="0">
    <w:nsid w:val="1BC87510"/>
    <w:multiLevelType w:val="hybridMultilevel"/>
    <w:tmpl w:val="2BA8519A"/>
    <w:lvl w:ilvl="0" w:tplc="1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C4124BE"/>
    <w:multiLevelType w:val="multilevel"/>
    <w:tmpl w:val="82800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EEB4456"/>
    <w:multiLevelType w:val="multilevel"/>
    <w:tmpl w:val="CA801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2B70E6A"/>
    <w:multiLevelType w:val="hybridMultilevel"/>
    <w:tmpl w:val="EACAD53A"/>
    <w:lvl w:ilvl="0" w:tplc="E08017EA">
      <w:numFmt w:val="bullet"/>
      <w:lvlText w:val="–"/>
      <w:lvlJc w:val="left"/>
      <w:pPr>
        <w:ind w:left="1080" w:hanging="360"/>
      </w:pPr>
      <w:rPr>
        <w:rFonts w:ascii="Arial" w:eastAsiaTheme="minorHAnsi" w:hAnsi="Arial" w:cs="Aria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6" w15:restartNumberingAfterBreak="0">
    <w:nsid w:val="22E26750"/>
    <w:multiLevelType w:val="multilevel"/>
    <w:tmpl w:val="4960439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7" w15:restartNumberingAfterBreak="0">
    <w:nsid w:val="23D96969"/>
    <w:multiLevelType w:val="hybridMultilevel"/>
    <w:tmpl w:val="CD46AD3C"/>
    <w:lvl w:ilvl="0" w:tplc="0CF206C4">
      <w:start w:val="1"/>
      <w:numFmt w:val="upp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3D7B57C5"/>
    <w:multiLevelType w:val="multilevel"/>
    <w:tmpl w:val="EE9A1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DC6164A"/>
    <w:multiLevelType w:val="multilevel"/>
    <w:tmpl w:val="85908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2DD5E93"/>
    <w:multiLevelType w:val="hybridMultilevel"/>
    <w:tmpl w:val="B3F8DA70"/>
    <w:lvl w:ilvl="0" w:tplc="E08017EA">
      <w:numFmt w:val="bullet"/>
      <w:lvlText w:val="–"/>
      <w:lvlJc w:val="left"/>
      <w:pPr>
        <w:ind w:left="1080" w:hanging="360"/>
      </w:pPr>
      <w:rPr>
        <w:rFonts w:ascii="Arial" w:eastAsiaTheme="minorHAnsi" w:hAnsi="Arial" w:cs="Aria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1" w15:restartNumberingAfterBreak="0">
    <w:nsid w:val="4772324C"/>
    <w:multiLevelType w:val="hybridMultilevel"/>
    <w:tmpl w:val="8648E7C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4CA76080"/>
    <w:multiLevelType w:val="hybridMultilevel"/>
    <w:tmpl w:val="4818490E"/>
    <w:lvl w:ilvl="0" w:tplc="9B5CB77A">
      <w:start w:val="1"/>
      <w:numFmt w:val="upp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504770C2"/>
    <w:multiLevelType w:val="hybridMultilevel"/>
    <w:tmpl w:val="B69C1438"/>
    <w:lvl w:ilvl="0" w:tplc="E08017EA">
      <w:numFmt w:val="bullet"/>
      <w:lvlText w:val="–"/>
      <w:lvlJc w:val="left"/>
      <w:pPr>
        <w:ind w:left="1080" w:hanging="360"/>
      </w:pPr>
      <w:rPr>
        <w:rFonts w:ascii="Arial" w:eastAsiaTheme="minorHAnsi" w:hAnsi="Arial" w:cs="Aria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4" w15:restartNumberingAfterBreak="0">
    <w:nsid w:val="53B05873"/>
    <w:multiLevelType w:val="hybridMultilevel"/>
    <w:tmpl w:val="DB26CF56"/>
    <w:lvl w:ilvl="0" w:tplc="1809000F">
      <w:start w:val="1"/>
      <w:numFmt w:val="decimal"/>
      <w:lvlText w:val="%1."/>
      <w:lvlJc w:val="lef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5" w15:restartNumberingAfterBreak="0">
    <w:nsid w:val="5A430FB2"/>
    <w:multiLevelType w:val="hybridMultilevel"/>
    <w:tmpl w:val="AF2CB0D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5BC01238"/>
    <w:multiLevelType w:val="hybridMultilevel"/>
    <w:tmpl w:val="3632A47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7" w15:restartNumberingAfterBreak="0">
    <w:nsid w:val="660A5411"/>
    <w:multiLevelType w:val="hybridMultilevel"/>
    <w:tmpl w:val="CF1CFAC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668E2E77"/>
    <w:multiLevelType w:val="multilevel"/>
    <w:tmpl w:val="6A7A4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3C76FDA"/>
    <w:multiLevelType w:val="hybridMultilevel"/>
    <w:tmpl w:val="BB0A12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7656169B"/>
    <w:multiLevelType w:val="hybridMultilevel"/>
    <w:tmpl w:val="F968CE68"/>
    <w:lvl w:ilvl="0" w:tplc="CFE2957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6CA66C5"/>
    <w:multiLevelType w:val="hybridMultilevel"/>
    <w:tmpl w:val="ACE8E092"/>
    <w:lvl w:ilvl="0" w:tplc="08090001">
      <w:start w:val="1"/>
      <w:numFmt w:val="bullet"/>
      <w:lvlText w:val=""/>
      <w:lvlJc w:val="left"/>
      <w:pPr>
        <w:ind w:left="927"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632102119">
    <w:abstractNumId w:val="5"/>
  </w:num>
  <w:num w:numId="2" w16cid:durableId="826483524">
    <w:abstractNumId w:val="3"/>
  </w:num>
  <w:num w:numId="3" w16cid:durableId="378481634">
    <w:abstractNumId w:val="2"/>
  </w:num>
  <w:num w:numId="4" w16cid:durableId="2069567999">
    <w:abstractNumId w:val="4"/>
  </w:num>
  <w:num w:numId="5" w16cid:durableId="1453327282">
    <w:abstractNumId w:val="1"/>
  </w:num>
  <w:num w:numId="6" w16cid:durableId="1804737301">
    <w:abstractNumId w:val="0"/>
  </w:num>
  <w:num w:numId="7" w16cid:durableId="1808930909">
    <w:abstractNumId w:val="16"/>
  </w:num>
  <w:num w:numId="8" w16cid:durableId="2111584146">
    <w:abstractNumId w:val="19"/>
  </w:num>
  <w:num w:numId="9" w16cid:durableId="1779131486">
    <w:abstractNumId w:val="14"/>
  </w:num>
  <w:num w:numId="10" w16cid:durableId="2026635380">
    <w:abstractNumId w:val="18"/>
  </w:num>
  <w:num w:numId="11" w16cid:durableId="253826282">
    <w:abstractNumId w:val="17"/>
  </w:num>
  <w:num w:numId="12" w16cid:durableId="2100783887">
    <w:abstractNumId w:val="6"/>
  </w:num>
  <w:num w:numId="13" w16cid:durableId="588806404">
    <w:abstractNumId w:val="26"/>
  </w:num>
  <w:num w:numId="14" w16cid:durableId="852956990">
    <w:abstractNumId w:val="5"/>
  </w:num>
  <w:num w:numId="15" w16cid:durableId="948392993">
    <w:abstractNumId w:val="22"/>
  </w:num>
  <w:num w:numId="16" w16cid:durableId="747774359">
    <w:abstractNumId w:val="13"/>
  </w:num>
  <w:num w:numId="17" w16cid:durableId="1771312469">
    <w:abstractNumId w:val="5"/>
  </w:num>
  <w:num w:numId="18" w16cid:durableId="1344285759">
    <w:abstractNumId w:val="5"/>
  </w:num>
  <w:num w:numId="19" w16cid:durableId="5254409">
    <w:abstractNumId w:val="5"/>
  </w:num>
  <w:num w:numId="20" w16cid:durableId="165243602">
    <w:abstractNumId w:val="24"/>
  </w:num>
  <w:num w:numId="21" w16cid:durableId="301279298">
    <w:abstractNumId w:val="7"/>
  </w:num>
  <w:num w:numId="22" w16cid:durableId="2127965799">
    <w:abstractNumId w:val="5"/>
  </w:num>
  <w:num w:numId="23" w16cid:durableId="920524108">
    <w:abstractNumId w:val="5"/>
  </w:num>
  <w:num w:numId="24" w16cid:durableId="106657603">
    <w:abstractNumId w:val="8"/>
  </w:num>
  <w:num w:numId="25" w16cid:durableId="1048067224">
    <w:abstractNumId w:val="25"/>
  </w:num>
  <w:num w:numId="26" w16cid:durableId="1942950371">
    <w:abstractNumId w:val="11"/>
  </w:num>
  <w:num w:numId="27" w16cid:durableId="773525201">
    <w:abstractNumId w:val="9"/>
  </w:num>
  <w:num w:numId="28" w16cid:durableId="615722885">
    <w:abstractNumId w:val="20"/>
  </w:num>
  <w:num w:numId="29" w16cid:durableId="513308489">
    <w:abstractNumId w:val="10"/>
  </w:num>
  <w:num w:numId="30" w16cid:durableId="1329090460">
    <w:abstractNumId w:val="23"/>
  </w:num>
  <w:num w:numId="31" w16cid:durableId="484933474">
    <w:abstractNumId w:val="15"/>
  </w:num>
  <w:num w:numId="32" w16cid:durableId="1723794454">
    <w:abstractNumId w:val="29"/>
  </w:num>
  <w:num w:numId="33" w16cid:durableId="1428770623">
    <w:abstractNumId w:val="27"/>
  </w:num>
  <w:num w:numId="34" w16cid:durableId="566696369">
    <w:abstractNumId w:val="21"/>
  </w:num>
  <w:num w:numId="35" w16cid:durableId="1167092513">
    <w:abstractNumId w:val="12"/>
  </w:num>
  <w:num w:numId="36" w16cid:durableId="1327978891">
    <w:abstractNumId w:val="30"/>
  </w:num>
  <w:num w:numId="37" w16cid:durableId="42601133">
    <w:abstractNumId w:val="31"/>
  </w:num>
  <w:num w:numId="38" w16cid:durableId="1904098577">
    <w:abstractNumId w:val="2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056CB"/>
    <w:rsid w:val="000058F5"/>
    <w:rsid w:val="00012A9C"/>
    <w:rsid w:val="00013D82"/>
    <w:rsid w:val="00013FD7"/>
    <w:rsid w:val="000170D1"/>
    <w:rsid w:val="00017AEE"/>
    <w:rsid w:val="00017C8F"/>
    <w:rsid w:val="0002413C"/>
    <w:rsid w:val="000278DA"/>
    <w:rsid w:val="00030ED9"/>
    <w:rsid w:val="00034616"/>
    <w:rsid w:val="00034A81"/>
    <w:rsid w:val="00037A9E"/>
    <w:rsid w:val="0004222F"/>
    <w:rsid w:val="0004380B"/>
    <w:rsid w:val="00043E89"/>
    <w:rsid w:val="00046375"/>
    <w:rsid w:val="000467AF"/>
    <w:rsid w:val="000470EE"/>
    <w:rsid w:val="000508D1"/>
    <w:rsid w:val="0005327B"/>
    <w:rsid w:val="0006063C"/>
    <w:rsid w:val="0006102A"/>
    <w:rsid w:val="000639F4"/>
    <w:rsid w:val="00065B40"/>
    <w:rsid w:val="00067413"/>
    <w:rsid w:val="0006789D"/>
    <w:rsid w:val="0007043E"/>
    <w:rsid w:val="00073B25"/>
    <w:rsid w:val="000743A9"/>
    <w:rsid w:val="000746E6"/>
    <w:rsid w:val="00074CA2"/>
    <w:rsid w:val="00075C6D"/>
    <w:rsid w:val="00080C5E"/>
    <w:rsid w:val="00081999"/>
    <w:rsid w:val="000821D4"/>
    <w:rsid w:val="00083426"/>
    <w:rsid w:val="00086977"/>
    <w:rsid w:val="000877EA"/>
    <w:rsid w:val="00090F6F"/>
    <w:rsid w:val="00094ACF"/>
    <w:rsid w:val="00097A45"/>
    <w:rsid w:val="000A018D"/>
    <w:rsid w:val="000A1D37"/>
    <w:rsid w:val="000A27C5"/>
    <w:rsid w:val="000A6427"/>
    <w:rsid w:val="000B1DDB"/>
    <w:rsid w:val="000B2781"/>
    <w:rsid w:val="000B4702"/>
    <w:rsid w:val="000B5181"/>
    <w:rsid w:val="000B68B1"/>
    <w:rsid w:val="000B76EC"/>
    <w:rsid w:val="000C3161"/>
    <w:rsid w:val="000C376B"/>
    <w:rsid w:val="000C746D"/>
    <w:rsid w:val="000D2967"/>
    <w:rsid w:val="000D4A95"/>
    <w:rsid w:val="000E011D"/>
    <w:rsid w:val="000E14F0"/>
    <w:rsid w:val="000E1D48"/>
    <w:rsid w:val="000E3505"/>
    <w:rsid w:val="000E539B"/>
    <w:rsid w:val="000E773E"/>
    <w:rsid w:val="000F1C2A"/>
    <w:rsid w:val="000F2CD7"/>
    <w:rsid w:val="000F615D"/>
    <w:rsid w:val="000F6C1C"/>
    <w:rsid w:val="000F6EF0"/>
    <w:rsid w:val="00100A34"/>
    <w:rsid w:val="001015C0"/>
    <w:rsid w:val="001066FE"/>
    <w:rsid w:val="00106A28"/>
    <w:rsid w:val="00107156"/>
    <w:rsid w:val="00114074"/>
    <w:rsid w:val="001163A7"/>
    <w:rsid w:val="00127117"/>
    <w:rsid w:val="0013071D"/>
    <w:rsid w:val="001328C6"/>
    <w:rsid w:val="001379A7"/>
    <w:rsid w:val="0014147F"/>
    <w:rsid w:val="00141990"/>
    <w:rsid w:val="00143088"/>
    <w:rsid w:val="00146F9F"/>
    <w:rsid w:val="001506DE"/>
    <w:rsid w:val="0015074B"/>
    <w:rsid w:val="001570D2"/>
    <w:rsid w:val="00160C6A"/>
    <w:rsid w:val="00164261"/>
    <w:rsid w:val="00165691"/>
    <w:rsid w:val="00165F9E"/>
    <w:rsid w:val="00171494"/>
    <w:rsid w:val="001819AC"/>
    <w:rsid w:val="001834FC"/>
    <w:rsid w:val="0018384F"/>
    <w:rsid w:val="00183BA1"/>
    <w:rsid w:val="00184DFC"/>
    <w:rsid w:val="0018731A"/>
    <w:rsid w:val="00187382"/>
    <w:rsid w:val="00192BBD"/>
    <w:rsid w:val="00194621"/>
    <w:rsid w:val="0019646E"/>
    <w:rsid w:val="001A247A"/>
    <w:rsid w:val="001A66F9"/>
    <w:rsid w:val="001A7C5A"/>
    <w:rsid w:val="001B0F55"/>
    <w:rsid w:val="001B665F"/>
    <w:rsid w:val="001B6922"/>
    <w:rsid w:val="001B69D7"/>
    <w:rsid w:val="001C70FC"/>
    <w:rsid w:val="001D1448"/>
    <w:rsid w:val="001D36C4"/>
    <w:rsid w:val="001D3718"/>
    <w:rsid w:val="001D4DF3"/>
    <w:rsid w:val="001D5197"/>
    <w:rsid w:val="001D69C5"/>
    <w:rsid w:val="001D70D1"/>
    <w:rsid w:val="001E092F"/>
    <w:rsid w:val="001E248D"/>
    <w:rsid w:val="001E29E7"/>
    <w:rsid w:val="001F2529"/>
    <w:rsid w:val="001F47A9"/>
    <w:rsid w:val="001F5A71"/>
    <w:rsid w:val="001F7465"/>
    <w:rsid w:val="001F7D8A"/>
    <w:rsid w:val="002002F6"/>
    <w:rsid w:val="00201F38"/>
    <w:rsid w:val="00207042"/>
    <w:rsid w:val="00210ABC"/>
    <w:rsid w:val="00212E58"/>
    <w:rsid w:val="00213EB5"/>
    <w:rsid w:val="00213F6B"/>
    <w:rsid w:val="0021454C"/>
    <w:rsid w:val="00214D5E"/>
    <w:rsid w:val="00217E32"/>
    <w:rsid w:val="002307C3"/>
    <w:rsid w:val="00231EDF"/>
    <w:rsid w:val="00233AD8"/>
    <w:rsid w:val="002345BA"/>
    <w:rsid w:val="0023555E"/>
    <w:rsid w:val="0024079D"/>
    <w:rsid w:val="00247DCD"/>
    <w:rsid w:val="002726E0"/>
    <w:rsid w:val="00274C39"/>
    <w:rsid w:val="00275DE1"/>
    <w:rsid w:val="00281760"/>
    <w:rsid w:val="00282A22"/>
    <w:rsid w:val="002877CD"/>
    <w:rsid w:val="00290DCA"/>
    <w:rsid w:val="00292742"/>
    <w:rsid w:val="00293EB9"/>
    <w:rsid w:val="002949FD"/>
    <w:rsid w:val="00295D6A"/>
    <w:rsid w:val="0029639D"/>
    <w:rsid w:val="002A1238"/>
    <w:rsid w:val="002A2C56"/>
    <w:rsid w:val="002A32EC"/>
    <w:rsid w:val="002A4B58"/>
    <w:rsid w:val="002B4B2D"/>
    <w:rsid w:val="002B7A7B"/>
    <w:rsid w:val="002C2F5C"/>
    <w:rsid w:val="002C36BA"/>
    <w:rsid w:val="002C6D40"/>
    <w:rsid w:val="002C721E"/>
    <w:rsid w:val="002D0442"/>
    <w:rsid w:val="002D09C3"/>
    <w:rsid w:val="002D72B4"/>
    <w:rsid w:val="002E1BAD"/>
    <w:rsid w:val="002E54FF"/>
    <w:rsid w:val="00301777"/>
    <w:rsid w:val="00305324"/>
    <w:rsid w:val="00310FEC"/>
    <w:rsid w:val="003170D8"/>
    <w:rsid w:val="00320B40"/>
    <w:rsid w:val="00320FC3"/>
    <w:rsid w:val="00325370"/>
    <w:rsid w:val="00326F90"/>
    <w:rsid w:val="003346D5"/>
    <w:rsid w:val="00337222"/>
    <w:rsid w:val="00337DB8"/>
    <w:rsid w:val="003404A6"/>
    <w:rsid w:val="00347D2D"/>
    <w:rsid w:val="00352E02"/>
    <w:rsid w:val="00362BBA"/>
    <w:rsid w:val="0036568D"/>
    <w:rsid w:val="00370657"/>
    <w:rsid w:val="00371C02"/>
    <w:rsid w:val="003756FD"/>
    <w:rsid w:val="00375CF8"/>
    <w:rsid w:val="0038329B"/>
    <w:rsid w:val="0038543B"/>
    <w:rsid w:val="00386128"/>
    <w:rsid w:val="003912E9"/>
    <w:rsid w:val="00395A40"/>
    <w:rsid w:val="00396540"/>
    <w:rsid w:val="003A2F2E"/>
    <w:rsid w:val="003A3F0C"/>
    <w:rsid w:val="003A4BBF"/>
    <w:rsid w:val="003A5ED2"/>
    <w:rsid w:val="003B1B28"/>
    <w:rsid w:val="003B2039"/>
    <w:rsid w:val="003B645E"/>
    <w:rsid w:val="003C0A4B"/>
    <w:rsid w:val="003C18D7"/>
    <w:rsid w:val="003C4909"/>
    <w:rsid w:val="003C4C9A"/>
    <w:rsid w:val="003C4D8F"/>
    <w:rsid w:val="003D11FD"/>
    <w:rsid w:val="003D209F"/>
    <w:rsid w:val="003D26B7"/>
    <w:rsid w:val="003D2DDF"/>
    <w:rsid w:val="003D3082"/>
    <w:rsid w:val="003D5FBB"/>
    <w:rsid w:val="003D75EB"/>
    <w:rsid w:val="003E117D"/>
    <w:rsid w:val="003E3B8A"/>
    <w:rsid w:val="003E6E89"/>
    <w:rsid w:val="003E6F86"/>
    <w:rsid w:val="003F278A"/>
    <w:rsid w:val="003F306A"/>
    <w:rsid w:val="003F4216"/>
    <w:rsid w:val="003F7744"/>
    <w:rsid w:val="004036C9"/>
    <w:rsid w:val="00406793"/>
    <w:rsid w:val="004106D0"/>
    <w:rsid w:val="00410BF0"/>
    <w:rsid w:val="00411678"/>
    <w:rsid w:val="0041279E"/>
    <w:rsid w:val="00416786"/>
    <w:rsid w:val="004172FE"/>
    <w:rsid w:val="004206DD"/>
    <w:rsid w:val="00423899"/>
    <w:rsid w:val="00423B3C"/>
    <w:rsid w:val="004301D8"/>
    <w:rsid w:val="00433615"/>
    <w:rsid w:val="004356C2"/>
    <w:rsid w:val="00435E0A"/>
    <w:rsid w:val="00436866"/>
    <w:rsid w:val="0043707E"/>
    <w:rsid w:val="00440AF0"/>
    <w:rsid w:val="00441317"/>
    <w:rsid w:val="00441BB3"/>
    <w:rsid w:val="00445553"/>
    <w:rsid w:val="00446EAD"/>
    <w:rsid w:val="004528CF"/>
    <w:rsid w:val="00452CC9"/>
    <w:rsid w:val="00457EB0"/>
    <w:rsid w:val="00463501"/>
    <w:rsid w:val="004636DD"/>
    <w:rsid w:val="00467B76"/>
    <w:rsid w:val="0047198E"/>
    <w:rsid w:val="00472D82"/>
    <w:rsid w:val="00475511"/>
    <w:rsid w:val="00483266"/>
    <w:rsid w:val="0048399A"/>
    <w:rsid w:val="00487B01"/>
    <w:rsid w:val="00493E8D"/>
    <w:rsid w:val="00495F52"/>
    <w:rsid w:val="004A37F4"/>
    <w:rsid w:val="004A69E1"/>
    <w:rsid w:val="004A6EFF"/>
    <w:rsid w:val="004B1C52"/>
    <w:rsid w:val="004B23A8"/>
    <w:rsid w:val="004B708F"/>
    <w:rsid w:val="004C543C"/>
    <w:rsid w:val="004C6D5B"/>
    <w:rsid w:val="004D0F68"/>
    <w:rsid w:val="004D26F1"/>
    <w:rsid w:val="004D4371"/>
    <w:rsid w:val="004D6466"/>
    <w:rsid w:val="004D6FC9"/>
    <w:rsid w:val="004E0C51"/>
    <w:rsid w:val="004E1917"/>
    <w:rsid w:val="004E1B46"/>
    <w:rsid w:val="004E32FC"/>
    <w:rsid w:val="004E397A"/>
    <w:rsid w:val="004E488E"/>
    <w:rsid w:val="004E5053"/>
    <w:rsid w:val="004E5244"/>
    <w:rsid w:val="004E6138"/>
    <w:rsid w:val="004F2AED"/>
    <w:rsid w:val="004F33B5"/>
    <w:rsid w:val="004F432E"/>
    <w:rsid w:val="00500FB7"/>
    <w:rsid w:val="0050655F"/>
    <w:rsid w:val="005071F9"/>
    <w:rsid w:val="00507FD2"/>
    <w:rsid w:val="005104E3"/>
    <w:rsid w:val="00511842"/>
    <w:rsid w:val="00514DBE"/>
    <w:rsid w:val="00521234"/>
    <w:rsid w:val="00522E24"/>
    <w:rsid w:val="00524995"/>
    <w:rsid w:val="00524A78"/>
    <w:rsid w:val="00526308"/>
    <w:rsid w:val="00527CD4"/>
    <w:rsid w:val="00533BF3"/>
    <w:rsid w:val="005342FE"/>
    <w:rsid w:val="0053507D"/>
    <w:rsid w:val="00535677"/>
    <w:rsid w:val="005356B1"/>
    <w:rsid w:val="00541502"/>
    <w:rsid w:val="005436D2"/>
    <w:rsid w:val="00546106"/>
    <w:rsid w:val="00546ACE"/>
    <w:rsid w:val="00547E01"/>
    <w:rsid w:val="00551E8A"/>
    <w:rsid w:val="0055486F"/>
    <w:rsid w:val="00555984"/>
    <w:rsid w:val="005624AA"/>
    <w:rsid w:val="00562E53"/>
    <w:rsid w:val="00563538"/>
    <w:rsid w:val="00565530"/>
    <w:rsid w:val="00570841"/>
    <w:rsid w:val="00571B72"/>
    <w:rsid w:val="00575B33"/>
    <w:rsid w:val="005767C1"/>
    <w:rsid w:val="0057761F"/>
    <w:rsid w:val="00580334"/>
    <w:rsid w:val="00582866"/>
    <w:rsid w:val="00582D54"/>
    <w:rsid w:val="005838F6"/>
    <w:rsid w:val="0058575B"/>
    <w:rsid w:val="00590D72"/>
    <w:rsid w:val="00596594"/>
    <w:rsid w:val="00596766"/>
    <w:rsid w:val="005A0B63"/>
    <w:rsid w:val="005A1A91"/>
    <w:rsid w:val="005A23B4"/>
    <w:rsid w:val="005A296E"/>
    <w:rsid w:val="005A345C"/>
    <w:rsid w:val="005A454C"/>
    <w:rsid w:val="005A68EE"/>
    <w:rsid w:val="005A7A6A"/>
    <w:rsid w:val="005B0A30"/>
    <w:rsid w:val="005B4A03"/>
    <w:rsid w:val="005B761D"/>
    <w:rsid w:val="005C2BC7"/>
    <w:rsid w:val="005C2EE2"/>
    <w:rsid w:val="005C7C28"/>
    <w:rsid w:val="005D1368"/>
    <w:rsid w:val="005D16F7"/>
    <w:rsid w:val="005D1B22"/>
    <w:rsid w:val="005D46BF"/>
    <w:rsid w:val="005D481E"/>
    <w:rsid w:val="005E088F"/>
    <w:rsid w:val="005E4E35"/>
    <w:rsid w:val="00603CA7"/>
    <w:rsid w:val="00605974"/>
    <w:rsid w:val="006107BE"/>
    <w:rsid w:val="00610F72"/>
    <w:rsid w:val="00612B5F"/>
    <w:rsid w:val="006162FD"/>
    <w:rsid w:val="0061742E"/>
    <w:rsid w:val="006213ED"/>
    <w:rsid w:val="00626705"/>
    <w:rsid w:val="00626FEC"/>
    <w:rsid w:val="00627AAF"/>
    <w:rsid w:val="006342BA"/>
    <w:rsid w:val="00642475"/>
    <w:rsid w:val="006430F7"/>
    <w:rsid w:val="00646C6A"/>
    <w:rsid w:val="00656956"/>
    <w:rsid w:val="00662DD3"/>
    <w:rsid w:val="00665396"/>
    <w:rsid w:val="00670AA8"/>
    <w:rsid w:val="006758EB"/>
    <w:rsid w:val="006806D4"/>
    <w:rsid w:val="0068173B"/>
    <w:rsid w:val="006818B3"/>
    <w:rsid w:val="006835AA"/>
    <w:rsid w:val="006872FE"/>
    <w:rsid w:val="00691F74"/>
    <w:rsid w:val="00694AA2"/>
    <w:rsid w:val="006A032F"/>
    <w:rsid w:val="006A18D1"/>
    <w:rsid w:val="006A22DA"/>
    <w:rsid w:val="006A25B5"/>
    <w:rsid w:val="006A4130"/>
    <w:rsid w:val="006A6882"/>
    <w:rsid w:val="006B0BED"/>
    <w:rsid w:val="006B1E89"/>
    <w:rsid w:val="006B7EF5"/>
    <w:rsid w:val="006C0111"/>
    <w:rsid w:val="006C2B40"/>
    <w:rsid w:val="006C4C64"/>
    <w:rsid w:val="006C6CDB"/>
    <w:rsid w:val="006D0566"/>
    <w:rsid w:val="006D60E9"/>
    <w:rsid w:val="006E0FEC"/>
    <w:rsid w:val="006E590F"/>
    <w:rsid w:val="006F58EE"/>
    <w:rsid w:val="006F5A87"/>
    <w:rsid w:val="007013F7"/>
    <w:rsid w:val="007014FE"/>
    <w:rsid w:val="00702297"/>
    <w:rsid w:val="007075BB"/>
    <w:rsid w:val="00710419"/>
    <w:rsid w:val="00713BB8"/>
    <w:rsid w:val="00716CAC"/>
    <w:rsid w:val="007202EA"/>
    <w:rsid w:val="00724146"/>
    <w:rsid w:val="00724CD0"/>
    <w:rsid w:val="007251F4"/>
    <w:rsid w:val="00726B6B"/>
    <w:rsid w:val="00727924"/>
    <w:rsid w:val="0073045D"/>
    <w:rsid w:val="00730597"/>
    <w:rsid w:val="007311F2"/>
    <w:rsid w:val="00732C44"/>
    <w:rsid w:val="007330D5"/>
    <w:rsid w:val="0074041F"/>
    <w:rsid w:val="00741644"/>
    <w:rsid w:val="0074641D"/>
    <w:rsid w:val="007474F4"/>
    <w:rsid w:val="00747A5B"/>
    <w:rsid w:val="00753100"/>
    <w:rsid w:val="00753801"/>
    <w:rsid w:val="00760520"/>
    <w:rsid w:val="00761AEA"/>
    <w:rsid w:val="0076250B"/>
    <w:rsid w:val="007628F4"/>
    <w:rsid w:val="00762FBF"/>
    <w:rsid w:val="0076571F"/>
    <w:rsid w:val="00773AB7"/>
    <w:rsid w:val="00774CD9"/>
    <w:rsid w:val="00793274"/>
    <w:rsid w:val="00795927"/>
    <w:rsid w:val="00795C4D"/>
    <w:rsid w:val="007974A9"/>
    <w:rsid w:val="007A4F3F"/>
    <w:rsid w:val="007A6493"/>
    <w:rsid w:val="007B1D36"/>
    <w:rsid w:val="007B31BA"/>
    <w:rsid w:val="007B3864"/>
    <w:rsid w:val="007B687D"/>
    <w:rsid w:val="007C2226"/>
    <w:rsid w:val="007C6DFE"/>
    <w:rsid w:val="007D1C4A"/>
    <w:rsid w:val="007D37F8"/>
    <w:rsid w:val="007D3C85"/>
    <w:rsid w:val="007D47B1"/>
    <w:rsid w:val="007E121B"/>
    <w:rsid w:val="007E146D"/>
    <w:rsid w:val="007E1C74"/>
    <w:rsid w:val="007E476C"/>
    <w:rsid w:val="007E4D23"/>
    <w:rsid w:val="007E4EE6"/>
    <w:rsid w:val="007E7FCA"/>
    <w:rsid w:val="007F36E7"/>
    <w:rsid w:val="007F3FB2"/>
    <w:rsid w:val="007F6FD6"/>
    <w:rsid w:val="007F75E9"/>
    <w:rsid w:val="00800406"/>
    <w:rsid w:val="0080080E"/>
    <w:rsid w:val="00801184"/>
    <w:rsid w:val="00801548"/>
    <w:rsid w:val="00801918"/>
    <w:rsid w:val="00802033"/>
    <w:rsid w:val="008066EE"/>
    <w:rsid w:val="0081487B"/>
    <w:rsid w:val="0082090E"/>
    <w:rsid w:val="008220B1"/>
    <w:rsid w:val="008262B9"/>
    <w:rsid w:val="00835ECE"/>
    <w:rsid w:val="008368D1"/>
    <w:rsid w:val="00836ECE"/>
    <w:rsid w:val="00837430"/>
    <w:rsid w:val="0084164D"/>
    <w:rsid w:val="00841673"/>
    <w:rsid w:val="00841CF4"/>
    <w:rsid w:val="00842E52"/>
    <w:rsid w:val="00842F20"/>
    <w:rsid w:val="008461CA"/>
    <w:rsid w:val="00846BB4"/>
    <w:rsid w:val="0085055E"/>
    <w:rsid w:val="00850762"/>
    <w:rsid w:val="00853DF1"/>
    <w:rsid w:val="00860351"/>
    <w:rsid w:val="00860F56"/>
    <w:rsid w:val="0086390F"/>
    <w:rsid w:val="008654DD"/>
    <w:rsid w:val="00867728"/>
    <w:rsid w:val="00871E55"/>
    <w:rsid w:val="00871FCF"/>
    <w:rsid w:val="00880DFC"/>
    <w:rsid w:val="0088135D"/>
    <w:rsid w:val="00886D20"/>
    <w:rsid w:val="00890B1B"/>
    <w:rsid w:val="00890ECE"/>
    <w:rsid w:val="008913E2"/>
    <w:rsid w:val="0089170C"/>
    <w:rsid w:val="00896424"/>
    <w:rsid w:val="00896518"/>
    <w:rsid w:val="008A1FC0"/>
    <w:rsid w:val="008A4992"/>
    <w:rsid w:val="008A6A01"/>
    <w:rsid w:val="008B1717"/>
    <w:rsid w:val="008B2E66"/>
    <w:rsid w:val="008B3F06"/>
    <w:rsid w:val="008B4A7B"/>
    <w:rsid w:val="008B5E78"/>
    <w:rsid w:val="008B6BDB"/>
    <w:rsid w:val="008B6E16"/>
    <w:rsid w:val="008C2AC0"/>
    <w:rsid w:val="008C3651"/>
    <w:rsid w:val="008C4C46"/>
    <w:rsid w:val="008C546A"/>
    <w:rsid w:val="008D0166"/>
    <w:rsid w:val="008D0C60"/>
    <w:rsid w:val="008D47A7"/>
    <w:rsid w:val="008D4DBF"/>
    <w:rsid w:val="008D5225"/>
    <w:rsid w:val="008E017D"/>
    <w:rsid w:val="008E3FCC"/>
    <w:rsid w:val="008F1A12"/>
    <w:rsid w:val="0090081F"/>
    <w:rsid w:val="0090099A"/>
    <w:rsid w:val="009074D5"/>
    <w:rsid w:val="00911B34"/>
    <w:rsid w:val="0091750E"/>
    <w:rsid w:val="009219B7"/>
    <w:rsid w:val="00927BC1"/>
    <w:rsid w:val="00930A3A"/>
    <w:rsid w:val="00935334"/>
    <w:rsid w:val="00935A68"/>
    <w:rsid w:val="00937337"/>
    <w:rsid w:val="00937A12"/>
    <w:rsid w:val="009427F8"/>
    <w:rsid w:val="009460C2"/>
    <w:rsid w:val="00950723"/>
    <w:rsid w:val="00957231"/>
    <w:rsid w:val="009604DB"/>
    <w:rsid w:val="00966F51"/>
    <w:rsid w:val="009671A0"/>
    <w:rsid w:val="009717D4"/>
    <w:rsid w:val="00973797"/>
    <w:rsid w:val="00973D1F"/>
    <w:rsid w:val="00985C39"/>
    <w:rsid w:val="009860EE"/>
    <w:rsid w:val="00990669"/>
    <w:rsid w:val="00991A6F"/>
    <w:rsid w:val="00994CD5"/>
    <w:rsid w:val="009A15A2"/>
    <w:rsid w:val="009A1F23"/>
    <w:rsid w:val="009B09A4"/>
    <w:rsid w:val="009B1E8D"/>
    <w:rsid w:val="009B67AC"/>
    <w:rsid w:val="009B6B82"/>
    <w:rsid w:val="009C027E"/>
    <w:rsid w:val="009C1A5F"/>
    <w:rsid w:val="009C5581"/>
    <w:rsid w:val="009C5598"/>
    <w:rsid w:val="009C6494"/>
    <w:rsid w:val="009C6F6B"/>
    <w:rsid w:val="009C6FFC"/>
    <w:rsid w:val="009D3F8E"/>
    <w:rsid w:val="009D40DD"/>
    <w:rsid w:val="009D4A01"/>
    <w:rsid w:val="009D6D96"/>
    <w:rsid w:val="009D749E"/>
    <w:rsid w:val="009E1273"/>
    <w:rsid w:val="009E2804"/>
    <w:rsid w:val="009E2DBB"/>
    <w:rsid w:val="009E455B"/>
    <w:rsid w:val="009E5EBC"/>
    <w:rsid w:val="009E7868"/>
    <w:rsid w:val="009E7F44"/>
    <w:rsid w:val="00A13EE4"/>
    <w:rsid w:val="00A20FDB"/>
    <w:rsid w:val="00A27413"/>
    <w:rsid w:val="00A27C38"/>
    <w:rsid w:val="00A305F7"/>
    <w:rsid w:val="00A30CC4"/>
    <w:rsid w:val="00A31949"/>
    <w:rsid w:val="00A31E47"/>
    <w:rsid w:val="00A32933"/>
    <w:rsid w:val="00A34512"/>
    <w:rsid w:val="00A34B09"/>
    <w:rsid w:val="00A3729D"/>
    <w:rsid w:val="00A37735"/>
    <w:rsid w:val="00A423B6"/>
    <w:rsid w:val="00A43BA4"/>
    <w:rsid w:val="00A46FD6"/>
    <w:rsid w:val="00A47263"/>
    <w:rsid w:val="00A50400"/>
    <w:rsid w:val="00A52362"/>
    <w:rsid w:val="00A52E32"/>
    <w:rsid w:val="00A5476D"/>
    <w:rsid w:val="00A558E0"/>
    <w:rsid w:val="00A56A1F"/>
    <w:rsid w:val="00A6268B"/>
    <w:rsid w:val="00A66F41"/>
    <w:rsid w:val="00A71921"/>
    <w:rsid w:val="00A72D77"/>
    <w:rsid w:val="00A74BC7"/>
    <w:rsid w:val="00A74F80"/>
    <w:rsid w:val="00A7551D"/>
    <w:rsid w:val="00A7641E"/>
    <w:rsid w:val="00A76B9D"/>
    <w:rsid w:val="00A84132"/>
    <w:rsid w:val="00A84F31"/>
    <w:rsid w:val="00A92774"/>
    <w:rsid w:val="00AA078A"/>
    <w:rsid w:val="00AA12EC"/>
    <w:rsid w:val="00AA1D8D"/>
    <w:rsid w:val="00AA59BE"/>
    <w:rsid w:val="00AA5E90"/>
    <w:rsid w:val="00AB0F20"/>
    <w:rsid w:val="00AB2C03"/>
    <w:rsid w:val="00AB537F"/>
    <w:rsid w:val="00AB629E"/>
    <w:rsid w:val="00AB7537"/>
    <w:rsid w:val="00AB7DC3"/>
    <w:rsid w:val="00AC1320"/>
    <w:rsid w:val="00AC310F"/>
    <w:rsid w:val="00AC6B95"/>
    <w:rsid w:val="00AD1154"/>
    <w:rsid w:val="00AD3453"/>
    <w:rsid w:val="00AD3CC9"/>
    <w:rsid w:val="00AD4F2E"/>
    <w:rsid w:val="00AE1720"/>
    <w:rsid w:val="00AE26AE"/>
    <w:rsid w:val="00AF1B6C"/>
    <w:rsid w:val="00AF2FCC"/>
    <w:rsid w:val="00AF30F5"/>
    <w:rsid w:val="00AF3EB0"/>
    <w:rsid w:val="00AF6197"/>
    <w:rsid w:val="00AF74BF"/>
    <w:rsid w:val="00B0117A"/>
    <w:rsid w:val="00B01425"/>
    <w:rsid w:val="00B01ECB"/>
    <w:rsid w:val="00B05AC6"/>
    <w:rsid w:val="00B05C2E"/>
    <w:rsid w:val="00B06123"/>
    <w:rsid w:val="00B125DF"/>
    <w:rsid w:val="00B14ED5"/>
    <w:rsid w:val="00B21A02"/>
    <w:rsid w:val="00B237C6"/>
    <w:rsid w:val="00B2546F"/>
    <w:rsid w:val="00B27A2E"/>
    <w:rsid w:val="00B27D35"/>
    <w:rsid w:val="00B32712"/>
    <w:rsid w:val="00B3503C"/>
    <w:rsid w:val="00B376E2"/>
    <w:rsid w:val="00B37902"/>
    <w:rsid w:val="00B404B0"/>
    <w:rsid w:val="00B406A6"/>
    <w:rsid w:val="00B46058"/>
    <w:rsid w:val="00B4720C"/>
    <w:rsid w:val="00B47730"/>
    <w:rsid w:val="00B5214C"/>
    <w:rsid w:val="00B61B57"/>
    <w:rsid w:val="00B62232"/>
    <w:rsid w:val="00B71EF7"/>
    <w:rsid w:val="00B722AD"/>
    <w:rsid w:val="00B72F8F"/>
    <w:rsid w:val="00B738DC"/>
    <w:rsid w:val="00B90428"/>
    <w:rsid w:val="00B906F7"/>
    <w:rsid w:val="00B93435"/>
    <w:rsid w:val="00B93916"/>
    <w:rsid w:val="00B964E6"/>
    <w:rsid w:val="00B9751C"/>
    <w:rsid w:val="00BA19F9"/>
    <w:rsid w:val="00BA1AED"/>
    <w:rsid w:val="00BA306B"/>
    <w:rsid w:val="00BA3986"/>
    <w:rsid w:val="00BA7DDF"/>
    <w:rsid w:val="00BB24D5"/>
    <w:rsid w:val="00BB2983"/>
    <w:rsid w:val="00BB338D"/>
    <w:rsid w:val="00BB3A79"/>
    <w:rsid w:val="00BB3F0A"/>
    <w:rsid w:val="00BB59B8"/>
    <w:rsid w:val="00BC48A8"/>
    <w:rsid w:val="00BC57F7"/>
    <w:rsid w:val="00BD1F6A"/>
    <w:rsid w:val="00BD22AC"/>
    <w:rsid w:val="00BD37F6"/>
    <w:rsid w:val="00BD5F95"/>
    <w:rsid w:val="00BE021A"/>
    <w:rsid w:val="00BE0E38"/>
    <w:rsid w:val="00BE197D"/>
    <w:rsid w:val="00BE47CA"/>
    <w:rsid w:val="00BE4FDF"/>
    <w:rsid w:val="00BF5C7D"/>
    <w:rsid w:val="00BF7AC5"/>
    <w:rsid w:val="00BF7B73"/>
    <w:rsid w:val="00C03734"/>
    <w:rsid w:val="00C03F03"/>
    <w:rsid w:val="00C06759"/>
    <w:rsid w:val="00C0705E"/>
    <w:rsid w:val="00C10765"/>
    <w:rsid w:val="00C139A2"/>
    <w:rsid w:val="00C156A7"/>
    <w:rsid w:val="00C15CB0"/>
    <w:rsid w:val="00C21F52"/>
    <w:rsid w:val="00C22E34"/>
    <w:rsid w:val="00C230A5"/>
    <w:rsid w:val="00C23322"/>
    <w:rsid w:val="00C247A9"/>
    <w:rsid w:val="00C25D1C"/>
    <w:rsid w:val="00C26488"/>
    <w:rsid w:val="00C31C3F"/>
    <w:rsid w:val="00C37E9C"/>
    <w:rsid w:val="00C40086"/>
    <w:rsid w:val="00C41953"/>
    <w:rsid w:val="00C44459"/>
    <w:rsid w:val="00C451C8"/>
    <w:rsid w:val="00C53D8D"/>
    <w:rsid w:val="00C615DA"/>
    <w:rsid w:val="00C6382C"/>
    <w:rsid w:val="00C63B33"/>
    <w:rsid w:val="00C64E40"/>
    <w:rsid w:val="00C652B9"/>
    <w:rsid w:val="00C654D3"/>
    <w:rsid w:val="00C727A8"/>
    <w:rsid w:val="00C767EA"/>
    <w:rsid w:val="00C912F6"/>
    <w:rsid w:val="00C94ECA"/>
    <w:rsid w:val="00C965E4"/>
    <w:rsid w:val="00CA18A2"/>
    <w:rsid w:val="00CA5DEF"/>
    <w:rsid w:val="00CA6B0C"/>
    <w:rsid w:val="00CB0664"/>
    <w:rsid w:val="00CB247A"/>
    <w:rsid w:val="00CB342F"/>
    <w:rsid w:val="00CB5F13"/>
    <w:rsid w:val="00CC45E5"/>
    <w:rsid w:val="00CC586B"/>
    <w:rsid w:val="00CC67FE"/>
    <w:rsid w:val="00CC7A6C"/>
    <w:rsid w:val="00CD10C7"/>
    <w:rsid w:val="00CD242F"/>
    <w:rsid w:val="00CD250B"/>
    <w:rsid w:val="00CD30F8"/>
    <w:rsid w:val="00CD4154"/>
    <w:rsid w:val="00CE367D"/>
    <w:rsid w:val="00CF631E"/>
    <w:rsid w:val="00CF6C3B"/>
    <w:rsid w:val="00CF77D0"/>
    <w:rsid w:val="00D04AE5"/>
    <w:rsid w:val="00D04B40"/>
    <w:rsid w:val="00D12B47"/>
    <w:rsid w:val="00D13A6C"/>
    <w:rsid w:val="00D14DFE"/>
    <w:rsid w:val="00D17881"/>
    <w:rsid w:val="00D20C9C"/>
    <w:rsid w:val="00D24FE2"/>
    <w:rsid w:val="00D30CCE"/>
    <w:rsid w:val="00D31793"/>
    <w:rsid w:val="00D32387"/>
    <w:rsid w:val="00D33D23"/>
    <w:rsid w:val="00D34DA2"/>
    <w:rsid w:val="00D4003C"/>
    <w:rsid w:val="00D44A81"/>
    <w:rsid w:val="00D45058"/>
    <w:rsid w:val="00D51013"/>
    <w:rsid w:val="00D512AF"/>
    <w:rsid w:val="00D64A44"/>
    <w:rsid w:val="00D6638D"/>
    <w:rsid w:val="00D6639F"/>
    <w:rsid w:val="00D67CF3"/>
    <w:rsid w:val="00D700DF"/>
    <w:rsid w:val="00D7080E"/>
    <w:rsid w:val="00D71FD9"/>
    <w:rsid w:val="00D723AA"/>
    <w:rsid w:val="00D74004"/>
    <w:rsid w:val="00D749BC"/>
    <w:rsid w:val="00D83C1F"/>
    <w:rsid w:val="00D84B31"/>
    <w:rsid w:val="00D9044C"/>
    <w:rsid w:val="00D96085"/>
    <w:rsid w:val="00D96641"/>
    <w:rsid w:val="00DA7491"/>
    <w:rsid w:val="00DA798F"/>
    <w:rsid w:val="00DA7FC8"/>
    <w:rsid w:val="00DB0BD2"/>
    <w:rsid w:val="00DB2BC0"/>
    <w:rsid w:val="00DB7009"/>
    <w:rsid w:val="00DC5F79"/>
    <w:rsid w:val="00DD0B01"/>
    <w:rsid w:val="00DD0EC3"/>
    <w:rsid w:val="00DD1671"/>
    <w:rsid w:val="00DD2416"/>
    <w:rsid w:val="00DD2E03"/>
    <w:rsid w:val="00DD5A5F"/>
    <w:rsid w:val="00DD7D74"/>
    <w:rsid w:val="00DD7FEF"/>
    <w:rsid w:val="00DE0FBB"/>
    <w:rsid w:val="00DE2B1E"/>
    <w:rsid w:val="00DE36F2"/>
    <w:rsid w:val="00DE4DA7"/>
    <w:rsid w:val="00DE5C06"/>
    <w:rsid w:val="00DF3E97"/>
    <w:rsid w:val="00DF6142"/>
    <w:rsid w:val="00DF7ECD"/>
    <w:rsid w:val="00E006D0"/>
    <w:rsid w:val="00E00E33"/>
    <w:rsid w:val="00E04AB1"/>
    <w:rsid w:val="00E04BB0"/>
    <w:rsid w:val="00E04D3D"/>
    <w:rsid w:val="00E06CC4"/>
    <w:rsid w:val="00E0736C"/>
    <w:rsid w:val="00E10E03"/>
    <w:rsid w:val="00E16BB7"/>
    <w:rsid w:val="00E22B45"/>
    <w:rsid w:val="00E30473"/>
    <w:rsid w:val="00E320CB"/>
    <w:rsid w:val="00E33130"/>
    <w:rsid w:val="00E36562"/>
    <w:rsid w:val="00E42312"/>
    <w:rsid w:val="00E42ABA"/>
    <w:rsid w:val="00E43639"/>
    <w:rsid w:val="00E44229"/>
    <w:rsid w:val="00E44FA1"/>
    <w:rsid w:val="00E562E4"/>
    <w:rsid w:val="00E5771D"/>
    <w:rsid w:val="00E60881"/>
    <w:rsid w:val="00E61735"/>
    <w:rsid w:val="00E62049"/>
    <w:rsid w:val="00E639D3"/>
    <w:rsid w:val="00E65500"/>
    <w:rsid w:val="00E66189"/>
    <w:rsid w:val="00E7086F"/>
    <w:rsid w:val="00E714F6"/>
    <w:rsid w:val="00E71974"/>
    <w:rsid w:val="00E7316F"/>
    <w:rsid w:val="00E73C54"/>
    <w:rsid w:val="00E75271"/>
    <w:rsid w:val="00E7532F"/>
    <w:rsid w:val="00E758C2"/>
    <w:rsid w:val="00E76938"/>
    <w:rsid w:val="00E76E63"/>
    <w:rsid w:val="00E77B9B"/>
    <w:rsid w:val="00E85729"/>
    <w:rsid w:val="00E85E5F"/>
    <w:rsid w:val="00E85F17"/>
    <w:rsid w:val="00E866DA"/>
    <w:rsid w:val="00E86735"/>
    <w:rsid w:val="00E91A94"/>
    <w:rsid w:val="00E936BD"/>
    <w:rsid w:val="00E97977"/>
    <w:rsid w:val="00EA0CDE"/>
    <w:rsid w:val="00EA13F1"/>
    <w:rsid w:val="00EA1890"/>
    <w:rsid w:val="00EA25EA"/>
    <w:rsid w:val="00EA3A96"/>
    <w:rsid w:val="00EA5152"/>
    <w:rsid w:val="00EA7F4E"/>
    <w:rsid w:val="00EB0286"/>
    <w:rsid w:val="00EB4358"/>
    <w:rsid w:val="00EB7650"/>
    <w:rsid w:val="00EB7EA0"/>
    <w:rsid w:val="00ED2322"/>
    <w:rsid w:val="00ED4EFC"/>
    <w:rsid w:val="00ED559C"/>
    <w:rsid w:val="00ED58A0"/>
    <w:rsid w:val="00EE1DB2"/>
    <w:rsid w:val="00EE21C5"/>
    <w:rsid w:val="00EE2596"/>
    <w:rsid w:val="00EE37DC"/>
    <w:rsid w:val="00EF004D"/>
    <w:rsid w:val="00EF1A1F"/>
    <w:rsid w:val="00EF1A61"/>
    <w:rsid w:val="00EF1B02"/>
    <w:rsid w:val="00EF5F57"/>
    <w:rsid w:val="00F02F50"/>
    <w:rsid w:val="00F1046C"/>
    <w:rsid w:val="00F12542"/>
    <w:rsid w:val="00F15C5B"/>
    <w:rsid w:val="00F16562"/>
    <w:rsid w:val="00F17DC0"/>
    <w:rsid w:val="00F2095E"/>
    <w:rsid w:val="00F248D7"/>
    <w:rsid w:val="00F30775"/>
    <w:rsid w:val="00F4065A"/>
    <w:rsid w:val="00F4587D"/>
    <w:rsid w:val="00F46EEC"/>
    <w:rsid w:val="00F50EC0"/>
    <w:rsid w:val="00F5454F"/>
    <w:rsid w:val="00F546DA"/>
    <w:rsid w:val="00F54849"/>
    <w:rsid w:val="00F5517B"/>
    <w:rsid w:val="00F64B7D"/>
    <w:rsid w:val="00F655B1"/>
    <w:rsid w:val="00F659F6"/>
    <w:rsid w:val="00F660A0"/>
    <w:rsid w:val="00F701B8"/>
    <w:rsid w:val="00F75878"/>
    <w:rsid w:val="00F77560"/>
    <w:rsid w:val="00F8042C"/>
    <w:rsid w:val="00F81258"/>
    <w:rsid w:val="00F909C4"/>
    <w:rsid w:val="00F955F2"/>
    <w:rsid w:val="00F96D31"/>
    <w:rsid w:val="00FA2A54"/>
    <w:rsid w:val="00FA40CE"/>
    <w:rsid w:val="00FB1963"/>
    <w:rsid w:val="00FB1D22"/>
    <w:rsid w:val="00FB4922"/>
    <w:rsid w:val="00FC03A3"/>
    <w:rsid w:val="00FC359C"/>
    <w:rsid w:val="00FC58EC"/>
    <w:rsid w:val="00FC5E12"/>
    <w:rsid w:val="00FC693F"/>
    <w:rsid w:val="00FD13AA"/>
    <w:rsid w:val="00FD1890"/>
    <w:rsid w:val="00FD1C5F"/>
    <w:rsid w:val="00FD54E8"/>
    <w:rsid w:val="00FD5B47"/>
    <w:rsid w:val="00FD6AB7"/>
    <w:rsid w:val="00FE141B"/>
    <w:rsid w:val="00FE686B"/>
    <w:rsid w:val="00FE6ADA"/>
    <w:rsid w:val="00FE7247"/>
    <w:rsid w:val="00FF03F6"/>
    <w:rsid w:val="00FF2A2C"/>
    <w:rsid w:val="00FF71B5"/>
    <w:rsid w:val="01422856"/>
    <w:rsid w:val="026A4482"/>
    <w:rsid w:val="03E30318"/>
    <w:rsid w:val="05885BD7"/>
    <w:rsid w:val="083C9064"/>
    <w:rsid w:val="09B833CF"/>
    <w:rsid w:val="0A1FBF5B"/>
    <w:rsid w:val="0AB8E140"/>
    <w:rsid w:val="0AD2CEBE"/>
    <w:rsid w:val="0B7C2D19"/>
    <w:rsid w:val="0CE12756"/>
    <w:rsid w:val="0E6A4191"/>
    <w:rsid w:val="100D0D26"/>
    <w:rsid w:val="120C2F8D"/>
    <w:rsid w:val="16C6F434"/>
    <w:rsid w:val="1984C338"/>
    <w:rsid w:val="1EF82EE2"/>
    <w:rsid w:val="23933931"/>
    <w:rsid w:val="25FC4DFF"/>
    <w:rsid w:val="28D4ED3F"/>
    <w:rsid w:val="2B5A99DA"/>
    <w:rsid w:val="2B65664A"/>
    <w:rsid w:val="2C65A0E0"/>
    <w:rsid w:val="2FC46983"/>
    <w:rsid w:val="2FE5280D"/>
    <w:rsid w:val="30126EB0"/>
    <w:rsid w:val="30239C3D"/>
    <w:rsid w:val="302AC3F4"/>
    <w:rsid w:val="32F19ACE"/>
    <w:rsid w:val="33D6C5CC"/>
    <w:rsid w:val="3679205E"/>
    <w:rsid w:val="37A07EEA"/>
    <w:rsid w:val="3D28A518"/>
    <w:rsid w:val="428B612F"/>
    <w:rsid w:val="42C3F306"/>
    <w:rsid w:val="43A24DD7"/>
    <w:rsid w:val="43D49DE9"/>
    <w:rsid w:val="454DE0C7"/>
    <w:rsid w:val="46C4F35A"/>
    <w:rsid w:val="476285B7"/>
    <w:rsid w:val="477B1877"/>
    <w:rsid w:val="49101098"/>
    <w:rsid w:val="49A7E0DB"/>
    <w:rsid w:val="4BAECEE1"/>
    <w:rsid w:val="4C030AF5"/>
    <w:rsid w:val="4C0A036D"/>
    <w:rsid w:val="4D45B2A2"/>
    <w:rsid w:val="52C731D7"/>
    <w:rsid w:val="52E7CF78"/>
    <w:rsid w:val="542AF21C"/>
    <w:rsid w:val="560918F1"/>
    <w:rsid w:val="58AF929C"/>
    <w:rsid w:val="58AFEA50"/>
    <w:rsid w:val="59400F64"/>
    <w:rsid w:val="59F96346"/>
    <w:rsid w:val="5B41ED19"/>
    <w:rsid w:val="5BDBE36D"/>
    <w:rsid w:val="5EF97D06"/>
    <w:rsid w:val="5F6BBDD5"/>
    <w:rsid w:val="60DB30F0"/>
    <w:rsid w:val="639A48E5"/>
    <w:rsid w:val="63EC8292"/>
    <w:rsid w:val="6C2CD735"/>
    <w:rsid w:val="6CDCC87F"/>
    <w:rsid w:val="6DB30956"/>
    <w:rsid w:val="6E1BF71B"/>
    <w:rsid w:val="6FC77DC5"/>
    <w:rsid w:val="715C57C7"/>
    <w:rsid w:val="7499CB16"/>
    <w:rsid w:val="74CFBD7A"/>
    <w:rsid w:val="75067C72"/>
    <w:rsid w:val="75A112F9"/>
    <w:rsid w:val="75F9BD4B"/>
    <w:rsid w:val="75FDAC5F"/>
    <w:rsid w:val="77ED6F77"/>
    <w:rsid w:val="7858E2CB"/>
    <w:rsid w:val="799B35DC"/>
    <w:rsid w:val="7BD123E1"/>
    <w:rsid w:val="7C73124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C500A03"/>
  <w14:defaultImageDpi w14:val="300"/>
  <w15:docId w15:val="{C7EBE6B0-2CF4-4896-A8B1-F13A07946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7BC1"/>
    <w:pPr>
      <w:spacing w:after="0" w:line="240" w:lineRule="auto"/>
    </w:pPr>
    <w:rPr>
      <w:rFonts w:ascii="Times New Roman" w:eastAsia="Times New Roman" w:hAnsi="Times New Roman" w:cs="Times New Roman"/>
      <w:sz w:val="24"/>
      <w:szCs w:val="24"/>
      <w:lang w:val="en-IE" w:eastAsia="en-IE"/>
    </w:rPr>
  </w:style>
  <w:style w:type="paragraph" w:styleId="Heading1">
    <w:name w:val="heading 1"/>
    <w:basedOn w:val="Normal"/>
    <w:next w:val="Normal"/>
    <w:link w:val="Heading1Char"/>
    <w:uiPriority w:val="9"/>
    <w:qFormat/>
    <w:rsid w:val="00FC693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4"/>
      </w:numPr>
      <w:contextualSpacing/>
    </w:pPr>
  </w:style>
  <w:style w:type="paragraph" w:styleId="ListNumber2">
    <w:name w:val="List Number 2"/>
    <w:basedOn w:val="Normal"/>
    <w:uiPriority w:val="99"/>
    <w:unhideWhenUsed/>
    <w:rsid w:val="0029639D"/>
    <w:pPr>
      <w:numPr>
        <w:numId w:val="5"/>
      </w:numPr>
      <w:contextualSpacing/>
    </w:pPr>
  </w:style>
  <w:style w:type="paragraph" w:styleId="ListNumber3">
    <w:name w:val="List Number 3"/>
    <w:basedOn w:val="Normal"/>
    <w:uiPriority w:val="99"/>
    <w:unhideWhenUsed/>
    <w:rsid w:val="0029639D"/>
    <w:pPr>
      <w:numPr>
        <w:numId w:val="6"/>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DefaultParagraphFont"/>
    <w:unhideWhenUsed/>
    <w:rsid w:val="004172FE"/>
    <w:rPr>
      <w:color w:val="0000FF"/>
      <w:u w:val="single"/>
    </w:rPr>
  </w:style>
  <w:style w:type="character" w:styleId="UnresolvedMention">
    <w:name w:val="Unresolved Mention"/>
    <w:basedOn w:val="DefaultParagraphFont"/>
    <w:uiPriority w:val="99"/>
    <w:semiHidden/>
    <w:unhideWhenUsed/>
    <w:rsid w:val="00596594"/>
    <w:rPr>
      <w:color w:val="605E5C"/>
      <w:shd w:val="clear" w:color="auto" w:fill="E1DFDD"/>
    </w:rPr>
  </w:style>
  <w:style w:type="character" w:styleId="CommentReference">
    <w:name w:val="annotation reference"/>
    <w:basedOn w:val="DefaultParagraphFont"/>
    <w:uiPriority w:val="99"/>
    <w:semiHidden/>
    <w:unhideWhenUsed/>
    <w:rsid w:val="00527CD4"/>
    <w:rPr>
      <w:sz w:val="16"/>
      <w:szCs w:val="16"/>
    </w:rPr>
  </w:style>
  <w:style w:type="paragraph" w:styleId="CommentText">
    <w:name w:val="annotation text"/>
    <w:basedOn w:val="Normal"/>
    <w:link w:val="CommentTextChar"/>
    <w:uiPriority w:val="99"/>
    <w:unhideWhenUsed/>
    <w:rsid w:val="00527CD4"/>
    <w:rPr>
      <w:sz w:val="20"/>
      <w:szCs w:val="20"/>
    </w:rPr>
  </w:style>
  <w:style w:type="character" w:customStyle="1" w:styleId="CommentTextChar">
    <w:name w:val="Comment Text Char"/>
    <w:basedOn w:val="DefaultParagraphFont"/>
    <w:link w:val="CommentText"/>
    <w:uiPriority w:val="99"/>
    <w:rsid w:val="00527CD4"/>
    <w:rPr>
      <w:sz w:val="20"/>
      <w:szCs w:val="20"/>
    </w:rPr>
  </w:style>
  <w:style w:type="paragraph" w:styleId="CommentSubject">
    <w:name w:val="annotation subject"/>
    <w:basedOn w:val="CommentText"/>
    <w:next w:val="CommentText"/>
    <w:link w:val="CommentSubjectChar"/>
    <w:uiPriority w:val="99"/>
    <w:semiHidden/>
    <w:unhideWhenUsed/>
    <w:rsid w:val="00527CD4"/>
    <w:rPr>
      <w:b/>
      <w:bCs/>
    </w:rPr>
  </w:style>
  <w:style w:type="character" w:customStyle="1" w:styleId="CommentSubjectChar">
    <w:name w:val="Comment Subject Char"/>
    <w:basedOn w:val="CommentTextChar"/>
    <w:link w:val="CommentSubject"/>
    <w:uiPriority w:val="99"/>
    <w:semiHidden/>
    <w:rsid w:val="00527CD4"/>
    <w:rPr>
      <w:b/>
      <w:bCs/>
      <w:sz w:val="20"/>
      <w:szCs w:val="20"/>
    </w:rPr>
  </w:style>
  <w:style w:type="character" w:styleId="Mention">
    <w:name w:val="Mention"/>
    <w:basedOn w:val="DefaultParagraphFont"/>
    <w:uiPriority w:val="99"/>
    <w:unhideWhenUsed/>
    <w:rsid w:val="00527CD4"/>
    <w:rPr>
      <w:color w:val="2B579A"/>
      <w:shd w:val="clear" w:color="auto" w:fill="E1DFDD"/>
    </w:rPr>
  </w:style>
  <w:style w:type="character" w:styleId="FollowedHyperlink">
    <w:name w:val="FollowedHyperlink"/>
    <w:basedOn w:val="DefaultParagraphFont"/>
    <w:uiPriority w:val="99"/>
    <w:semiHidden/>
    <w:unhideWhenUsed/>
    <w:rsid w:val="00527CD4"/>
    <w:rPr>
      <w:color w:val="800080" w:themeColor="followedHyperlink"/>
      <w:u w:val="single"/>
    </w:rPr>
  </w:style>
  <w:style w:type="paragraph" w:customStyle="1" w:styleId="pf0">
    <w:name w:val="pf0"/>
    <w:basedOn w:val="Normal"/>
    <w:rsid w:val="00582866"/>
    <w:pPr>
      <w:spacing w:before="100" w:beforeAutospacing="1" w:after="100" w:afterAutospacing="1"/>
    </w:pPr>
  </w:style>
  <w:style w:type="character" w:customStyle="1" w:styleId="cf01">
    <w:name w:val="cf01"/>
    <w:basedOn w:val="DefaultParagraphFont"/>
    <w:rsid w:val="00582866"/>
    <w:rPr>
      <w:rFonts w:ascii="Segoe UI" w:hAnsi="Segoe UI" w:cs="Segoe UI" w:hint="default"/>
      <w:sz w:val="18"/>
      <w:szCs w:val="18"/>
    </w:rPr>
  </w:style>
  <w:style w:type="paragraph" w:customStyle="1" w:styleId="paragraph">
    <w:name w:val="paragraph"/>
    <w:basedOn w:val="Normal"/>
    <w:rsid w:val="00E97977"/>
    <w:pPr>
      <w:spacing w:before="100" w:beforeAutospacing="1" w:after="100" w:afterAutospacing="1"/>
    </w:pPr>
    <w:rPr>
      <w:lang w:val="en-GB" w:eastAsia="en-GB"/>
    </w:rPr>
  </w:style>
  <w:style w:type="character" w:customStyle="1" w:styleId="normaltextrun">
    <w:name w:val="normaltextrun"/>
    <w:basedOn w:val="DefaultParagraphFont"/>
    <w:rsid w:val="00E97977"/>
  </w:style>
  <w:style w:type="character" w:customStyle="1" w:styleId="eop">
    <w:name w:val="eop"/>
    <w:basedOn w:val="DefaultParagraphFont"/>
    <w:rsid w:val="00E97977"/>
  </w:style>
  <w:style w:type="paragraph" w:styleId="NormalWeb">
    <w:name w:val="Normal (Web)"/>
    <w:basedOn w:val="Normal"/>
    <w:uiPriority w:val="99"/>
    <w:unhideWhenUsed/>
    <w:rsid w:val="00F5517B"/>
    <w:pPr>
      <w:spacing w:before="100" w:beforeAutospacing="1" w:after="100" w:afterAutospacing="1"/>
    </w:pPr>
    <w:rPr>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663611">
      <w:bodyDiv w:val="1"/>
      <w:marLeft w:val="0"/>
      <w:marRight w:val="0"/>
      <w:marTop w:val="0"/>
      <w:marBottom w:val="0"/>
      <w:divBdr>
        <w:top w:val="none" w:sz="0" w:space="0" w:color="auto"/>
        <w:left w:val="none" w:sz="0" w:space="0" w:color="auto"/>
        <w:bottom w:val="none" w:sz="0" w:space="0" w:color="auto"/>
        <w:right w:val="none" w:sz="0" w:space="0" w:color="auto"/>
      </w:divBdr>
    </w:div>
    <w:div w:id="164133287">
      <w:bodyDiv w:val="1"/>
      <w:marLeft w:val="0"/>
      <w:marRight w:val="0"/>
      <w:marTop w:val="0"/>
      <w:marBottom w:val="0"/>
      <w:divBdr>
        <w:top w:val="none" w:sz="0" w:space="0" w:color="auto"/>
        <w:left w:val="none" w:sz="0" w:space="0" w:color="auto"/>
        <w:bottom w:val="none" w:sz="0" w:space="0" w:color="auto"/>
        <w:right w:val="none" w:sz="0" w:space="0" w:color="auto"/>
      </w:divBdr>
      <w:divsChild>
        <w:div w:id="373235002">
          <w:marLeft w:val="274"/>
          <w:marRight w:val="0"/>
          <w:marTop w:val="0"/>
          <w:marBottom w:val="0"/>
          <w:divBdr>
            <w:top w:val="none" w:sz="0" w:space="0" w:color="auto"/>
            <w:left w:val="none" w:sz="0" w:space="0" w:color="auto"/>
            <w:bottom w:val="none" w:sz="0" w:space="0" w:color="auto"/>
            <w:right w:val="none" w:sz="0" w:space="0" w:color="auto"/>
          </w:divBdr>
        </w:div>
        <w:div w:id="439879961">
          <w:marLeft w:val="274"/>
          <w:marRight w:val="0"/>
          <w:marTop w:val="0"/>
          <w:marBottom w:val="0"/>
          <w:divBdr>
            <w:top w:val="none" w:sz="0" w:space="0" w:color="auto"/>
            <w:left w:val="none" w:sz="0" w:space="0" w:color="auto"/>
            <w:bottom w:val="none" w:sz="0" w:space="0" w:color="auto"/>
            <w:right w:val="none" w:sz="0" w:space="0" w:color="auto"/>
          </w:divBdr>
        </w:div>
        <w:div w:id="1034960074">
          <w:marLeft w:val="274"/>
          <w:marRight w:val="0"/>
          <w:marTop w:val="0"/>
          <w:marBottom w:val="0"/>
          <w:divBdr>
            <w:top w:val="none" w:sz="0" w:space="0" w:color="auto"/>
            <w:left w:val="none" w:sz="0" w:space="0" w:color="auto"/>
            <w:bottom w:val="none" w:sz="0" w:space="0" w:color="auto"/>
            <w:right w:val="none" w:sz="0" w:space="0" w:color="auto"/>
          </w:divBdr>
        </w:div>
        <w:div w:id="1842502812">
          <w:marLeft w:val="274"/>
          <w:marRight w:val="0"/>
          <w:marTop w:val="0"/>
          <w:marBottom w:val="0"/>
          <w:divBdr>
            <w:top w:val="none" w:sz="0" w:space="0" w:color="auto"/>
            <w:left w:val="none" w:sz="0" w:space="0" w:color="auto"/>
            <w:bottom w:val="none" w:sz="0" w:space="0" w:color="auto"/>
            <w:right w:val="none" w:sz="0" w:space="0" w:color="auto"/>
          </w:divBdr>
        </w:div>
        <w:div w:id="2110737096">
          <w:marLeft w:val="274"/>
          <w:marRight w:val="0"/>
          <w:marTop w:val="0"/>
          <w:marBottom w:val="0"/>
          <w:divBdr>
            <w:top w:val="none" w:sz="0" w:space="0" w:color="auto"/>
            <w:left w:val="none" w:sz="0" w:space="0" w:color="auto"/>
            <w:bottom w:val="none" w:sz="0" w:space="0" w:color="auto"/>
            <w:right w:val="none" w:sz="0" w:space="0" w:color="auto"/>
          </w:divBdr>
        </w:div>
      </w:divsChild>
    </w:div>
    <w:div w:id="208230455">
      <w:bodyDiv w:val="1"/>
      <w:marLeft w:val="0"/>
      <w:marRight w:val="0"/>
      <w:marTop w:val="0"/>
      <w:marBottom w:val="0"/>
      <w:divBdr>
        <w:top w:val="none" w:sz="0" w:space="0" w:color="auto"/>
        <w:left w:val="none" w:sz="0" w:space="0" w:color="auto"/>
        <w:bottom w:val="none" w:sz="0" w:space="0" w:color="auto"/>
        <w:right w:val="none" w:sz="0" w:space="0" w:color="auto"/>
      </w:divBdr>
    </w:div>
    <w:div w:id="222371734">
      <w:bodyDiv w:val="1"/>
      <w:marLeft w:val="0"/>
      <w:marRight w:val="0"/>
      <w:marTop w:val="0"/>
      <w:marBottom w:val="0"/>
      <w:divBdr>
        <w:top w:val="none" w:sz="0" w:space="0" w:color="auto"/>
        <w:left w:val="none" w:sz="0" w:space="0" w:color="auto"/>
        <w:bottom w:val="none" w:sz="0" w:space="0" w:color="auto"/>
        <w:right w:val="none" w:sz="0" w:space="0" w:color="auto"/>
      </w:divBdr>
    </w:div>
    <w:div w:id="229005826">
      <w:bodyDiv w:val="1"/>
      <w:marLeft w:val="0"/>
      <w:marRight w:val="0"/>
      <w:marTop w:val="0"/>
      <w:marBottom w:val="0"/>
      <w:divBdr>
        <w:top w:val="none" w:sz="0" w:space="0" w:color="auto"/>
        <w:left w:val="none" w:sz="0" w:space="0" w:color="auto"/>
        <w:bottom w:val="none" w:sz="0" w:space="0" w:color="auto"/>
        <w:right w:val="none" w:sz="0" w:space="0" w:color="auto"/>
      </w:divBdr>
    </w:div>
    <w:div w:id="316227225">
      <w:bodyDiv w:val="1"/>
      <w:marLeft w:val="0"/>
      <w:marRight w:val="0"/>
      <w:marTop w:val="0"/>
      <w:marBottom w:val="0"/>
      <w:divBdr>
        <w:top w:val="none" w:sz="0" w:space="0" w:color="auto"/>
        <w:left w:val="none" w:sz="0" w:space="0" w:color="auto"/>
        <w:bottom w:val="none" w:sz="0" w:space="0" w:color="auto"/>
        <w:right w:val="none" w:sz="0" w:space="0" w:color="auto"/>
      </w:divBdr>
    </w:div>
    <w:div w:id="342636192">
      <w:bodyDiv w:val="1"/>
      <w:marLeft w:val="0"/>
      <w:marRight w:val="0"/>
      <w:marTop w:val="0"/>
      <w:marBottom w:val="0"/>
      <w:divBdr>
        <w:top w:val="none" w:sz="0" w:space="0" w:color="auto"/>
        <w:left w:val="none" w:sz="0" w:space="0" w:color="auto"/>
        <w:bottom w:val="none" w:sz="0" w:space="0" w:color="auto"/>
        <w:right w:val="none" w:sz="0" w:space="0" w:color="auto"/>
      </w:divBdr>
    </w:div>
    <w:div w:id="403068730">
      <w:bodyDiv w:val="1"/>
      <w:marLeft w:val="0"/>
      <w:marRight w:val="0"/>
      <w:marTop w:val="0"/>
      <w:marBottom w:val="0"/>
      <w:divBdr>
        <w:top w:val="none" w:sz="0" w:space="0" w:color="auto"/>
        <w:left w:val="none" w:sz="0" w:space="0" w:color="auto"/>
        <w:bottom w:val="none" w:sz="0" w:space="0" w:color="auto"/>
        <w:right w:val="none" w:sz="0" w:space="0" w:color="auto"/>
      </w:divBdr>
    </w:div>
    <w:div w:id="608392395">
      <w:bodyDiv w:val="1"/>
      <w:marLeft w:val="0"/>
      <w:marRight w:val="0"/>
      <w:marTop w:val="0"/>
      <w:marBottom w:val="0"/>
      <w:divBdr>
        <w:top w:val="none" w:sz="0" w:space="0" w:color="auto"/>
        <w:left w:val="none" w:sz="0" w:space="0" w:color="auto"/>
        <w:bottom w:val="none" w:sz="0" w:space="0" w:color="auto"/>
        <w:right w:val="none" w:sz="0" w:space="0" w:color="auto"/>
      </w:divBdr>
    </w:div>
    <w:div w:id="794953742">
      <w:bodyDiv w:val="1"/>
      <w:marLeft w:val="0"/>
      <w:marRight w:val="0"/>
      <w:marTop w:val="0"/>
      <w:marBottom w:val="0"/>
      <w:divBdr>
        <w:top w:val="none" w:sz="0" w:space="0" w:color="auto"/>
        <w:left w:val="none" w:sz="0" w:space="0" w:color="auto"/>
        <w:bottom w:val="none" w:sz="0" w:space="0" w:color="auto"/>
        <w:right w:val="none" w:sz="0" w:space="0" w:color="auto"/>
      </w:divBdr>
    </w:div>
    <w:div w:id="841239019">
      <w:bodyDiv w:val="1"/>
      <w:marLeft w:val="0"/>
      <w:marRight w:val="0"/>
      <w:marTop w:val="0"/>
      <w:marBottom w:val="0"/>
      <w:divBdr>
        <w:top w:val="none" w:sz="0" w:space="0" w:color="auto"/>
        <w:left w:val="none" w:sz="0" w:space="0" w:color="auto"/>
        <w:bottom w:val="none" w:sz="0" w:space="0" w:color="auto"/>
        <w:right w:val="none" w:sz="0" w:space="0" w:color="auto"/>
      </w:divBdr>
    </w:div>
    <w:div w:id="883173710">
      <w:bodyDiv w:val="1"/>
      <w:marLeft w:val="0"/>
      <w:marRight w:val="0"/>
      <w:marTop w:val="0"/>
      <w:marBottom w:val="0"/>
      <w:divBdr>
        <w:top w:val="none" w:sz="0" w:space="0" w:color="auto"/>
        <w:left w:val="none" w:sz="0" w:space="0" w:color="auto"/>
        <w:bottom w:val="none" w:sz="0" w:space="0" w:color="auto"/>
        <w:right w:val="none" w:sz="0" w:space="0" w:color="auto"/>
      </w:divBdr>
    </w:div>
    <w:div w:id="1011763007">
      <w:bodyDiv w:val="1"/>
      <w:marLeft w:val="0"/>
      <w:marRight w:val="0"/>
      <w:marTop w:val="0"/>
      <w:marBottom w:val="0"/>
      <w:divBdr>
        <w:top w:val="none" w:sz="0" w:space="0" w:color="auto"/>
        <w:left w:val="none" w:sz="0" w:space="0" w:color="auto"/>
        <w:bottom w:val="none" w:sz="0" w:space="0" w:color="auto"/>
        <w:right w:val="none" w:sz="0" w:space="0" w:color="auto"/>
      </w:divBdr>
      <w:divsChild>
        <w:div w:id="1256404904">
          <w:marLeft w:val="0"/>
          <w:marRight w:val="0"/>
          <w:marTop w:val="0"/>
          <w:marBottom w:val="0"/>
          <w:divBdr>
            <w:top w:val="none" w:sz="0" w:space="0" w:color="auto"/>
            <w:left w:val="none" w:sz="0" w:space="0" w:color="auto"/>
            <w:bottom w:val="none" w:sz="0" w:space="0" w:color="auto"/>
            <w:right w:val="none" w:sz="0" w:space="0" w:color="auto"/>
          </w:divBdr>
        </w:div>
        <w:div w:id="1836453060">
          <w:marLeft w:val="0"/>
          <w:marRight w:val="0"/>
          <w:marTop w:val="0"/>
          <w:marBottom w:val="0"/>
          <w:divBdr>
            <w:top w:val="none" w:sz="0" w:space="0" w:color="auto"/>
            <w:left w:val="none" w:sz="0" w:space="0" w:color="auto"/>
            <w:bottom w:val="none" w:sz="0" w:space="0" w:color="auto"/>
            <w:right w:val="none" w:sz="0" w:space="0" w:color="auto"/>
          </w:divBdr>
        </w:div>
        <w:div w:id="1848787602">
          <w:marLeft w:val="0"/>
          <w:marRight w:val="0"/>
          <w:marTop w:val="0"/>
          <w:marBottom w:val="0"/>
          <w:divBdr>
            <w:top w:val="none" w:sz="0" w:space="0" w:color="auto"/>
            <w:left w:val="none" w:sz="0" w:space="0" w:color="auto"/>
            <w:bottom w:val="none" w:sz="0" w:space="0" w:color="auto"/>
            <w:right w:val="none" w:sz="0" w:space="0" w:color="auto"/>
          </w:divBdr>
        </w:div>
      </w:divsChild>
    </w:div>
    <w:div w:id="1016813742">
      <w:bodyDiv w:val="1"/>
      <w:marLeft w:val="0"/>
      <w:marRight w:val="0"/>
      <w:marTop w:val="0"/>
      <w:marBottom w:val="0"/>
      <w:divBdr>
        <w:top w:val="none" w:sz="0" w:space="0" w:color="auto"/>
        <w:left w:val="none" w:sz="0" w:space="0" w:color="auto"/>
        <w:bottom w:val="none" w:sz="0" w:space="0" w:color="auto"/>
        <w:right w:val="none" w:sz="0" w:space="0" w:color="auto"/>
      </w:divBdr>
    </w:div>
    <w:div w:id="1065109193">
      <w:bodyDiv w:val="1"/>
      <w:marLeft w:val="0"/>
      <w:marRight w:val="0"/>
      <w:marTop w:val="0"/>
      <w:marBottom w:val="0"/>
      <w:divBdr>
        <w:top w:val="none" w:sz="0" w:space="0" w:color="auto"/>
        <w:left w:val="none" w:sz="0" w:space="0" w:color="auto"/>
        <w:bottom w:val="none" w:sz="0" w:space="0" w:color="auto"/>
        <w:right w:val="none" w:sz="0" w:space="0" w:color="auto"/>
      </w:divBdr>
      <w:divsChild>
        <w:div w:id="330841386">
          <w:marLeft w:val="0"/>
          <w:marRight w:val="0"/>
          <w:marTop w:val="0"/>
          <w:marBottom w:val="0"/>
          <w:divBdr>
            <w:top w:val="none" w:sz="0" w:space="0" w:color="auto"/>
            <w:left w:val="none" w:sz="0" w:space="0" w:color="auto"/>
            <w:bottom w:val="none" w:sz="0" w:space="0" w:color="auto"/>
            <w:right w:val="none" w:sz="0" w:space="0" w:color="auto"/>
          </w:divBdr>
        </w:div>
        <w:div w:id="393282879">
          <w:marLeft w:val="0"/>
          <w:marRight w:val="0"/>
          <w:marTop w:val="0"/>
          <w:marBottom w:val="0"/>
          <w:divBdr>
            <w:top w:val="none" w:sz="0" w:space="0" w:color="auto"/>
            <w:left w:val="none" w:sz="0" w:space="0" w:color="auto"/>
            <w:bottom w:val="none" w:sz="0" w:space="0" w:color="auto"/>
            <w:right w:val="none" w:sz="0" w:space="0" w:color="auto"/>
          </w:divBdr>
        </w:div>
        <w:div w:id="421922964">
          <w:marLeft w:val="0"/>
          <w:marRight w:val="0"/>
          <w:marTop w:val="0"/>
          <w:marBottom w:val="0"/>
          <w:divBdr>
            <w:top w:val="none" w:sz="0" w:space="0" w:color="auto"/>
            <w:left w:val="none" w:sz="0" w:space="0" w:color="auto"/>
            <w:bottom w:val="none" w:sz="0" w:space="0" w:color="auto"/>
            <w:right w:val="none" w:sz="0" w:space="0" w:color="auto"/>
          </w:divBdr>
        </w:div>
      </w:divsChild>
    </w:div>
    <w:div w:id="1144008727">
      <w:bodyDiv w:val="1"/>
      <w:marLeft w:val="0"/>
      <w:marRight w:val="0"/>
      <w:marTop w:val="0"/>
      <w:marBottom w:val="0"/>
      <w:divBdr>
        <w:top w:val="none" w:sz="0" w:space="0" w:color="auto"/>
        <w:left w:val="none" w:sz="0" w:space="0" w:color="auto"/>
        <w:bottom w:val="none" w:sz="0" w:space="0" w:color="auto"/>
        <w:right w:val="none" w:sz="0" w:space="0" w:color="auto"/>
      </w:divBdr>
    </w:div>
    <w:div w:id="1215893347">
      <w:bodyDiv w:val="1"/>
      <w:marLeft w:val="0"/>
      <w:marRight w:val="0"/>
      <w:marTop w:val="0"/>
      <w:marBottom w:val="0"/>
      <w:divBdr>
        <w:top w:val="none" w:sz="0" w:space="0" w:color="auto"/>
        <w:left w:val="none" w:sz="0" w:space="0" w:color="auto"/>
        <w:bottom w:val="none" w:sz="0" w:space="0" w:color="auto"/>
        <w:right w:val="none" w:sz="0" w:space="0" w:color="auto"/>
      </w:divBdr>
    </w:div>
    <w:div w:id="1254897968">
      <w:bodyDiv w:val="1"/>
      <w:marLeft w:val="0"/>
      <w:marRight w:val="0"/>
      <w:marTop w:val="0"/>
      <w:marBottom w:val="0"/>
      <w:divBdr>
        <w:top w:val="none" w:sz="0" w:space="0" w:color="auto"/>
        <w:left w:val="none" w:sz="0" w:space="0" w:color="auto"/>
        <w:bottom w:val="none" w:sz="0" w:space="0" w:color="auto"/>
        <w:right w:val="none" w:sz="0" w:space="0" w:color="auto"/>
      </w:divBdr>
    </w:div>
    <w:div w:id="1269896615">
      <w:bodyDiv w:val="1"/>
      <w:marLeft w:val="0"/>
      <w:marRight w:val="0"/>
      <w:marTop w:val="0"/>
      <w:marBottom w:val="0"/>
      <w:divBdr>
        <w:top w:val="none" w:sz="0" w:space="0" w:color="auto"/>
        <w:left w:val="none" w:sz="0" w:space="0" w:color="auto"/>
        <w:bottom w:val="none" w:sz="0" w:space="0" w:color="auto"/>
        <w:right w:val="none" w:sz="0" w:space="0" w:color="auto"/>
      </w:divBdr>
    </w:div>
    <w:div w:id="1296254690">
      <w:bodyDiv w:val="1"/>
      <w:marLeft w:val="0"/>
      <w:marRight w:val="0"/>
      <w:marTop w:val="0"/>
      <w:marBottom w:val="0"/>
      <w:divBdr>
        <w:top w:val="none" w:sz="0" w:space="0" w:color="auto"/>
        <w:left w:val="none" w:sz="0" w:space="0" w:color="auto"/>
        <w:bottom w:val="none" w:sz="0" w:space="0" w:color="auto"/>
        <w:right w:val="none" w:sz="0" w:space="0" w:color="auto"/>
      </w:divBdr>
    </w:div>
    <w:div w:id="1377974016">
      <w:bodyDiv w:val="1"/>
      <w:marLeft w:val="0"/>
      <w:marRight w:val="0"/>
      <w:marTop w:val="0"/>
      <w:marBottom w:val="0"/>
      <w:divBdr>
        <w:top w:val="none" w:sz="0" w:space="0" w:color="auto"/>
        <w:left w:val="none" w:sz="0" w:space="0" w:color="auto"/>
        <w:bottom w:val="none" w:sz="0" w:space="0" w:color="auto"/>
        <w:right w:val="none" w:sz="0" w:space="0" w:color="auto"/>
      </w:divBdr>
    </w:div>
    <w:div w:id="1382435470">
      <w:bodyDiv w:val="1"/>
      <w:marLeft w:val="0"/>
      <w:marRight w:val="0"/>
      <w:marTop w:val="0"/>
      <w:marBottom w:val="0"/>
      <w:divBdr>
        <w:top w:val="none" w:sz="0" w:space="0" w:color="auto"/>
        <w:left w:val="none" w:sz="0" w:space="0" w:color="auto"/>
        <w:bottom w:val="none" w:sz="0" w:space="0" w:color="auto"/>
        <w:right w:val="none" w:sz="0" w:space="0" w:color="auto"/>
      </w:divBdr>
    </w:div>
    <w:div w:id="1409498573">
      <w:bodyDiv w:val="1"/>
      <w:marLeft w:val="0"/>
      <w:marRight w:val="0"/>
      <w:marTop w:val="0"/>
      <w:marBottom w:val="0"/>
      <w:divBdr>
        <w:top w:val="none" w:sz="0" w:space="0" w:color="auto"/>
        <w:left w:val="none" w:sz="0" w:space="0" w:color="auto"/>
        <w:bottom w:val="none" w:sz="0" w:space="0" w:color="auto"/>
        <w:right w:val="none" w:sz="0" w:space="0" w:color="auto"/>
      </w:divBdr>
    </w:div>
    <w:div w:id="1450666679">
      <w:bodyDiv w:val="1"/>
      <w:marLeft w:val="0"/>
      <w:marRight w:val="0"/>
      <w:marTop w:val="0"/>
      <w:marBottom w:val="0"/>
      <w:divBdr>
        <w:top w:val="none" w:sz="0" w:space="0" w:color="auto"/>
        <w:left w:val="none" w:sz="0" w:space="0" w:color="auto"/>
        <w:bottom w:val="none" w:sz="0" w:space="0" w:color="auto"/>
        <w:right w:val="none" w:sz="0" w:space="0" w:color="auto"/>
      </w:divBdr>
    </w:div>
    <w:div w:id="1595551206">
      <w:bodyDiv w:val="1"/>
      <w:marLeft w:val="0"/>
      <w:marRight w:val="0"/>
      <w:marTop w:val="0"/>
      <w:marBottom w:val="0"/>
      <w:divBdr>
        <w:top w:val="none" w:sz="0" w:space="0" w:color="auto"/>
        <w:left w:val="none" w:sz="0" w:space="0" w:color="auto"/>
        <w:bottom w:val="none" w:sz="0" w:space="0" w:color="auto"/>
        <w:right w:val="none" w:sz="0" w:space="0" w:color="auto"/>
      </w:divBdr>
    </w:div>
    <w:div w:id="1653876084">
      <w:bodyDiv w:val="1"/>
      <w:marLeft w:val="0"/>
      <w:marRight w:val="0"/>
      <w:marTop w:val="0"/>
      <w:marBottom w:val="0"/>
      <w:divBdr>
        <w:top w:val="none" w:sz="0" w:space="0" w:color="auto"/>
        <w:left w:val="none" w:sz="0" w:space="0" w:color="auto"/>
        <w:bottom w:val="none" w:sz="0" w:space="0" w:color="auto"/>
        <w:right w:val="none" w:sz="0" w:space="0" w:color="auto"/>
      </w:divBdr>
    </w:div>
    <w:div w:id="1659848027">
      <w:bodyDiv w:val="1"/>
      <w:marLeft w:val="0"/>
      <w:marRight w:val="0"/>
      <w:marTop w:val="0"/>
      <w:marBottom w:val="0"/>
      <w:divBdr>
        <w:top w:val="none" w:sz="0" w:space="0" w:color="auto"/>
        <w:left w:val="none" w:sz="0" w:space="0" w:color="auto"/>
        <w:bottom w:val="none" w:sz="0" w:space="0" w:color="auto"/>
        <w:right w:val="none" w:sz="0" w:space="0" w:color="auto"/>
      </w:divBdr>
      <w:divsChild>
        <w:div w:id="889806342">
          <w:marLeft w:val="0"/>
          <w:marRight w:val="0"/>
          <w:marTop w:val="0"/>
          <w:marBottom w:val="0"/>
          <w:divBdr>
            <w:top w:val="none" w:sz="0" w:space="0" w:color="auto"/>
            <w:left w:val="none" w:sz="0" w:space="0" w:color="auto"/>
            <w:bottom w:val="none" w:sz="0" w:space="0" w:color="auto"/>
            <w:right w:val="none" w:sz="0" w:space="0" w:color="auto"/>
          </w:divBdr>
        </w:div>
        <w:div w:id="1124545278">
          <w:marLeft w:val="0"/>
          <w:marRight w:val="0"/>
          <w:marTop w:val="0"/>
          <w:marBottom w:val="0"/>
          <w:divBdr>
            <w:top w:val="none" w:sz="0" w:space="0" w:color="auto"/>
            <w:left w:val="none" w:sz="0" w:space="0" w:color="auto"/>
            <w:bottom w:val="none" w:sz="0" w:space="0" w:color="auto"/>
            <w:right w:val="none" w:sz="0" w:space="0" w:color="auto"/>
          </w:divBdr>
        </w:div>
        <w:div w:id="1478230792">
          <w:marLeft w:val="0"/>
          <w:marRight w:val="0"/>
          <w:marTop w:val="0"/>
          <w:marBottom w:val="0"/>
          <w:divBdr>
            <w:top w:val="none" w:sz="0" w:space="0" w:color="auto"/>
            <w:left w:val="none" w:sz="0" w:space="0" w:color="auto"/>
            <w:bottom w:val="none" w:sz="0" w:space="0" w:color="auto"/>
            <w:right w:val="none" w:sz="0" w:space="0" w:color="auto"/>
          </w:divBdr>
        </w:div>
      </w:divsChild>
    </w:div>
    <w:div w:id="1674725946">
      <w:bodyDiv w:val="1"/>
      <w:marLeft w:val="0"/>
      <w:marRight w:val="0"/>
      <w:marTop w:val="0"/>
      <w:marBottom w:val="0"/>
      <w:divBdr>
        <w:top w:val="none" w:sz="0" w:space="0" w:color="auto"/>
        <w:left w:val="none" w:sz="0" w:space="0" w:color="auto"/>
        <w:bottom w:val="none" w:sz="0" w:space="0" w:color="auto"/>
        <w:right w:val="none" w:sz="0" w:space="0" w:color="auto"/>
      </w:divBdr>
    </w:div>
    <w:div w:id="1705322372">
      <w:bodyDiv w:val="1"/>
      <w:marLeft w:val="0"/>
      <w:marRight w:val="0"/>
      <w:marTop w:val="0"/>
      <w:marBottom w:val="0"/>
      <w:divBdr>
        <w:top w:val="none" w:sz="0" w:space="0" w:color="auto"/>
        <w:left w:val="none" w:sz="0" w:space="0" w:color="auto"/>
        <w:bottom w:val="none" w:sz="0" w:space="0" w:color="auto"/>
        <w:right w:val="none" w:sz="0" w:space="0" w:color="auto"/>
      </w:divBdr>
    </w:div>
    <w:div w:id="1813517319">
      <w:bodyDiv w:val="1"/>
      <w:marLeft w:val="0"/>
      <w:marRight w:val="0"/>
      <w:marTop w:val="0"/>
      <w:marBottom w:val="0"/>
      <w:divBdr>
        <w:top w:val="none" w:sz="0" w:space="0" w:color="auto"/>
        <w:left w:val="none" w:sz="0" w:space="0" w:color="auto"/>
        <w:bottom w:val="none" w:sz="0" w:space="0" w:color="auto"/>
        <w:right w:val="none" w:sz="0" w:space="0" w:color="auto"/>
      </w:divBdr>
    </w:div>
    <w:div w:id="1833182971">
      <w:bodyDiv w:val="1"/>
      <w:marLeft w:val="0"/>
      <w:marRight w:val="0"/>
      <w:marTop w:val="0"/>
      <w:marBottom w:val="0"/>
      <w:divBdr>
        <w:top w:val="none" w:sz="0" w:space="0" w:color="auto"/>
        <w:left w:val="none" w:sz="0" w:space="0" w:color="auto"/>
        <w:bottom w:val="none" w:sz="0" w:space="0" w:color="auto"/>
        <w:right w:val="none" w:sz="0" w:space="0" w:color="auto"/>
      </w:divBdr>
    </w:div>
    <w:div w:id="1836258587">
      <w:bodyDiv w:val="1"/>
      <w:marLeft w:val="0"/>
      <w:marRight w:val="0"/>
      <w:marTop w:val="0"/>
      <w:marBottom w:val="0"/>
      <w:divBdr>
        <w:top w:val="none" w:sz="0" w:space="0" w:color="auto"/>
        <w:left w:val="none" w:sz="0" w:space="0" w:color="auto"/>
        <w:bottom w:val="none" w:sz="0" w:space="0" w:color="auto"/>
        <w:right w:val="none" w:sz="0" w:space="0" w:color="auto"/>
      </w:divBdr>
      <w:divsChild>
        <w:div w:id="2514717">
          <w:marLeft w:val="0"/>
          <w:marRight w:val="0"/>
          <w:marTop w:val="0"/>
          <w:marBottom w:val="0"/>
          <w:divBdr>
            <w:top w:val="none" w:sz="0" w:space="0" w:color="auto"/>
            <w:left w:val="none" w:sz="0" w:space="0" w:color="auto"/>
            <w:bottom w:val="none" w:sz="0" w:space="0" w:color="auto"/>
            <w:right w:val="none" w:sz="0" w:space="0" w:color="auto"/>
          </w:divBdr>
        </w:div>
        <w:div w:id="221644563">
          <w:marLeft w:val="0"/>
          <w:marRight w:val="0"/>
          <w:marTop w:val="0"/>
          <w:marBottom w:val="0"/>
          <w:divBdr>
            <w:top w:val="none" w:sz="0" w:space="0" w:color="auto"/>
            <w:left w:val="none" w:sz="0" w:space="0" w:color="auto"/>
            <w:bottom w:val="none" w:sz="0" w:space="0" w:color="auto"/>
            <w:right w:val="none" w:sz="0" w:space="0" w:color="auto"/>
          </w:divBdr>
        </w:div>
      </w:divsChild>
    </w:div>
    <w:div w:id="1840585175">
      <w:bodyDiv w:val="1"/>
      <w:marLeft w:val="0"/>
      <w:marRight w:val="0"/>
      <w:marTop w:val="0"/>
      <w:marBottom w:val="0"/>
      <w:divBdr>
        <w:top w:val="none" w:sz="0" w:space="0" w:color="auto"/>
        <w:left w:val="none" w:sz="0" w:space="0" w:color="auto"/>
        <w:bottom w:val="none" w:sz="0" w:space="0" w:color="auto"/>
        <w:right w:val="none" w:sz="0" w:space="0" w:color="auto"/>
      </w:divBdr>
    </w:div>
    <w:div w:id="1862085544">
      <w:bodyDiv w:val="1"/>
      <w:marLeft w:val="0"/>
      <w:marRight w:val="0"/>
      <w:marTop w:val="0"/>
      <w:marBottom w:val="0"/>
      <w:divBdr>
        <w:top w:val="none" w:sz="0" w:space="0" w:color="auto"/>
        <w:left w:val="none" w:sz="0" w:space="0" w:color="auto"/>
        <w:bottom w:val="none" w:sz="0" w:space="0" w:color="auto"/>
        <w:right w:val="none" w:sz="0" w:space="0" w:color="auto"/>
      </w:divBdr>
    </w:div>
    <w:div w:id="1871995319">
      <w:bodyDiv w:val="1"/>
      <w:marLeft w:val="0"/>
      <w:marRight w:val="0"/>
      <w:marTop w:val="0"/>
      <w:marBottom w:val="0"/>
      <w:divBdr>
        <w:top w:val="none" w:sz="0" w:space="0" w:color="auto"/>
        <w:left w:val="none" w:sz="0" w:space="0" w:color="auto"/>
        <w:bottom w:val="none" w:sz="0" w:space="0" w:color="auto"/>
        <w:right w:val="none" w:sz="0" w:space="0" w:color="auto"/>
      </w:divBdr>
    </w:div>
    <w:div w:id="1983344146">
      <w:bodyDiv w:val="1"/>
      <w:marLeft w:val="0"/>
      <w:marRight w:val="0"/>
      <w:marTop w:val="0"/>
      <w:marBottom w:val="0"/>
      <w:divBdr>
        <w:top w:val="none" w:sz="0" w:space="0" w:color="auto"/>
        <w:left w:val="none" w:sz="0" w:space="0" w:color="auto"/>
        <w:bottom w:val="none" w:sz="0" w:space="0" w:color="auto"/>
        <w:right w:val="none" w:sz="0" w:space="0" w:color="auto"/>
      </w:divBdr>
    </w:div>
    <w:div w:id="2086418886">
      <w:bodyDiv w:val="1"/>
      <w:marLeft w:val="0"/>
      <w:marRight w:val="0"/>
      <w:marTop w:val="0"/>
      <w:marBottom w:val="0"/>
      <w:divBdr>
        <w:top w:val="none" w:sz="0" w:space="0" w:color="auto"/>
        <w:left w:val="none" w:sz="0" w:space="0" w:color="auto"/>
        <w:bottom w:val="none" w:sz="0" w:space="0" w:color="auto"/>
        <w:right w:val="none" w:sz="0" w:space="0" w:color="auto"/>
      </w:divBdr>
    </w:div>
    <w:div w:id="2094158979">
      <w:bodyDiv w:val="1"/>
      <w:marLeft w:val="0"/>
      <w:marRight w:val="0"/>
      <w:marTop w:val="0"/>
      <w:marBottom w:val="0"/>
      <w:divBdr>
        <w:top w:val="none" w:sz="0" w:space="0" w:color="auto"/>
        <w:left w:val="none" w:sz="0" w:space="0" w:color="auto"/>
        <w:bottom w:val="none" w:sz="0" w:space="0" w:color="auto"/>
        <w:right w:val="none" w:sz="0" w:space="0" w:color="auto"/>
      </w:divBdr>
    </w:div>
    <w:div w:id="2110613181">
      <w:bodyDiv w:val="1"/>
      <w:marLeft w:val="0"/>
      <w:marRight w:val="0"/>
      <w:marTop w:val="0"/>
      <w:marBottom w:val="0"/>
      <w:divBdr>
        <w:top w:val="none" w:sz="0" w:space="0" w:color="auto"/>
        <w:left w:val="none" w:sz="0" w:space="0" w:color="auto"/>
        <w:bottom w:val="none" w:sz="0" w:space="0" w:color="auto"/>
        <w:right w:val="none" w:sz="0" w:space="0" w:color="auto"/>
      </w:divBdr>
    </w:div>
    <w:div w:id="2130933660">
      <w:bodyDiv w:val="1"/>
      <w:marLeft w:val="0"/>
      <w:marRight w:val="0"/>
      <w:marTop w:val="0"/>
      <w:marBottom w:val="0"/>
      <w:divBdr>
        <w:top w:val="none" w:sz="0" w:space="0" w:color="auto"/>
        <w:left w:val="none" w:sz="0" w:space="0" w:color="auto"/>
        <w:bottom w:val="none" w:sz="0" w:space="0" w:color="auto"/>
        <w:right w:val="none" w:sz="0" w:space="0" w:color="auto"/>
      </w:divBdr>
      <w:divsChild>
        <w:div w:id="243881276">
          <w:marLeft w:val="274"/>
          <w:marRight w:val="0"/>
          <w:marTop w:val="0"/>
          <w:marBottom w:val="60"/>
          <w:divBdr>
            <w:top w:val="none" w:sz="0" w:space="0" w:color="auto"/>
            <w:left w:val="none" w:sz="0" w:space="0" w:color="auto"/>
            <w:bottom w:val="none" w:sz="0" w:space="0" w:color="auto"/>
            <w:right w:val="none" w:sz="0" w:space="0" w:color="auto"/>
          </w:divBdr>
        </w:div>
        <w:div w:id="762797403">
          <w:marLeft w:val="274"/>
          <w:marRight w:val="0"/>
          <w:marTop w:val="0"/>
          <w:marBottom w:val="60"/>
          <w:divBdr>
            <w:top w:val="none" w:sz="0" w:space="0" w:color="auto"/>
            <w:left w:val="none" w:sz="0" w:space="0" w:color="auto"/>
            <w:bottom w:val="none" w:sz="0" w:space="0" w:color="auto"/>
            <w:right w:val="none" w:sz="0" w:space="0" w:color="auto"/>
          </w:divBdr>
        </w:div>
        <w:div w:id="1340304976">
          <w:marLeft w:val="274"/>
          <w:marRight w:val="0"/>
          <w:marTop w:val="0"/>
          <w:marBottom w:val="60"/>
          <w:divBdr>
            <w:top w:val="none" w:sz="0" w:space="0" w:color="auto"/>
            <w:left w:val="none" w:sz="0" w:space="0" w:color="auto"/>
            <w:bottom w:val="none" w:sz="0" w:space="0" w:color="auto"/>
            <w:right w:val="none" w:sz="0" w:space="0" w:color="auto"/>
          </w:divBdr>
        </w:div>
        <w:div w:id="1909683386">
          <w:marLeft w:val="274"/>
          <w:marRight w:val="0"/>
          <w:marTop w:val="0"/>
          <w:marBottom w:val="60"/>
          <w:divBdr>
            <w:top w:val="none" w:sz="0" w:space="0" w:color="auto"/>
            <w:left w:val="none" w:sz="0" w:space="0" w:color="auto"/>
            <w:bottom w:val="none" w:sz="0" w:space="0" w:color="auto"/>
            <w:right w:val="none" w:sz="0" w:space="0" w:color="auto"/>
          </w:divBdr>
        </w:div>
      </w:divsChild>
    </w:div>
  </w:divs>
  <w:encoding w:val="macintos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kaitlin@hrteamservices.com"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www.sistersofmercy.ie"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kaitlin@hrteamservices.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A04019FC5008244A8DFED78BA617864" ma:contentTypeVersion="17" ma:contentTypeDescription="Create a new document." ma:contentTypeScope="" ma:versionID="7d1c2332ec670677859421403109474f">
  <xsd:schema xmlns:xsd="http://www.w3.org/2001/XMLSchema" xmlns:xs="http://www.w3.org/2001/XMLSchema" xmlns:p="http://schemas.microsoft.com/office/2006/metadata/properties" xmlns:ns2="a163e85e-9d91-4ff6-a9ac-22312d746386" xmlns:ns3="3a856e95-b47c-486b-b2fd-fb24b9547f87" xmlns:ns4="50c908b1-f277-4340-90a9-4611d0b0f078" targetNamespace="http://schemas.microsoft.com/office/2006/metadata/properties" ma:root="true" ma:fieldsID="a2e1af051e6fad6c8cf908c771619bab" ns2:_="" ns3:_="" ns4:_="">
    <xsd:import namespace="a163e85e-9d91-4ff6-a9ac-22312d746386"/>
    <xsd:import namespace="3a856e95-b47c-486b-b2fd-fb24b9547f87"/>
    <xsd:import namespace="50c908b1-f277-4340-90a9-4611d0b0f07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lcf76f155ced4ddcb4097134ff3c332f" minOccurs="0"/>
                <xsd:element ref="ns4:TaxCatchAll" minOccurs="0"/>
                <xsd:element ref="ns2:MediaServiceOCR" minOccurs="0"/>
                <xsd:element ref="ns2:MediaServiceObjectDetectorVersions" minOccurs="0"/>
                <xsd:element ref="ns2:MediaServiceSearchProperties" minOccurs="0"/>
                <xsd:element ref="ns2:MediaLengthInSecond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63e85e-9d91-4ff6-a9ac-22312d7463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33ef62f9-2e07-484b-bd79-00aec90129fe"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element name="MediaServiceDateTaken" ma:index="24"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a856e95-b47c-486b-b2fd-fb24b9547f8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0c908b1-f277-4340-90a9-4611d0b0f078"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d3c593e5-7210-4f66-b377-0baad7380d99}" ma:internalName="TaxCatchAll" ma:showField="CatchAllData" ma:web="3a856e95-b47c-486b-b2fd-fb24b9547f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50c908b1-f277-4340-90a9-4611d0b0f078" xsi:nil="true"/>
    <lcf76f155ced4ddcb4097134ff3c332f xmlns="a163e85e-9d91-4ff6-a9ac-22312d74638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F107B5D-5D5C-4937-861C-FD08881902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63e85e-9d91-4ff6-a9ac-22312d746386"/>
    <ds:schemaRef ds:uri="3a856e95-b47c-486b-b2fd-fb24b9547f87"/>
    <ds:schemaRef ds:uri="50c908b1-f277-4340-90a9-4611d0b0f0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4487224-34F1-45AF-A955-8397D1DA1A35}">
  <ds:schemaRefs>
    <ds:schemaRef ds:uri="http://schemas.microsoft.com/sharepoint/v3/contenttype/forms"/>
  </ds:schemaRefs>
</ds:datastoreItem>
</file>

<file path=customXml/itemProps3.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customXml/itemProps4.xml><?xml version="1.0" encoding="utf-8"?>
<ds:datastoreItem xmlns:ds="http://schemas.openxmlformats.org/officeDocument/2006/customXml" ds:itemID="{D662DB09-EA02-4B00-9E61-E7252906D43D}">
  <ds:schemaRefs>
    <ds:schemaRef ds:uri="http://schemas.microsoft.com/office/2006/metadata/properties"/>
    <ds:schemaRef ds:uri="http://schemas.microsoft.com/office/infopath/2007/PartnerControls"/>
    <ds:schemaRef ds:uri="50c908b1-f277-4340-90a9-4611d0b0f078"/>
    <ds:schemaRef ds:uri="a163e85e-9d91-4ff6-a9ac-22312d746386"/>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25</Pages>
  <Words>3689</Words>
  <Characters>21032</Characters>
  <Application>Microsoft Office Word</Application>
  <DocSecurity>4</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24672</CharactersWithSpaces>
  <SharedDoc>false</SharedDoc>
  <HyperlinkBase/>
  <HLinks>
    <vt:vector size="12" baseType="variant">
      <vt:variant>
        <vt:i4>1441887</vt:i4>
      </vt:variant>
      <vt:variant>
        <vt:i4>3</vt:i4>
      </vt:variant>
      <vt:variant>
        <vt:i4>0</vt:i4>
      </vt:variant>
      <vt:variant>
        <vt:i4>5</vt:i4>
      </vt:variant>
      <vt:variant>
        <vt:lpwstr>http://www.sistersofmercy.ie/</vt:lpwstr>
      </vt:variant>
      <vt:variant>
        <vt:lpwstr/>
      </vt:variant>
      <vt:variant>
        <vt:i4>7536722</vt:i4>
      </vt:variant>
      <vt:variant>
        <vt:i4>0</vt:i4>
      </vt:variant>
      <vt:variant>
        <vt:i4>0</vt:i4>
      </vt:variant>
      <vt:variant>
        <vt:i4>5</vt:i4>
      </vt:variant>
      <vt:variant>
        <vt:lpwstr>https://www.glassdoor.ie/Salaries/head-of-operations-salary-SRCH_KO0,18.htm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Anne Doyle</cp:lastModifiedBy>
  <cp:revision>2</cp:revision>
  <cp:lastPrinted>2025-06-26T09:39:00Z</cp:lastPrinted>
  <dcterms:created xsi:type="dcterms:W3CDTF">2025-07-02T15:06:00Z</dcterms:created>
  <dcterms:modified xsi:type="dcterms:W3CDTF">2025-07-02T15:06:00Z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0x010100FA04019FC5008244A8DFED78BA617864</vt:lpwstr>
  </property>
  <property fmtid="{D5CDD505-2E9C-101B-9397-08002B2CF9AE}" pid="3" name="MediaServiceImageTags">
    <vt:lpwstr/>
  </property>
</Properties>
</file>